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9E9D" w14:textId="77777777" w:rsidR="00F94C82" w:rsidRPr="00761A84" w:rsidRDefault="00F94C82">
      <w:pPr>
        <w:spacing w:after="0"/>
        <w:rPr>
          <w:b/>
          <w:bCs/>
          <w:color w:val="1F497D" w:themeColor="text2"/>
          <w:lang w:val="sl-SI"/>
        </w:rPr>
      </w:pPr>
    </w:p>
    <w:p w14:paraId="2A4BD734" w14:textId="77777777" w:rsidR="006E737E" w:rsidRDefault="00911973" w:rsidP="006E737E">
      <w:pPr>
        <w:spacing w:before="1080" w:after="440"/>
        <w:rPr>
          <w:b/>
          <w:bCs/>
          <w:color w:val="1F497D" w:themeColor="text2"/>
          <w:lang w:val="sl-SI"/>
        </w:rPr>
      </w:pPr>
      <w:r w:rsidRPr="00761A84">
        <w:rPr>
          <w:b/>
          <w:bCs/>
          <w:color w:val="C46022"/>
          <w:sz w:val="72"/>
          <w:lang w:val="sl-SI"/>
        </w:rPr>
        <w:t>Zavestna izbira počutja</w:t>
      </w:r>
    </w:p>
    <w:p w14:paraId="24C1B1A7" w14:textId="222CC344" w:rsidR="00545988" w:rsidRPr="006E737E" w:rsidRDefault="00911973" w:rsidP="006E737E">
      <w:pPr>
        <w:spacing w:before="1080" w:after="440"/>
        <w:rPr>
          <w:b/>
          <w:bCs/>
          <w:color w:val="1F497D" w:themeColor="text2"/>
          <w:sz w:val="32"/>
          <w:szCs w:val="32"/>
          <w:lang w:val="sl-SI"/>
        </w:rPr>
      </w:pPr>
      <w:r w:rsidRPr="006E737E">
        <w:rPr>
          <w:b/>
          <w:bCs/>
          <w:color w:val="984806" w:themeColor="accent6" w:themeShade="80"/>
          <w:sz w:val="32"/>
          <w:szCs w:val="32"/>
          <w:lang w:val="sl-SI"/>
        </w:rPr>
        <w:t xml:space="preserve">Priročnik in delovni list </w:t>
      </w:r>
    </w:p>
    <w:p w14:paraId="7EFC16F0" w14:textId="3165B508" w:rsidR="00F94C82" w:rsidRPr="00761A84" w:rsidRDefault="00911973">
      <w:pPr>
        <w:spacing w:after="240"/>
        <w:rPr>
          <w:b/>
          <w:bCs/>
          <w:i/>
          <w:iCs/>
          <w:lang w:val="sl-SI"/>
        </w:rPr>
      </w:pPr>
      <w:r w:rsidRPr="00761A84">
        <w:rPr>
          <w:b/>
          <w:bCs/>
          <w:i/>
          <w:iCs/>
          <w:color w:val="796B61"/>
          <w:sz w:val="28"/>
          <w:lang w:val="sl-SI"/>
        </w:rPr>
        <w:t xml:space="preserve">vrednote, telesna zavest, smisel, transcendenca, </w:t>
      </w:r>
      <w:r w:rsidR="005266DF">
        <w:rPr>
          <w:b/>
          <w:bCs/>
          <w:i/>
          <w:iCs/>
          <w:color w:val="796B61"/>
          <w:sz w:val="28"/>
          <w:lang w:val="sl-SI"/>
        </w:rPr>
        <w:t>zanos</w:t>
      </w:r>
      <w:r w:rsidRPr="00761A84">
        <w:rPr>
          <w:b/>
          <w:bCs/>
          <w:i/>
          <w:iCs/>
          <w:color w:val="796B61"/>
          <w:sz w:val="28"/>
          <w:lang w:val="sl-SI"/>
        </w:rPr>
        <w:t>, intima, spontanost in čustvena suverenost</w:t>
      </w:r>
    </w:p>
    <w:p w14:paraId="2808E0CA" w14:textId="77777777" w:rsidR="00F94C82" w:rsidRPr="00B40033" w:rsidRDefault="00F94C82">
      <w:pPr>
        <w:spacing w:after="240"/>
        <w:rPr>
          <w:lang w:val="sl-SI"/>
        </w:rPr>
      </w:pPr>
    </w:p>
    <w:p w14:paraId="77A460F3" w14:textId="77777777" w:rsidR="00F94C82" w:rsidRPr="006E737E" w:rsidRDefault="00911973" w:rsidP="006E737E">
      <w:pPr>
        <w:spacing w:after="240"/>
        <w:jc w:val="center"/>
        <w:rPr>
          <w:sz w:val="36"/>
          <w:szCs w:val="36"/>
          <w:lang w:val="sl-SI"/>
        </w:rPr>
      </w:pPr>
      <w:r w:rsidRPr="006E737E">
        <w:rPr>
          <w:b/>
          <w:color w:val="C46022"/>
          <w:sz w:val="36"/>
          <w:szCs w:val="36"/>
          <w:lang w:val="sl-SI"/>
        </w:rPr>
        <w:t>Spremljevalno gradivo k predavanju ŽIVIM.ZARES</w:t>
      </w:r>
    </w:p>
    <w:p w14:paraId="782833A0" w14:textId="5FE6F268" w:rsidR="00F94C82" w:rsidRPr="006E737E" w:rsidRDefault="00911973" w:rsidP="006E737E">
      <w:pPr>
        <w:spacing w:after="240"/>
        <w:jc w:val="center"/>
        <w:rPr>
          <w:color w:val="0F243E" w:themeColor="text2" w:themeShade="80"/>
          <w:sz w:val="24"/>
          <w:szCs w:val="24"/>
          <w:lang w:val="sl-SI"/>
        </w:rPr>
      </w:pPr>
      <w:r w:rsidRPr="006E737E">
        <w:rPr>
          <w:b/>
          <w:bCs/>
          <w:color w:val="0F243E" w:themeColor="text2" w:themeShade="80"/>
          <w:sz w:val="24"/>
          <w:szCs w:val="24"/>
          <w:lang w:val="sl-SI"/>
        </w:rPr>
        <w:t xml:space="preserve">Zlatko </w:t>
      </w:r>
      <w:proofErr w:type="spellStart"/>
      <w:r w:rsidRPr="006E737E">
        <w:rPr>
          <w:b/>
          <w:bCs/>
          <w:color w:val="0F243E" w:themeColor="text2" w:themeShade="80"/>
          <w:sz w:val="24"/>
          <w:szCs w:val="24"/>
          <w:lang w:val="sl-SI"/>
        </w:rPr>
        <w:t>Bojanović</w:t>
      </w:r>
      <w:proofErr w:type="spellEnd"/>
      <w:r w:rsidRPr="006E737E">
        <w:rPr>
          <w:color w:val="0F243E" w:themeColor="text2" w:themeShade="80"/>
          <w:sz w:val="24"/>
          <w:szCs w:val="24"/>
          <w:lang w:val="sl-SI"/>
        </w:rPr>
        <w:t xml:space="preserve">, </w:t>
      </w:r>
      <w:r w:rsidR="00CC5E12" w:rsidRPr="006E737E">
        <w:rPr>
          <w:color w:val="0F243E" w:themeColor="text2" w:themeShade="80"/>
          <w:sz w:val="24"/>
          <w:szCs w:val="24"/>
          <w:lang w:val="sl-SI"/>
        </w:rPr>
        <w:t>certificir</w:t>
      </w:r>
      <w:r w:rsidR="009F7BCD" w:rsidRPr="006E737E">
        <w:rPr>
          <w:color w:val="0F243E" w:themeColor="text2" w:themeShade="80"/>
          <w:sz w:val="24"/>
          <w:szCs w:val="24"/>
          <w:lang w:val="sl-SI"/>
        </w:rPr>
        <w:t>ani</w:t>
      </w:r>
      <w:r w:rsidRPr="006E737E">
        <w:rPr>
          <w:color w:val="0F243E" w:themeColor="text2" w:themeShade="80"/>
          <w:sz w:val="24"/>
          <w:szCs w:val="24"/>
          <w:lang w:val="sl-SI"/>
        </w:rPr>
        <w:t xml:space="preserve"> transakcijsk</w:t>
      </w:r>
      <w:r w:rsidR="009F7BCD" w:rsidRPr="006E737E">
        <w:rPr>
          <w:color w:val="0F243E" w:themeColor="text2" w:themeShade="80"/>
          <w:sz w:val="24"/>
          <w:szCs w:val="24"/>
          <w:lang w:val="sl-SI"/>
        </w:rPr>
        <w:t>i</w:t>
      </w:r>
      <w:r w:rsidRPr="006E737E">
        <w:rPr>
          <w:color w:val="0F243E" w:themeColor="text2" w:themeShade="80"/>
          <w:sz w:val="24"/>
          <w:szCs w:val="24"/>
          <w:lang w:val="sl-SI"/>
        </w:rPr>
        <w:t xml:space="preserve"> anali</w:t>
      </w:r>
      <w:r w:rsidR="009F7BCD" w:rsidRPr="006E737E">
        <w:rPr>
          <w:color w:val="0F243E" w:themeColor="text2" w:themeShade="80"/>
          <w:sz w:val="24"/>
          <w:szCs w:val="24"/>
          <w:lang w:val="sl-SI"/>
        </w:rPr>
        <w:t>tik za področje psihoterapije</w:t>
      </w:r>
      <w:r w:rsidRPr="006E737E">
        <w:rPr>
          <w:color w:val="0F243E" w:themeColor="text2" w:themeShade="80"/>
          <w:sz w:val="24"/>
          <w:szCs w:val="24"/>
          <w:lang w:val="sl-SI"/>
        </w:rPr>
        <w:t xml:space="preserve"> (</w:t>
      </w:r>
      <w:r w:rsidR="00CC5E12" w:rsidRPr="006E737E">
        <w:rPr>
          <w:color w:val="0F243E" w:themeColor="text2" w:themeShade="80"/>
          <w:sz w:val="24"/>
          <w:szCs w:val="24"/>
          <w:lang w:val="sl-SI"/>
        </w:rPr>
        <w:t>C</w:t>
      </w:r>
      <w:r w:rsidRPr="006E737E">
        <w:rPr>
          <w:color w:val="0F243E" w:themeColor="text2" w:themeShade="80"/>
          <w:sz w:val="24"/>
          <w:szCs w:val="24"/>
          <w:lang w:val="sl-SI"/>
        </w:rPr>
        <w:t>TA</w:t>
      </w:r>
      <w:r w:rsidR="00CC5E12" w:rsidRPr="006E737E">
        <w:rPr>
          <w:color w:val="0F243E" w:themeColor="text2" w:themeShade="80"/>
          <w:sz w:val="24"/>
          <w:szCs w:val="24"/>
          <w:lang w:val="sl-SI"/>
        </w:rPr>
        <w:t>-P</w:t>
      </w:r>
      <w:r w:rsidRPr="006E737E">
        <w:rPr>
          <w:color w:val="0F243E" w:themeColor="text2" w:themeShade="80"/>
          <w:sz w:val="24"/>
          <w:szCs w:val="24"/>
          <w:lang w:val="sl-SI"/>
        </w:rPr>
        <w:t>)</w:t>
      </w:r>
    </w:p>
    <w:p w14:paraId="1C732920" w14:textId="55AB797A" w:rsidR="00661FEF" w:rsidRDefault="00661FEF" w:rsidP="006E737E">
      <w:pPr>
        <w:spacing w:after="240"/>
        <w:jc w:val="center"/>
        <w:rPr>
          <w:sz w:val="24"/>
          <w:lang w:val="sl-SI"/>
        </w:rPr>
      </w:pPr>
      <w:hyperlink r:id="rId8" w:history="1">
        <w:r w:rsidRPr="00343AE7">
          <w:rPr>
            <w:rStyle w:val="Hiperpovezava"/>
            <w:sz w:val="24"/>
            <w:lang w:val="sl-SI"/>
          </w:rPr>
          <w:t>zlatko.bojanovic@lcms.si</w:t>
        </w:r>
      </w:hyperlink>
    </w:p>
    <w:p w14:paraId="42BFCA50" w14:textId="2834BEF5" w:rsidR="00661FEF" w:rsidRDefault="00661FEF" w:rsidP="006E737E">
      <w:pPr>
        <w:spacing w:after="240"/>
        <w:jc w:val="center"/>
        <w:rPr>
          <w:sz w:val="24"/>
          <w:lang w:val="sl-SI"/>
        </w:rPr>
      </w:pPr>
      <w:r>
        <w:rPr>
          <w:lang w:val="sl-SI"/>
        </w:rPr>
        <w:t>031 341831</w:t>
      </w:r>
    </w:p>
    <w:p w14:paraId="1697A3AF" w14:textId="12794772" w:rsidR="00661FEF" w:rsidRDefault="00661FEF" w:rsidP="006E737E">
      <w:pPr>
        <w:spacing w:after="240"/>
        <w:jc w:val="center"/>
        <w:rPr>
          <w:sz w:val="24"/>
          <w:lang w:val="sl-SI"/>
        </w:rPr>
      </w:pPr>
      <w:r>
        <w:rPr>
          <w:lang w:val="sl-SI"/>
        </w:rPr>
        <w:t>Robova cesta 6, Vrhnika</w:t>
      </w:r>
    </w:p>
    <w:p w14:paraId="447AF4E2" w14:textId="36393CA4" w:rsidR="00175AE1" w:rsidRDefault="00C64360" w:rsidP="006E737E">
      <w:pPr>
        <w:jc w:val="center"/>
        <w:rPr>
          <w:sz w:val="24"/>
          <w:lang w:val="sl-SI"/>
        </w:rPr>
      </w:pPr>
      <w:r>
        <w:rPr>
          <w:noProof/>
        </w:rPr>
        <w:drawing>
          <wp:inline distT="0" distB="0" distL="0" distR="0" wp14:anchorId="4CD82D6E" wp14:editId="1C53A43D">
            <wp:extent cx="1918566" cy="1918566"/>
            <wp:effectExtent l="0" t="0" r="5715" b="5715"/>
            <wp:docPr id="97090325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6959" cy="1926959"/>
                    </a:xfrm>
                    <a:prstGeom prst="rect">
                      <a:avLst/>
                    </a:prstGeom>
                    <a:noFill/>
                    <a:ln>
                      <a:noFill/>
                    </a:ln>
                  </pic:spPr>
                </pic:pic>
              </a:graphicData>
            </a:graphic>
          </wp:inline>
        </w:drawing>
      </w:r>
    </w:p>
    <w:p w14:paraId="030F068F" w14:textId="330C4896" w:rsidR="00175AE1" w:rsidRPr="00B40033" w:rsidRDefault="00175AE1">
      <w:pPr>
        <w:rPr>
          <w:lang w:val="sl-SI"/>
        </w:rPr>
      </w:pPr>
    </w:p>
    <w:p w14:paraId="395169F3" w14:textId="77777777" w:rsidR="00F94C82" w:rsidRPr="00B40033" w:rsidRDefault="00911973">
      <w:pPr>
        <w:rPr>
          <w:lang w:val="sl-SI"/>
        </w:rPr>
      </w:pPr>
      <w:r w:rsidRPr="00B40033">
        <w:rPr>
          <w:lang w:val="sl-SI"/>
        </w:rPr>
        <w:br w:type="page"/>
      </w:r>
    </w:p>
    <w:p w14:paraId="035A6D9E" w14:textId="77777777" w:rsidR="00F94C82" w:rsidRPr="00B40033" w:rsidRDefault="00911973">
      <w:pPr>
        <w:pStyle w:val="Naslov1"/>
        <w:pBdr>
          <w:bottom w:val="single" w:sz="8" w:space="9" w:color="EBC5A7"/>
        </w:pBdr>
        <w:rPr>
          <w:lang w:val="sl-SI"/>
        </w:rPr>
      </w:pPr>
      <w:r w:rsidRPr="00B40033">
        <w:rPr>
          <w:lang w:val="sl-SI"/>
        </w:rPr>
        <w:lastRenderedPageBreak/>
        <w:t>Vsebina</w:t>
      </w:r>
    </w:p>
    <w:p w14:paraId="3F2BEDD0" w14:textId="77777777" w:rsidR="00F94C82" w:rsidRPr="00B40033" w:rsidRDefault="00911973">
      <w:pPr>
        <w:tabs>
          <w:tab w:val="left" w:pos="567"/>
        </w:tabs>
        <w:spacing w:after="80"/>
        <w:rPr>
          <w:lang w:val="sl-SI"/>
        </w:rPr>
      </w:pPr>
      <w:r w:rsidRPr="00B40033">
        <w:rPr>
          <w:b/>
          <w:color w:val="01696F"/>
          <w:lang w:val="sl-SI"/>
        </w:rPr>
        <w:t>1</w:t>
      </w:r>
      <w:r w:rsidRPr="00B40033">
        <w:rPr>
          <w:b/>
          <w:color w:val="01696F"/>
          <w:lang w:val="sl-SI"/>
        </w:rPr>
        <w:tab/>
      </w:r>
      <w:r w:rsidRPr="00B40033">
        <w:rPr>
          <w:lang w:val="sl-SI"/>
        </w:rPr>
        <w:t>Uvod: Kaj je čustvena suverenost</w:t>
      </w:r>
    </w:p>
    <w:p w14:paraId="134F0CDF" w14:textId="77777777" w:rsidR="00F94C82" w:rsidRPr="00B40033" w:rsidRDefault="00911973">
      <w:pPr>
        <w:tabs>
          <w:tab w:val="left" w:pos="567"/>
        </w:tabs>
        <w:spacing w:after="80"/>
        <w:rPr>
          <w:lang w:val="sl-SI"/>
        </w:rPr>
      </w:pPr>
      <w:r w:rsidRPr="00B40033">
        <w:rPr>
          <w:b/>
          <w:color w:val="01696F"/>
          <w:lang w:val="sl-SI"/>
        </w:rPr>
        <w:t>2</w:t>
      </w:r>
      <w:r w:rsidRPr="00B40033">
        <w:rPr>
          <w:b/>
          <w:color w:val="01696F"/>
          <w:lang w:val="sl-SI"/>
        </w:rPr>
        <w:tab/>
      </w:r>
      <w:r w:rsidRPr="00B40033">
        <w:rPr>
          <w:lang w:val="sl-SI"/>
        </w:rPr>
        <w:t>Varnostni okvir pred vajami</w:t>
      </w:r>
    </w:p>
    <w:p w14:paraId="5AAD855A" w14:textId="4B1E96CE" w:rsidR="00F94C82" w:rsidRPr="00B40033" w:rsidRDefault="00911973">
      <w:pPr>
        <w:tabs>
          <w:tab w:val="left" w:pos="567"/>
        </w:tabs>
        <w:spacing w:after="80"/>
        <w:rPr>
          <w:lang w:val="sl-SI"/>
        </w:rPr>
      </w:pPr>
      <w:r w:rsidRPr="00B40033">
        <w:rPr>
          <w:b/>
          <w:color w:val="01696F"/>
          <w:lang w:val="sl-SI"/>
        </w:rPr>
        <w:t>3</w:t>
      </w:r>
      <w:r w:rsidRPr="00B40033">
        <w:rPr>
          <w:b/>
          <w:color w:val="01696F"/>
          <w:lang w:val="sl-SI"/>
        </w:rPr>
        <w:tab/>
      </w:r>
      <w:r w:rsidRPr="00B40033">
        <w:rPr>
          <w:lang w:val="sl-SI"/>
        </w:rPr>
        <w:t>Vrednote</w:t>
      </w:r>
      <w:r w:rsidR="00214E2C">
        <w:rPr>
          <w:lang w:val="sl-SI"/>
        </w:rPr>
        <w:t xml:space="preserve">: </w:t>
      </w:r>
      <w:r w:rsidRPr="00B40033">
        <w:rPr>
          <w:lang w:val="sl-SI"/>
        </w:rPr>
        <w:t xml:space="preserve"> notranji kompas</w:t>
      </w:r>
    </w:p>
    <w:p w14:paraId="4DE1AC54" w14:textId="77777777" w:rsidR="00F94C82" w:rsidRPr="00B40033" w:rsidRDefault="00911973">
      <w:pPr>
        <w:tabs>
          <w:tab w:val="left" w:pos="567"/>
        </w:tabs>
        <w:spacing w:after="80"/>
        <w:rPr>
          <w:lang w:val="sl-SI"/>
        </w:rPr>
      </w:pPr>
      <w:r w:rsidRPr="00B40033">
        <w:rPr>
          <w:b/>
          <w:color w:val="01696F"/>
          <w:lang w:val="sl-SI"/>
        </w:rPr>
        <w:t>4</w:t>
      </w:r>
      <w:r w:rsidRPr="00B40033">
        <w:rPr>
          <w:b/>
          <w:color w:val="01696F"/>
          <w:lang w:val="sl-SI"/>
        </w:rPr>
        <w:tab/>
      </w:r>
      <w:r w:rsidRPr="00B40033">
        <w:rPr>
          <w:lang w:val="sl-SI"/>
        </w:rPr>
        <w:t>Telesna zavest</w:t>
      </w:r>
    </w:p>
    <w:p w14:paraId="659CFC2A" w14:textId="77777777" w:rsidR="00F94C82" w:rsidRPr="00B40033" w:rsidRDefault="00911973">
      <w:pPr>
        <w:tabs>
          <w:tab w:val="left" w:pos="567"/>
        </w:tabs>
        <w:spacing w:after="80"/>
        <w:rPr>
          <w:lang w:val="sl-SI"/>
        </w:rPr>
      </w:pPr>
      <w:r w:rsidRPr="00B40033">
        <w:rPr>
          <w:b/>
          <w:color w:val="01696F"/>
          <w:lang w:val="sl-SI"/>
        </w:rPr>
        <w:t>5</w:t>
      </w:r>
      <w:r w:rsidRPr="00B40033">
        <w:rPr>
          <w:b/>
          <w:color w:val="01696F"/>
          <w:lang w:val="sl-SI"/>
        </w:rPr>
        <w:tab/>
      </w:r>
      <w:r w:rsidRPr="00B40033">
        <w:rPr>
          <w:lang w:val="sl-SI"/>
        </w:rPr>
        <w:t>Smisel</w:t>
      </w:r>
    </w:p>
    <w:p w14:paraId="5282B571" w14:textId="77777777" w:rsidR="00F94C82" w:rsidRPr="00B40033" w:rsidRDefault="00911973">
      <w:pPr>
        <w:tabs>
          <w:tab w:val="left" w:pos="567"/>
        </w:tabs>
        <w:spacing w:after="80"/>
        <w:rPr>
          <w:lang w:val="sl-SI"/>
        </w:rPr>
      </w:pPr>
      <w:r w:rsidRPr="00B40033">
        <w:rPr>
          <w:b/>
          <w:color w:val="01696F"/>
          <w:lang w:val="sl-SI"/>
        </w:rPr>
        <w:t>6</w:t>
      </w:r>
      <w:r w:rsidRPr="00B40033">
        <w:rPr>
          <w:b/>
          <w:color w:val="01696F"/>
          <w:lang w:val="sl-SI"/>
        </w:rPr>
        <w:tab/>
      </w:r>
      <w:r w:rsidRPr="00B40033">
        <w:rPr>
          <w:lang w:val="sl-SI"/>
        </w:rPr>
        <w:t>Transcendenca</w:t>
      </w:r>
    </w:p>
    <w:p w14:paraId="7B779640" w14:textId="1A8A8553" w:rsidR="00F94C82" w:rsidRPr="00B40033" w:rsidRDefault="00911973">
      <w:pPr>
        <w:tabs>
          <w:tab w:val="left" w:pos="567"/>
        </w:tabs>
        <w:spacing w:after="80"/>
        <w:rPr>
          <w:lang w:val="sl-SI"/>
        </w:rPr>
      </w:pPr>
      <w:r w:rsidRPr="00B40033">
        <w:rPr>
          <w:b/>
          <w:color w:val="01696F"/>
          <w:lang w:val="sl-SI"/>
        </w:rPr>
        <w:t>7</w:t>
      </w:r>
      <w:r w:rsidRPr="00B40033">
        <w:rPr>
          <w:b/>
          <w:color w:val="01696F"/>
          <w:lang w:val="sl-SI"/>
        </w:rPr>
        <w:tab/>
      </w:r>
      <w:r w:rsidR="00A34A8B">
        <w:rPr>
          <w:lang w:val="sl-SI"/>
        </w:rPr>
        <w:t>Stanje zanosa (</w:t>
      </w:r>
      <w:proofErr w:type="spellStart"/>
      <w:r w:rsidR="00A34A8B">
        <w:rPr>
          <w:lang w:val="sl-SI"/>
        </w:rPr>
        <w:t>flow</w:t>
      </w:r>
      <w:proofErr w:type="spellEnd"/>
      <w:r w:rsidR="00A34A8B">
        <w:rPr>
          <w:lang w:val="sl-SI"/>
        </w:rPr>
        <w:t>)</w:t>
      </w:r>
    </w:p>
    <w:p w14:paraId="35CC0C2A" w14:textId="77777777" w:rsidR="00F94C82" w:rsidRPr="00B40033" w:rsidRDefault="00911973">
      <w:pPr>
        <w:tabs>
          <w:tab w:val="left" w:pos="567"/>
        </w:tabs>
        <w:spacing w:after="80"/>
        <w:rPr>
          <w:lang w:val="sl-SI"/>
        </w:rPr>
      </w:pPr>
      <w:r w:rsidRPr="00B40033">
        <w:rPr>
          <w:b/>
          <w:color w:val="01696F"/>
          <w:lang w:val="sl-SI"/>
        </w:rPr>
        <w:t>8</w:t>
      </w:r>
      <w:r w:rsidRPr="00B40033">
        <w:rPr>
          <w:b/>
          <w:color w:val="01696F"/>
          <w:lang w:val="sl-SI"/>
        </w:rPr>
        <w:tab/>
      </w:r>
      <w:r w:rsidRPr="00B40033">
        <w:rPr>
          <w:lang w:val="sl-SI"/>
        </w:rPr>
        <w:t>Celotna paleta čustev</w:t>
      </w:r>
    </w:p>
    <w:p w14:paraId="6FFB64EC" w14:textId="77777777" w:rsidR="00F94C82" w:rsidRPr="00B40033" w:rsidRDefault="00911973">
      <w:pPr>
        <w:tabs>
          <w:tab w:val="left" w:pos="567"/>
        </w:tabs>
        <w:spacing w:after="80"/>
        <w:rPr>
          <w:lang w:val="sl-SI"/>
        </w:rPr>
      </w:pPr>
      <w:r w:rsidRPr="00B40033">
        <w:rPr>
          <w:b/>
          <w:color w:val="01696F"/>
          <w:lang w:val="sl-SI"/>
        </w:rPr>
        <w:t>9</w:t>
      </w:r>
      <w:r w:rsidRPr="00B40033">
        <w:rPr>
          <w:b/>
          <w:color w:val="01696F"/>
          <w:lang w:val="sl-SI"/>
        </w:rPr>
        <w:tab/>
      </w:r>
      <w:r w:rsidRPr="00B40033">
        <w:rPr>
          <w:lang w:val="sl-SI"/>
        </w:rPr>
        <w:t>Intima</w:t>
      </w:r>
    </w:p>
    <w:p w14:paraId="1A5B9E62" w14:textId="77777777" w:rsidR="00F94C82" w:rsidRPr="00B40033" w:rsidRDefault="00911973">
      <w:pPr>
        <w:tabs>
          <w:tab w:val="left" w:pos="567"/>
        </w:tabs>
        <w:spacing w:after="80"/>
        <w:rPr>
          <w:lang w:val="sl-SI"/>
        </w:rPr>
      </w:pPr>
      <w:r w:rsidRPr="00B40033">
        <w:rPr>
          <w:b/>
          <w:color w:val="01696F"/>
          <w:lang w:val="sl-SI"/>
        </w:rPr>
        <w:t>10</w:t>
      </w:r>
      <w:r w:rsidRPr="00B40033">
        <w:rPr>
          <w:b/>
          <w:color w:val="01696F"/>
          <w:lang w:val="sl-SI"/>
        </w:rPr>
        <w:tab/>
      </w:r>
      <w:r w:rsidRPr="00B40033">
        <w:rPr>
          <w:lang w:val="sl-SI"/>
        </w:rPr>
        <w:t>Spontanost</w:t>
      </w:r>
    </w:p>
    <w:p w14:paraId="47D7D7C3" w14:textId="77777777" w:rsidR="00F94C82" w:rsidRPr="00B40033" w:rsidRDefault="00911973">
      <w:pPr>
        <w:tabs>
          <w:tab w:val="left" w:pos="567"/>
        </w:tabs>
        <w:spacing w:after="80"/>
        <w:rPr>
          <w:lang w:val="sl-SI"/>
        </w:rPr>
      </w:pPr>
      <w:r w:rsidRPr="00B40033">
        <w:rPr>
          <w:b/>
          <w:color w:val="01696F"/>
          <w:lang w:val="sl-SI"/>
        </w:rPr>
        <w:t>11</w:t>
      </w:r>
      <w:r w:rsidRPr="00B40033">
        <w:rPr>
          <w:b/>
          <w:color w:val="01696F"/>
          <w:lang w:val="sl-SI"/>
        </w:rPr>
        <w:tab/>
      </w:r>
      <w:r w:rsidRPr="00B40033">
        <w:rPr>
          <w:lang w:val="sl-SI"/>
        </w:rPr>
        <w:t>Orodja za zavestno izbiro počutja</w:t>
      </w:r>
    </w:p>
    <w:p w14:paraId="3E7D3C97" w14:textId="77777777" w:rsidR="00F94C82" w:rsidRPr="00B40033" w:rsidRDefault="00911973">
      <w:pPr>
        <w:tabs>
          <w:tab w:val="left" w:pos="567"/>
        </w:tabs>
        <w:spacing w:after="80"/>
        <w:rPr>
          <w:lang w:val="sl-SI"/>
        </w:rPr>
      </w:pPr>
      <w:r w:rsidRPr="00B40033">
        <w:rPr>
          <w:b/>
          <w:color w:val="01696F"/>
          <w:lang w:val="sl-SI"/>
        </w:rPr>
        <w:t>12</w:t>
      </w:r>
      <w:r w:rsidRPr="00B40033">
        <w:rPr>
          <w:b/>
          <w:color w:val="01696F"/>
          <w:lang w:val="sl-SI"/>
        </w:rPr>
        <w:tab/>
      </w:r>
      <w:r w:rsidRPr="00B40033">
        <w:rPr>
          <w:lang w:val="sl-SI"/>
        </w:rPr>
        <w:t>Desettedenski načrt vaj</w:t>
      </w:r>
    </w:p>
    <w:p w14:paraId="658A4425" w14:textId="77777777" w:rsidR="00F94C82" w:rsidRPr="00B40033" w:rsidRDefault="00911973">
      <w:pPr>
        <w:tabs>
          <w:tab w:val="left" w:pos="567"/>
        </w:tabs>
        <w:spacing w:after="80"/>
        <w:rPr>
          <w:lang w:val="sl-SI"/>
        </w:rPr>
      </w:pPr>
      <w:r w:rsidRPr="00B40033">
        <w:rPr>
          <w:b/>
          <w:color w:val="01696F"/>
          <w:lang w:val="sl-SI"/>
        </w:rPr>
        <w:t>13</w:t>
      </w:r>
      <w:r w:rsidRPr="00B40033">
        <w:rPr>
          <w:b/>
          <w:color w:val="01696F"/>
          <w:lang w:val="sl-SI"/>
        </w:rPr>
        <w:tab/>
      </w:r>
      <w:r w:rsidRPr="00B40033">
        <w:rPr>
          <w:lang w:val="sl-SI"/>
        </w:rPr>
        <w:t>Dnevni delovni list</w:t>
      </w:r>
    </w:p>
    <w:p w14:paraId="046530BD" w14:textId="77777777" w:rsidR="00F94C82" w:rsidRPr="00B40033" w:rsidRDefault="00911973">
      <w:pPr>
        <w:tabs>
          <w:tab w:val="left" w:pos="567"/>
        </w:tabs>
        <w:spacing w:after="80"/>
        <w:rPr>
          <w:lang w:val="sl-SI"/>
        </w:rPr>
      </w:pPr>
      <w:r w:rsidRPr="00B40033">
        <w:rPr>
          <w:b/>
          <w:color w:val="01696F"/>
          <w:lang w:val="sl-SI"/>
        </w:rPr>
        <w:t>14</w:t>
      </w:r>
      <w:r w:rsidRPr="00B40033">
        <w:rPr>
          <w:b/>
          <w:color w:val="01696F"/>
          <w:lang w:val="sl-SI"/>
        </w:rPr>
        <w:tab/>
      </w:r>
      <w:r w:rsidRPr="00B40033">
        <w:rPr>
          <w:lang w:val="sl-SI"/>
        </w:rPr>
        <w:t>Nadaljnje branje</w:t>
      </w:r>
    </w:p>
    <w:p w14:paraId="05AF0630" w14:textId="77777777" w:rsidR="00F94C82" w:rsidRPr="00B40033" w:rsidRDefault="00911973">
      <w:pPr>
        <w:pStyle w:val="Naslov1"/>
        <w:pBdr>
          <w:bottom w:val="single" w:sz="8" w:space="9" w:color="EBC5A7"/>
        </w:pBdr>
        <w:rPr>
          <w:lang w:val="sl-SI"/>
        </w:rPr>
      </w:pPr>
      <w:r w:rsidRPr="00B40033">
        <w:rPr>
          <w:lang w:val="sl-SI"/>
        </w:rPr>
        <w:lastRenderedPageBreak/>
        <w:t>1. Uvod: Kaj je čustvena suverenost</w:t>
      </w:r>
    </w:p>
    <w:p w14:paraId="268D0979" w14:textId="77777777" w:rsidR="00F94C82" w:rsidRPr="00B40033" w:rsidRDefault="00911973">
      <w:pPr>
        <w:pStyle w:val="Naslov2"/>
        <w:rPr>
          <w:lang w:val="sl-SI"/>
        </w:rPr>
      </w:pPr>
      <w:r w:rsidRPr="00B40033">
        <w:rPr>
          <w:lang w:val="sl-SI"/>
        </w:rPr>
        <w:t>1.1 Osrednja zamisel</w:t>
      </w:r>
    </w:p>
    <w:p w14:paraId="0BB13CFA" w14:textId="4F297F1E" w:rsidR="00F94C82" w:rsidRPr="00B40033" w:rsidRDefault="00911973" w:rsidP="008F0A8F">
      <w:pPr>
        <w:jc w:val="both"/>
        <w:rPr>
          <w:b/>
          <w:bCs/>
          <w:lang w:val="sl-SI"/>
        </w:rPr>
      </w:pPr>
      <w:r w:rsidRPr="00B40033">
        <w:rPr>
          <w:b/>
          <w:bCs/>
          <w:lang w:val="sl-SI"/>
        </w:rPr>
        <w:t xml:space="preserve">Med dražljajem (stimulusom) in odzivom obstaja prostor. V tem prostoru leži naša svoboda, da izberemo svoj odziv. V našem odzivu </w:t>
      </w:r>
      <w:r w:rsidR="00BB68DD" w:rsidRPr="00B40033">
        <w:rPr>
          <w:b/>
          <w:bCs/>
          <w:lang w:val="sl-SI"/>
        </w:rPr>
        <w:t xml:space="preserve">ležita </w:t>
      </w:r>
      <w:r w:rsidRPr="00B40033">
        <w:rPr>
          <w:b/>
          <w:bCs/>
          <w:lang w:val="sl-SI"/>
        </w:rPr>
        <w:t>naša rast in svoboda.</w:t>
      </w:r>
    </w:p>
    <w:p w14:paraId="3D03F09F" w14:textId="631B9E7E" w:rsidR="00F94C82" w:rsidRPr="00B40033" w:rsidRDefault="000519A9" w:rsidP="008F0A8F">
      <w:pPr>
        <w:jc w:val="both"/>
        <w:rPr>
          <w:lang w:val="sl-SI"/>
        </w:rPr>
      </w:pPr>
      <w:r>
        <w:rPr>
          <w:lang w:val="sl-SI"/>
        </w:rPr>
        <w:t>J</w:t>
      </w:r>
      <w:r w:rsidR="00911973" w:rsidRPr="00B40033">
        <w:rPr>
          <w:lang w:val="sl-SI"/>
        </w:rPr>
        <w:t>edro tega priročnika</w:t>
      </w:r>
      <w:r w:rsidR="00412C80" w:rsidRPr="00B40033">
        <w:rPr>
          <w:lang w:val="sl-SI"/>
        </w:rPr>
        <w:t>,</w:t>
      </w:r>
      <w:r w:rsidR="00911973" w:rsidRPr="00B40033">
        <w:rPr>
          <w:lang w:val="sl-SI"/>
        </w:rPr>
        <w:t xml:space="preserve"> je naslednje:</w:t>
      </w:r>
    </w:p>
    <w:p w14:paraId="5B32E53E" w14:textId="32B942E4" w:rsidR="00F94C82" w:rsidRPr="00B40033" w:rsidRDefault="00190697" w:rsidP="008F0A8F">
      <w:pPr>
        <w:pStyle w:val="Oznaenseznam"/>
        <w:jc w:val="both"/>
        <w:rPr>
          <w:lang w:val="sl-SI"/>
        </w:rPr>
      </w:pPr>
      <w:r w:rsidRPr="00B40033">
        <w:rPr>
          <w:b/>
          <w:lang w:val="sl-SI"/>
        </w:rPr>
        <w:t>Čustvo</w:t>
      </w:r>
      <w:r>
        <w:rPr>
          <w:b/>
          <w:lang w:val="sl-SI"/>
        </w:rPr>
        <w:t>m</w:t>
      </w:r>
      <w:r w:rsidR="00911973" w:rsidRPr="00B40033">
        <w:rPr>
          <w:b/>
          <w:lang w:val="sl-SI"/>
        </w:rPr>
        <w:t xml:space="preserve"> ne moremo neposredno ukazati.</w:t>
      </w:r>
      <w:r w:rsidR="00911973" w:rsidRPr="00B40033">
        <w:rPr>
          <w:lang w:val="sl-SI"/>
        </w:rPr>
        <w:t xml:space="preserve"> Ne moremo se </w:t>
      </w:r>
      <w:r w:rsidR="00A02395" w:rsidRPr="00B40033">
        <w:rPr>
          <w:lang w:val="sl-SI"/>
        </w:rPr>
        <w:t>kar</w:t>
      </w:r>
      <w:r w:rsidR="00AE195B" w:rsidRPr="00B40033">
        <w:rPr>
          <w:lang w:val="sl-SI"/>
        </w:rPr>
        <w:t xml:space="preserve"> </w:t>
      </w:r>
      <w:r w:rsidR="00911973" w:rsidRPr="00B40033">
        <w:rPr>
          <w:lang w:val="sl-SI"/>
        </w:rPr>
        <w:t xml:space="preserve">odločiti, da se bomo počutili mirno, veselo ali hvaležno, in </w:t>
      </w:r>
      <w:r w:rsidR="009F3E33" w:rsidRPr="00B40033">
        <w:rPr>
          <w:lang w:val="sl-SI"/>
        </w:rPr>
        <w:t xml:space="preserve">pričakovati, </w:t>
      </w:r>
      <w:r w:rsidR="00AE195B" w:rsidRPr="00B40033">
        <w:rPr>
          <w:lang w:val="sl-SI"/>
        </w:rPr>
        <w:t xml:space="preserve">da </w:t>
      </w:r>
      <w:r w:rsidR="00911973" w:rsidRPr="00B40033">
        <w:rPr>
          <w:lang w:val="sl-SI"/>
        </w:rPr>
        <w:t xml:space="preserve">to se bo </w:t>
      </w:r>
      <w:r w:rsidR="00AE195B" w:rsidRPr="00B40033">
        <w:rPr>
          <w:lang w:val="sl-SI"/>
        </w:rPr>
        <w:t xml:space="preserve">to </w:t>
      </w:r>
      <w:r w:rsidR="00911973" w:rsidRPr="00B40033">
        <w:rPr>
          <w:lang w:val="sl-SI"/>
        </w:rPr>
        <w:t xml:space="preserve">zgodilo v </w:t>
      </w:r>
      <w:r w:rsidR="0093246D" w:rsidRPr="00B40033">
        <w:rPr>
          <w:lang w:val="sl-SI"/>
        </w:rPr>
        <w:t>naslednjem trenutku</w:t>
      </w:r>
      <w:r w:rsidR="00911973" w:rsidRPr="00B40033">
        <w:rPr>
          <w:lang w:val="sl-SI"/>
        </w:rPr>
        <w:t>.</w:t>
      </w:r>
    </w:p>
    <w:p w14:paraId="4A91616D" w14:textId="3F223E76" w:rsidR="00F94C82" w:rsidRPr="00B40033" w:rsidRDefault="00911973" w:rsidP="008F0A8F">
      <w:pPr>
        <w:pStyle w:val="Oznaenseznam"/>
        <w:jc w:val="both"/>
        <w:rPr>
          <w:lang w:val="sl-SI"/>
        </w:rPr>
      </w:pPr>
      <w:r w:rsidRPr="00B40033">
        <w:rPr>
          <w:b/>
          <w:lang w:val="sl-SI"/>
        </w:rPr>
        <w:t>Zmoremo pa postopoma vzgojiti pogoje</w:t>
      </w:r>
      <w:r w:rsidRPr="00B40033">
        <w:rPr>
          <w:lang w:val="sl-SI"/>
        </w:rPr>
        <w:t>, v katerih se želena čustva lažje rodijo: s telesom, pozornostjo, vrednotami, smislom, okoljem in odzivi.</w:t>
      </w:r>
    </w:p>
    <w:p w14:paraId="46536DA3" w14:textId="38B6C8E9" w:rsidR="00F94C82" w:rsidRPr="00B40033" w:rsidRDefault="00911973" w:rsidP="008F0A8F">
      <w:pPr>
        <w:pStyle w:val="Oznaenseznam"/>
        <w:jc w:val="both"/>
        <w:rPr>
          <w:lang w:val="sl-SI"/>
        </w:rPr>
      </w:pPr>
      <w:r w:rsidRPr="00B40033">
        <w:rPr>
          <w:b/>
          <w:lang w:val="sl-SI"/>
        </w:rPr>
        <w:t>Najpomembneje: prostor za odziv</w:t>
      </w:r>
      <w:r w:rsidR="00333CFF" w:rsidRPr="00B40033">
        <w:rPr>
          <w:b/>
          <w:lang w:val="sl-SI"/>
        </w:rPr>
        <w:t xml:space="preserve"> obstaja</w:t>
      </w:r>
      <w:r w:rsidRPr="00B40033">
        <w:rPr>
          <w:b/>
          <w:lang w:val="sl-SI"/>
        </w:rPr>
        <w:t>.</w:t>
      </w:r>
      <w:r w:rsidRPr="00B40033">
        <w:rPr>
          <w:lang w:val="sl-SI"/>
        </w:rPr>
        <w:t xml:space="preserve"> Kaj bomo naredili s </w:t>
      </w:r>
      <w:r w:rsidR="006C43F8" w:rsidRPr="00B40033">
        <w:rPr>
          <w:lang w:val="sl-SI"/>
        </w:rPr>
        <w:t xml:space="preserve">svojim </w:t>
      </w:r>
      <w:r w:rsidRPr="00B40033">
        <w:rPr>
          <w:lang w:val="sl-SI"/>
        </w:rPr>
        <w:t>čustvom</w:t>
      </w:r>
      <w:r w:rsidR="004E6287" w:rsidRPr="00B40033">
        <w:rPr>
          <w:lang w:val="sl-SI"/>
        </w:rPr>
        <w:t>,</w:t>
      </w:r>
      <w:r w:rsidRPr="00B40033">
        <w:rPr>
          <w:lang w:val="sl-SI"/>
        </w:rPr>
        <w:t xml:space="preserve"> je lahko </w:t>
      </w:r>
      <w:r w:rsidR="006C43F8" w:rsidRPr="00B40033">
        <w:rPr>
          <w:lang w:val="sl-SI"/>
        </w:rPr>
        <w:t xml:space="preserve">svobodna </w:t>
      </w:r>
      <w:r w:rsidRPr="00B40033">
        <w:rPr>
          <w:lang w:val="sl-SI"/>
        </w:rPr>
        <w:t>izbira, čeprav je v zelo močni stiski ta prostor tesen in je prvi suveren korak iskanje varnosti ali podpore (glej 2.2). Izbire ne moremo vsiliti ob vsakem čustvu</w:t>
      </w:r>
      <w:r w:rsidR="008449CA" w:rsidRPr="00B40033">
        <w:rPr>
          <w:lang w:val="sl-SI"/>
        </w:rPr>
        <w:t>, temveč jo</w:t>
      </w:r>
      <w:r w:rsidRPr="00B40033">
        <w:rPr>
          <w:lang w:val="sl-SI"/>
        </w:rPr>
        <w:t xml:space="preserve"> vadimo, dokler ne postane navada.</w:t>
      </w:r>
    </w:p>
    <w:p w14:paraId="09A1D44B" w14:textId="57466BCF" w:rsidR="00F94C82" w:rsidRPr="00B40033" w:rsidRDefault="00911973" w:rsidP="008F0A8F">
      <w:pPr>
        <w:jc w:val="both"/>
        <w:rPr>
          <w:lang w:val="sl-SI"/>
        </w:rPr>
      </w:pPr>
      <w:r w:rsidRPr="00B40033">
        <w:rPr>
          <w:b/>
          <w:lang w:val="sl-SI"/>
        </w:rPr>
        <w:t>Čustvena suverenost</w:t>
      </w:r>
      <w:r w:rsidRPr="00B40033">
        <w:rPr>
          <w:lang w:val="sl-SI"/>
        </w:rPr>
        <w:t xml:space="preserve"> v tem priročniku pomeni:</w:t>
      </w:r>
    </w:p>
    <w:p w14:paraId="2059FF10" w14:textId="34A44345" w:rsidR="00F94C82" w:rsidRPr="00733378" w:rsidRDefault="00911973" w:rsidP="008F0A8F">
      <w:pPr>
        <w:ind w:left="567" w:right="567"/>
        <w:jc w:val="both"/>
        <w:rPr>
          <w:i/>
          <w:iCs/>
          <w:lang w:val="sl-SI"/>
        </w:rPr>
      </w:pPr>
      <w:r w:rsidRPr="00733378">
        <w:rPr>
          <w:i/>
          <w:iCs/>
          <w:lang w:val="sl-SI"/>
        </w:rPr>
        <w:t xml:space="preserve">Zmožnost, da čustva </w:t>
      </w:r>
      <w:r w:rsidR="00975373" w:rsidRPr="00733378">
        <w:rPr>
          <w:i/>
          <w:iCs/>
          <w:lang w:val="sl-SI"/>
        </w:rPr>
        <w:t xml:space="preserve">sprejmemo </w:t>
      </w:r>
      <w:r w:rsidRPr="00733378">
        <w:rPr>
          <w:i/>
          <w:iCs/>
          <w:lang w:val="sl-SI"/>
        </w:rPr>
        <w:t xml:space="preserve">kot informacijo, njihovo intenzivnost </w:t>
      </w:r>
      <w:r w:rsidR="00975373" w:rsidRPr="00733378">
        <w:rPr>
          <w:i/>
          <w:iCs/>
          <w:lang w:val="sl-SI"/>
        </w:rPr>
        <w:t xml:space="preserve">uravnavamo </w:t>
      </w:r>
      <w:r w:rsidRPr="00733378">
        <w:rPr>
          <w:i/>
          <w:iCs/>
          <w:lang w:val="sl-SI"/>
        </w:rPr>
        <w:t xml:space="preserve">s telesnimi in miselnimi orodji ter nato </w:t>
      </w:r>
      <w:r w:rsidR="00975373" w:rsidRPr="00733378">
        <w:rPr>
          <w:i/>
          <w:iCs/>
          <w:lang w:val="sl-SI"/>
        </w:rPr>
        <w:t xml:space="preserve">podpremo </w:t>
      </w:r>
      <w:r w:rsidRPr="00733378">
        <w:rPr>
          <w:i/>
          <w:iCs/>
          <w:lang w:val="sl-SI"/>
        </w:rPr>
        <w:t xml:space="preserve">želeno stanje in </w:t>
      </w:r>
      <w:r w:rsidR="00975373" w:rsidRPr="00733378">
        <w:rPr>
          <w:i/>
          <w:iCs/>
          <w:lang w:val="sl-SI"/>
        </w:rPr>
        <w:t xml:space="preserve">izberemo </w:t>
      </w:r>
      <w:r w:rsidRPr="00733378">
        <w:rPr>
          <w:i/>
          <w:iCs/>
          <w:lang w:val="sl-SI"/>
        </w:rPr>
        <w:t>dejanje, usklajeno s svojimi vrednotami</w:t>
      </w:r>
      <w:r w:rsidR="00975373" w:rsidRPr="00733378">
        <w:rPr>
          <w:i/>
          <w:iCs/>
          <w:lang w:val="sl-SI"/>
        </w:rPr>
        <w:t>,</w:t>
      </w:r>
      <w:r w:rsidRPr="00733378">
        <w:rPr>
          <w:i/>
          <w:iCs/>
          <w:lang w:val="sl-SI"/>
        </w:rPr>
        <w:t xml:space="preserve"> namesto da bi </w:t>
      </w:r>
      <w:r w:rsidR="00975373" w:rsidRPr="00733378">
        <w:rPr>
          <w:i/>
          <w:iCs/>
          <w:lang w:val="sl-SI"/>
        </w:rPr>
        <w:t xml:space="preserve">nas </w:t>
      </w:r>
      <w:r w:rsidRPr="00733378">
        <w:rPr>
          <w:i/>
          <w:iCs/>
          <w:lang w:val="sl-SI"/>
        </w:rPr>
        <w:t>samodejno vodil reaktivni odziv.</w:t>
      </w:r>
    </w:p>
    <w:p w14:paraId="379ADD08" w14:textId="7B84BCF1" w:rsidR="00F94C82" w:rsidRPr="00B40033" w:rsidRDefault="00911973" w:rsidP="008F0A8F">
      <w:pPr>
        <w:jc w:val="both"/>
        <w:rPr>
          <w:lang w:val="sl-SI"/>
        </w:rPr>
      </w:pPr>
      <w:r w:rsidRPr="00B40033">
        <w:rPr>
          <w:lang w:val="sl-SI"/>
        </w:rPr>
        <w:t xml:space="preserve">Suverenost </w:t>
      </w:r>
      <w:r w:rsidRPr="00B40033">
        <w:rPr>
          <w:b/>
          <w:lang w:val="sl-SI"/>
        </w:rPr>
        <w:t>ni</w:t>
      </w:r>
      <w:r w:rsidRPr="00B40033">
        <w:rPr>
          <w:lang w:val="sl-SI"/>
        </w:rPr>
        <w:t xml:space="preserve"> zatiranje čustev, ni večno pozitivno razpoloženje in ni nadzor nad tem, katera čustva se pojavijo. Uspeh merimo v </w:t>
      </w:r>
      <w:r w:rsidRPr="00B40033">
        <w:rPr>
          <w:b/>
          <w:lang w:val="sl-SI"/>
        </w:rPr>
        <w:t>prožnosti in hitrosti okrevanja</w:t>
      </w:r>
      <w:r w:rsidRPr="00B40033">
        <w:rPr>
          <w:lang w:val="sl-SI"/>
        </w:rPr>
        <w:t>: kako hitro se po viharju vrnemo k sebi</w:t>
      </w:r>
      <w:r w:rsidR="00732181" w:rsidRPr="00B40033">
        <w:rPr>
          <w:lang w:val="sl-SI"/>
        </w:rPr>
        <w:t>,</w:t>
      </w:r>
      <w:r w:rsidRPr="00B40033">
        <w:rPr>
          <w:lang w:val="sl-SI"/>
        </w:rPr>
        <w:t xml:space="preserve"> ne pa</w:t>
      </w:r>
      <w:r w:rsidR="00F320F0" w:rsidRPr="00B40033">
        <w:rPr>
          <w:lang w:val="sl-SI"/>
        </w:rPr>
        <w:t xml:space="preserve"> po tem</w:t>
      </w:r>
      <w:r w:rsidRPr="00B40033">
        <w:rPr>
          <w:lang w:val="sl-SI"/>
        </w:rPr>
        <w:t xml:space="preserve">, ali </w:t>
      </w:r>
      <w:r w:rsidR="00340B5F" w:rsidRPr="00B40033">
        <w:rPr>
          <w:lang w:val="sl-SI"/>
        </w:rPr>
        <w:t>nas je vihar sploh zajel</w:t>
      </w:r>
      <w:r w:rsidRPr="00B40033">
        <w:rPr>
          <w:lang w:val="sl-SI"/>
        </w:rPr>
        <w:t>.</w:t>
      </w:r>
    </w:p>
    <w:p w14:paraId="4B1E5C0A" w14:textId="77777777" w:rsidR="00F94C82" w:rsidRPr="00B40033" w:rsidRDefault="00911973">
      <w:pPr>
        <w:pStyle w:val="Naslov2"/>
        <w:rPr>
          <w:lang w:val="sl-SI"/>
        </w:rPr>
      </w:pPr>
      <w:r w:rsidRPr="00B40033">
        <w:rPr>
          <w:lang w:val="sl-SI"/>
        </w:rPr>
        <w:t>1.2 Osem stebrov priročnika</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086"/>
        <w:gridCol w:w="4247"/>
        <w:gridCol w:w="3372"/>
      </w:tblGrid>
      <w:tr w:rsidR="00F94C82" w:rsidRPr="00B40033" w14:paraId="54BED3A0" w14:textId="77777777">
        <w:trPr>
          <w:cantSplit/>
          <w:tblHeader/>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6BDC731" w14:textId="77777777" w:rsidR="00F94C82" w:rsidRPr="00B40033" w:rsidRDefault="00911973">
            <w:pPr>
              <w:spacing w:after="80" w:line="259" w:lineRule="auto"/>
              <w:rPr>
                <w:lang w:val="sl-SI"/>
              </w:rPr>
            </w:pPr>
            <w:r w:rsidRPr="00B40033">
              <w:rPr>
                <w:b/>
                <w:sz w:val="20"/>
                <w:lang w:val="sl-SI"/>
              </w:rPr>
              <w:t>Steber</w:t>
            </w:r>
          </w:p>
        </w:tc>
        <w:tc>
          <w:tcPr>
            <w:tcW w:w="4118"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98FA1A8" w14:textId="77777777" w:rsidR="00F94C82" w:rsidRPr="00B40033" w:rsidRDefault="00911973">
            <w:pPr>
              <w:spacing w:after="80" w:line="259" w:lineRule="auto"/>
              <w:rPr>
                <w:lang w:val="sl-SI"/>
              </w:rPr>
            </w:pPr>
            <w:r w:rsidRPr="00B40033">
              <w:rPr>
                <w:b/>
                <w:sz w:val="20"/>
                <w:lang w:val="sl-SI"/>
              </w:rPr>
              <w:t>Osrednje vprašanje</w:t>
            </w:r>
          </w:p>
        </w:tc>
        <w:tc>
          <w:tcPr>
            <w:tcW w:w="327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3639715D" w14:textId="2E515CA4" w:rsidR="00F94C82" w:rsidRPr="00B40033" w:rsidRDefault="00911973">
            <w:pPr>
              <w:spacing w:after="80" w:line="259" w:lineRule="auto"/>
              <w:rPr>
                <w:lang w:val="sl-SI"/>
              </w:rPr>
            </w:pPr>
            <w:r w:rsidRPr="00B40033">
              <w:rPr>
                <w:b/>
                <w:sz w:val="20"/>
                <w:lang w:val="sl-SI"/>
              </w:rPr>
              <w:t xml:space="preserve">Kaj </w:t>
            </w:r>
            <w:r w:rsidR="00F87CFD" w:rsidRPr="00B40033">
              <w:rPr>
                <w:b/>
                <w:sz w:val="20"/>
                <w:lang w:val="sl-SI"/>
              </w:rPr>
              <w:t>prinaša</w:t>
            </w:r>
          </w:p>
        </w:tc>
      </w:tr>
      <w:tr w:rsidR="00F94C82" w:rsidRPr="00B40033" w14:paraId="335A4090"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7C98EF8" w14:textId="77777777" w:rsidR="00F94C82" w:rsidRPr="00B40033" w:rsidRDefault="00911973">
            <w:pPr>
              <w:spacing w:after="80" w:line="259" w:lineRule="auto"/>
              <w:rPr>
                <w:lang w:val="sl-SI"/>
              </w:rPr>
            </w:pPr>
            <w:r w:rsidRPr="00B40033">
              <w:rPr>
                <w:sz w:val="20"/>
                <w:lang w:val="sl-SI"/>
              </w:rPr>
              <w:t>Vrednote</w:t>
            </w:r>
          </w:p>
        </w:tc>
        <w:tc>
          <w:tcPr>
            <w:tcW w:w="411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A7EA4DF" w14:textId="025BD96C" w:rsidR="00F94C82" w:rsidRPr="00B40033" w:rsidRDefault="00C25B2C">
            <w:pPr>
              <w:spacing w:after="80" w:line="259" w:lineRule="auto"/>
              <w:rPr>
                <w:lang w:val="sl-SI"/>
              </w:rPr>
            </w:pPr>
            <w:r w:rsidRPr="00B40033">
              <w:rPr>
                <w:sz w:val="20"/>
                <w:lang w:val="sl-SI"/>
              </w:rPr>
              <w:t xml:space="preserve">Glede na kaj </w:t>
            </w:r>
            <w:r w:rsidR="00911973" w:rsidRPr="00B40033">
              <w:rPr>
                <w:sz w:val="20"/>
                <w:lang w:val="sl-SI"/>
              </w:rPr>
              <w:t>sploh izbiram?</w:t>
            </w:r>
          </w:p>
        </w:tc>
        <w:tc>
          <w:tcPr>
            <w:tcW w:w="327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787E49D" w14:textId="77777777" w:rsidR="00F94C82" w:rsidRPr="00B40033" w:rsidRDefault="00911973">
            <w:pPr>
              <w:spacing w:after="80" w:line="259" w:lineRule="auto"/>
              <w:rPr>
                <w:lang w:val="sl-SI"/>
              </w:rPr>
            </w:pPr>
            <w:r w:rsidRPr="00B40033">
              <w:rPr>
                <w:sz w:val="20"/>
                <w:lang w:val="sl-SI"/>
              </w:rPr>
              <w:t>Kompas za odzive</w:t>
            </w:r>
          </w:p>
        </w:tc>
      </w:tr>
      <w:tr w:rsidR="00F94C82" w:rsidRPr="00B40033" w14:paraId="718F2756"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86BB2F3" w14:textId="77777777" w:rsidR="00F94C82" w:rsidRPr="00B40033" w:rsidRDefault="00911973">
            <w:pPr>
              <w:spacing w:after="80" w:line="259" w:lineRule="auto"/>
              <w:rPr>
                <w:lang w:val="sl-SI"/>
              </w:rPr>
            </w:pPr>
            <w:r w:rsidRPr="00B40033">
              <w:rPr>
                <w:sz w:val="20"/>
                <w:lang w:val="sl-SI"/>
              </w:rPr>
              <w:t>Telesna zavest</w:t>
            </w:r>
          </w:p>
        </w:tc>
        <w:tc>
          <w:tcPr>
            <w:tcW w:w="411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6BCD790" w14:textId="77777777" w:rsidR="00F94C82" w:rsidRPr="00B40033" w:rsidRDefault="00911973">
            <w:pPr>
              <w:spacing w:after="80" w:line="259" w:lineRule="auto"/>
              <w:rPr>
                <w:lang w:val="sl-SI"/>
              </w:rPr>
            </w:pPr>
            <w:r w:rsidRPr="00B40033">
              <w:rPr>
                <w:sz w:val="20"/>
                <w:lang w:val="sl-SI"/>
              </w:rPr>
              <w:t>Kaj se pravzaprav dogaja v telesu?</w:t>
            </w:r>
          </w:p>
        </w:tc>
        <w:tc>
          <w:tcPr>
            <w:tcW w:w="327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5A68D7F" w14:textId="77777777" w:rsidR="00F94C82" w:rsidRPr="00B40033" w:rsidRDefault="00911973">
            <w:pPr>
              <w:spacing w:after="80" w:line="259" w:lineRule="auto"/>
              <w:rPr>
                <w:lang w:val="sl-SI"/>
              </w:rPr>
            </w:pPr>
            <w:r w:rsidRPr="00B40033">
              <w:rPr>
                <w:sz w:val="20"/>
                <w:lang w:val="sl-SI"/>
              </w:rPr>
              <w:t>Zgodnja, nebesedna informacija</w:t>
            </w:r>
          </w:p>
        </w:tc>
      </w:tr>
      <w:tr w:rsidR="00F94C82" w:rsidRPr="00B40033" w14:paraId="6A352492"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BE50528" w14:textId="77777777" w:rsidR="00F94C82" w:rsidRPr="00B40033" w:rsidRDefault="00911973">
            <w:pPr>
              <w:spacing w:after="80" w:line="259" w:lineRule="auto"/>
              <w:rPr>
                <w:lang w:val="sl-SI"/>
              </w:rPr>
            </w:pPr>
            <w:r w:rsidRPr="00B40033">
              <w:rPr>
                <w:sz w:val="20"/>
                <w:lang w:val="sl-SI"/>
              </w:rPr>
              <w:t>Smisel</w:t>
            </w:r>
          </w:p>
        </w:tc>
        <w:tc>
          <w:tcPr>
            <w:tcW w:w="411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C038D33" w14:textId="77777777" w:rsidR="00F94C82" w:rsidRPr="00B40033" w:rsidRDefault="00911973">
            <w:pPr>
              <w:spacing w:after="80" w:line="259" w:lineRule="auto"/>
              <w:rPr>
                <w:lang w:val="sl-SI"/>
              </w:rPr>
            </w:pPr>
            <w:r w:rsidRPr="00B40033">
              <w:rPr>
                <w:sz w:val="20"/>
                <w:lang w:val="sl-SI"/>
              </w:rPr>
              <w:t>Zakaj je to zame pomembno?</w:t>
            </w:r>
          </w:p>
        </w:tc>
        <w:tc>
          <w:tcPr>
            <w:tcW w:w="327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F4CA3CF" w14:textId="77777777" w:rsidR="00F94C82" w:rsidRPr="00B40033" w:rsidRDefault="00911973">
            <w:pPr>
              <w:spacing w:after="80" w:line="259" w:lineRule="auto"/>
              <w:rPr>
                <w:lang w:val="sl-SI"/>
              </w:rPr>
            </w:pPr>
            <w:r w:rsidRPr="00B40033">
              <w:rPr>
                <w:sz w:val="20"/>
                <w:lang w:val="sl-SI"/>
              </w:rPr>
              <w:t>Notranja vzdržljivost, smer</w:t>
            </w:r>
          </w:p>
        </w:tc>
      </w:tr>
      <w:tr w:rsidR="00F94C82" w:rsidRPr="00B40033" w14:paraId="70F8D8A6"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3C8F64B" w14:textId="77777777" w:rsidR="00F94C82" w:rsidRPr="00B40033" w:rsidRDefault="00911973">
            <w:pPr>
              <w:spacing w:after="80" w:line="259" w:lineRule="auto"/>
              <w:rPr>
                <w:lang w:val="sl-SI"/>
              </w:rPr>
            </w:pPr>
            <w:r w:rsidRPr="00B40033">
              <w:rPr>
                <w:sz w:val="20"/>
                <w:lang w:val="sl-SI"/>
              </w:rPr>
              <w:t>Transcendenca</w:t>
            </w:r>
          </w:p>
        </w:tc>
        <w:tc>
          <w:tcPr>
            <w:tcW w:w="411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F9D5B63" w14:textId="77777777" w:rsidR="00F94C82" w:rsidRPr="00B40033" w:rsidRDefault="00911973">
            <w:pPr>
              <w:spacing w:after="80" w:line="259" w:lineRule="auto"/>
              <w:rPr>
                <w:lang w:val="sl-SI"/>
              </w:rPr>
            </w:pPr>
            <w:r w:rsidRPr="00B40033">
              <w:rPr>
                <w:sz w:val="20"/>
                <w:lang w:val="sl-SI"/>
              </w:rPr>
              <w:t>Kaj je večje od mene?</w:t>
            </w:r>
          </w:p>
        </w:tc>
        <w:tc>
          <w:tcPr>
            <w:tcW w:w="327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2C7AB05" w14:textId="77777777" w:rsidR="00F94C82" w:rsidRPr="00B40033" w:rsidRDefault="00911973">
            <w:pPr>
              <w:spacing w:after="80" w:line="259" w:lineRule="auto"/>
              <w:rPr>
                <w:lang w:val="sl-SI"/>
              </w:rPr>
            </w:pPr>
            <w:r w:rsidRPr="00B40033">
              <w:rPr>
                <w:sz w:val="20"/>
                <w:lang w:val="sl-SI"/>
              </w:rPr>
              <w:t>Sorazmerje, povezanost</w:t>
            </w:r>
          </w:p>
        </w:tc>
      </w:tr>
      <w:tr w:rsidR="00F94C82" w:rsidRPr="00B40033" w14:paraId="19D4ECB7"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59C3FA2" w14:textId="0A22CB26" w:rsidR="00F94C82" w:rsidRPr="00B40033" w:rsidRDefault="00911973">
            <w:pPr>
              <w:spacing w:after="80" w:line="259" w:lineRule="auto"/>
              <w:rPr>
                <w:lang w:val="sl-SI"/>
              </w:rPr>
            </w:pPr>
            <w:proofErr w:type="spellStart"/>
            <w:r w:rsidRPr="00B40033">
              <w:rPr>
                <w:sz w:val="20"/>
                <w:lang w:val="sl-SI"/>
              </w:rPr>
              <w:t>Flow</w:t>
            </w:r>
            <w:proofErr w:type="spellEnd"/>
            <w:r w:rsidR="009F3D14">
              <w:rPr>
                <w:sz w:val="20"/>
                <w:lang w:val="sl-SI"/>
              </w:rPr>
              <w:t xml:space="preserve"> (Zanos)</w:t>
            </w:r>
          </w:p>
        </w:tc>
        <w:tc>
          <w:tcPr>
            <w:tcW w:w="411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641EFE9" w14:textId="18B0AF8C" w:rsidR="00F94C82" w:rsidRPr="00B40033" w:rsidRDefault="00911973">
            <w:pPr>
              <w:spacing w:after="80" w:line="259" w:lineRule="auto"/>
              <w:rPr>
                <w:lang w:val="sl-SI"/>
              </w:rPr>
            </w:pPr>
            <w:r w:rsidRPr="00B40033">
              <w:rPr>
                <w:sz w:val="20"/>
                <w:lang w:val="sl-SI"/>
              </w:rPr>
              <w:t>Kje pozabim</w:t>
            </w:r>
            <w:r w:rsidR="00A003E6" w:rsidRPr="00B40033">
              <w:rPr>
                <w:sz w:val="20"/>
                <w:lang w:val="sl-SI"/>
              </w:rPr>
              <w:t xml:space="preserve"> nase</w:t>
            </w:r>
            <w:r w:rsidRPr="00B40033">
              <w:rPr>
                <w:sz w:val="20"/>
                <w:lang w:val="sl-SI"/>
              </w:rPr>
              <w:t>, ker sem popolnoma vključen?</w:t>
            </w:r>
          </w:p>
        </w:tc>
        <w:tc>
          <w:tcPr>
            <w:tcW w:w="327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A9D911D" w14:textId="77777777" w:rsidR="00F94C82" w:rsidRPr="00B40033" w:rsidRDefault="00911973">
            <w:pPr>
              <w:spacing w:after="80" w:line="259" w:lineRule="auto"/>
              <w:rPr>
                <w:lang w:val="sl-SI"/>
              </w:rPr>
            </w:pPr>
            <w:r w:rsidRPr="00B40033">
              <w:rPr>
                <w:sz w:val="20"/>
                <w:lang w:val="sl-SI"/>
              </w:rPr>
              <w:t>Dostop do najboljših stanj</w:t>
            </w:r>
          </w:p>
        </w:tc>
      </w:tr>
      <w:tr w:rsidR="00F94C82" w:rsidRPr="00B40033" w14:paraId="14D40BE8"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889E088" w14:textId="77777777" w:rsidR="00F94C82" w:rsidRPr="00B40033" w:rsidRDefault="00911973">
            <w:pPr>
              <w:spacing w:after="80" w:line="259" w:lineRule="auto"/>
              <w:rPr>
                <w:lang w:val="sl-SI"/>
              </w:rPr>
            </w:pPr>
            <w:r w:rsidRPr="00B40033">
              <w:rPr>
                <w:sz w:val="20"/>
                <w:lang w:val="sl-SI"/>
              </w:rPr>
              <w:t>Paleta čustev</w:t>
            </w:r>
          </w:p>
        </w:tc>
        <w:tc>
          <w:tcPr>
            <w:tcW w:w="411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C776FC9" w14:textId="77777777" w:rsidR="00F94C82" w:rsidRPr="00B40033" w:rsidRDefault="00911973">
            <w:pPr>
              <w:spacing w:after="80" w:line="259" w:lineRule="auto"/>
              <w:rPr>
                <w:lang w:val="sl-SI"/>
              </w:rPr>
            </w:pPr>
            <w:r w:rsidRPr="00B40033">
              <w:rPr>
                <w:sz w:val="20"/>
                <w:lang w:val="sl-SI"/>
              </w:rPr>
              <w:t>Kaj čutim, ko čutim »slabo« ali »dobro«?</w:t>
            </w:r>
          </w:p>
        </w:tc>
        <w:tc>
          <w:tcPr>
            <w:tcW w:w="327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D085C92" w14:textId="77777777" w:rsidR="00F94C82" w:rsidRPr="00B40033" w:rsidRDefault="00911973">
            <w:pPr>
              <w:spacing w:after="80" w:line="259" w:lineRule="auto"/>
              <w:rPr>
                <w:lang w:val="sl-SI"/>
              </w:rPr>
            </w:pPr>
            <w:r w:rsidRPr="00B40033">
              <w:rPr>
                <w:sz w:val="20"/>
                <w:lang w:val="sl-SI"/>
              </w:rPr>
              <w:t>Natančnost, ki omogoča izbiro</w:t>
            </w:r>
          </w:p>
        </w:tc>
      </w:tr>
      <w:tr w:rsidR="00F94C82" w:rsidRPr="00B40033" w14:paraId="0F9DB68E"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5D985F8" w14:textId="77777777" w:rsidR="00F94C82" w:rsidRPr="00B40033" w:rsidRDefault="00911973">
            <w:pPr>
              <w:spacing w:after="80" w:line="259" w:lineRule="auto"/>
              <w:rPr>
                <w:lang w:val="sl-SI"/>
              </w:rPr>
            </w:pPr>
            <w:r w:rsidRPr="00B40033">
              <w:rPr>
                <w:sz w:val="20"/>
                <w:lang w:val="sl-SI"/>
              </w:rPr>
              <w:t>Intima</w:t>
            </w:r>
          </w:p>
        </w:tc>
        <w:tc>
          <w:tcPr>
            <w:tcW w:w="411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4F547E6" w14:textId="4D4B40E3" w:rsidR="00F94C82" w:rsidRPr="00B40033" w:rsidRDefault="00911973">
            <w:pPr>
              <w:spacing w:after="80" w:line="259" w:lineRule="auto"/>
              <w:rPr>
                <w:lang w:val="sl-SI"/>
              </w:rPr>
            </w:pPr>
            <w:r w:rsidRPr="00B40033">
              <w:rPr>
                <w:sz w:val="20"/>
                <w:lang w:val="sl-SI"/>
              </w:rPr>
              <w:t xml:space="preserve">S kom sem lahko jaz </w:t>
            </w:r>
            <w:r w:rsidR="0029656A" w:rsidRPr="00B40033">
              <w:rPr>
                <w:sz w:val="20"/>
                <w:lang w:val="sl-SI"/>
              </w:rPr>
              <w:t>–</w:t>
            </w:r>
            <w:r w:rsidRPr="00B40033">
              <w:rPr>
                <w:sz w:val="20"/>
                <w:lang w:val="sl-SI"/>
              </w:rPr>
              <w:t xml:space="preserve"> brez maske?</w:t>
            </w:r>
          </w:p>
        </w:tc>
        <w:tc>
          <w:tcPr>
            <w:tcW w:w="327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0D3FCFF" w14:textId="77777777" w:rsidR="00F94C82" w:rsidRPr="00B40033" w:rsidRDefault="00911973">
            <w:pPr>
              <w:spacing w:after="80" w:line="259" w:lineRule="auto"/>
              <w:rPr>
                <w:lang w:val="sl-SI"/>
              </w:rPr>
            </w:pPr>
            <w:r w:rsidRPr="00B40033">
              <w:rPr>
                <w:sz w:val="20"/>
                <w:lang w:val="sl-SI"/>
              </w:rPr>
              <w:t>Pristen stik, manj iger</w:t>
            </w:r>
          </w:p>
        </w:tc>
      </w:tr>
      <w:tr w:rsidR="00F94C82" w:rsidRPr="00B40033" w14:paraId="0C2738FE" w14:textId="77777777">
        <w:trPr>
          <w:cantSplit/>
          <w:jc w:val="center"/>
        </w:trPr>
        <w:tc>
          <w:tcPr>
            <w:tcW w:w="20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0711910" w14:textId="77777777" w:rsidR="00F94C82" w:rsidRPr="00B40033" w:rsidRDefault="00911973">
            <w:pPr>
              <w:spacing w:after="80" w:line="259" w:lineRule="auto"/>
              <w:rPr>
                <w:lang w:val="sl-SI"/>
              </w:rPr>
            </w:pPr>
            <w:r w:rsidRPr="00B40033">
              <w:rPr>
                <w:sz w:val="20"/>
                <w:lang w:val="sl-SI"/>
              </w:rPr>
              <w:t>Spontanost</w:t>
            </w:r>
          </w:p>
        </w:tc>
        <w:tc>
          <w:tcPr>
            <w:tcW w:w="411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DDB4C7B" w14:textId="77777777" w:rsidR="00F94C82" w:rsidRPr="00B40033" w:rsidRDefault="00911973">
            <w:pPr>
              <w:spacing w:after="80" w:line="259" w:lineRule="auto"/>
              <w:rPr>
                <w:lang w:val="sl-SI"/>
              </w:rPr>
            </w:pPr>
            <w:r w:rsidRPr="00B40033">
              <w:rPr>
                <w:sz w:val="20"/>
                <w:lang w:val="sl-SI"/>
              </w:rPr>
              <w:t>Ali izbiram ali ponavljam?</w:t>
            </w:r>
          </w:p>
        </w:tc>
        <w:tc>
          <w:tcPr>
            <w:tcW w:w="327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1120A6F" w14:textId="77777777" w:rsidR="00F94C82" w:rsidRPr="00B40033" w:rsidRDefault="00911973">
            <w:pPr>
              <w:spacing w:after="80" w:line="259" w:lineRule="auto"/>
              <w:rPr>
                <w:lang w:val="sl-SI"/>
              </w:rPr>
            </w:pPr>
            <w:r w:rsidRPr="00B40033">
              <w:rPr>
                <w:sz w:val="20"/>
                <w:lang w:val="sl-SI"/>
              </w:rPr>
              <w:t>Svež odziv, širši repertoar</w:t>
            </w:r>
          </w:p>
        </w:tc>
      </w:tr>
    </w:tbl>
    <w:p w14:paraId="57C214A1" w14:textId="77777777" w:rsidR="00F94C82" w:rsidRPr="00B40033" w:rsidRDefault="00F94C82">
      <w:pPr>
        <w:spacing w:after="40"/>
        <w:rPr>
          <w:lang w:val="sl-SI"/>
        </w:rPr>
      </w:pPr>
    </w:p>
    <w:p w14:paraId="4B9E52B5" w14:textId="77777777" w:rsidR="00F94C82" w:rsidRPr="00B40033" w:rsidRDefault="00911973">
      <w:pPr>
        <w:pStyle w:val="Naslov2"/>
        <w:rPr>
          <w:lang w:val="sl-SI"/>
        </w:rPr>
      </w:pPr>
      <w:r w:rsidRPr="00B40033">
        <w:rPr>
          <w:lang w:val="sl-SI"/>
        </w:rPr>
        <w:lastRenderedPageBreak/>
        <w:t>1.3 Kako uporabljati priročnik</w:t>
      </w:r>
    </w:p>
    <w:p w14:paraId="13D7CB04" w14:textId="77777777" w:rsidR="00F94C82" w:rsidRPr="00B40033" w:rsidRDefault="00911973" w:rsidP="008F0A8F">
      <w:pPr>
        <w:jc w:val="both"/>
        <w:rPr>
          <w:lang w:val="sl-SI"/>
        </w:rPr>
      </w:pPr>
      <w:r w:rsidRPr="00B40033">
        <w:rPr>
          <w:lang w:val="sl-SI"/>
        </w:rPr>
        <w:t>Vsako poglavje sledi istemu vzorcu:</w:t>
      </w:r>
    </w:p>
    <w:p w14:paraId="58940316" w14:textId="541277E3" w:rsidR="00F94C82" w:rsidRPr="00B40033" w:rsidRDefault="00911973" w:rsidP="008F0A8F">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Razlaga</w:t>
      </w:r>
      <w:r w:rsidR="00B958DD">
        <w:rPr>
          <w:lang w:val="sl-SI"/>
        </w:rPr>
        <w:t xml:space="preserve">: </w:t>
      </w:r>
      <w:r w:rsidRPr="00B40033">
        <w:rPr>
          <w:lang w:val="sl-SI"/>
        </w:rPr>
        <w:t xml:space="preserve"> kaj je koncept in zakaj deluje.</w:t>
      </w:r>
    </w:p>
    <w:p w14:paraId="41474A65" w14:textId="5C33EAEF" w:rsidR="00F94C82" w:rsidRPr="00B40033" w:rsidRDefault="00911973" w:rsidP="008F0A8F">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Primer iz vsakdanjega življenja</w:t>
      </w:r>
      <w:r w:rsidRPr="00B40033">
        <w:rPr>
          <w:lang w:val="sl-SI"/>
        </w:rPr>
        <w:t xml:space="preserve"> </w:t>
      </w:r>
      <w:r w:rsidR="00B958DD">
        <w:rPr>
          <w:lang w:val="sl-SI"/>
        </w:rPr>
        <w:t xml:space="preserve">: </w:t>
      </w:r>
      <w:r w:rsidRPr="00B40033">
        <w:rPr>
          <w:lang w:val="sl-SI"/>
        </w:rPr>
        <w:t>prepoznavna situacija.</w:t>
      </w:r>
    </w:p>
    <w:p w14:paraId="66FDD1A4" w14:textId="2FA6067F" w:rsidR="00F94C82" w:rsidRPr="00B40033" w:rsidRDefault="00911973" w:rsidP="008F0A8F">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Vaja korak za korakom</w:t>
      </w:r>
      <w:r w:rsidRPr="00B40033">
        <w:rPr>
          <w:lang w:val="sl-SI"/>
        </w:rPr>
        <w:t xml:space="preserve"> </w:t>
      </w:r>
      <w:r w:rsidR="00B958DD">
        <w:rPr>
          <w:lang w:val="sl-SI"/>
        </w:rPr>
        <w:t xml:space="preserve">: </w:t>
      </w:r>
      <w:r w:rsidRPr="00B40033">
        <w:rPr>
          <w:lang w:val="sl-SI"/>
        </w:rPr>
        <w:t>navodila, čas, opombe.</w:t>
      </w:r>
    </w:p>
    <w:p w14:paraId="32606F53" w14:textId="2D02AAE5" w:rsidR="00F94C82" w:rsidRPr="00B40033" w:rsidRDefault="00911973" w:rsidP="008F0A8F">
      <w:pPr>
        <w:tabs>
          <w:tab w:val="left" w:pos="425"/>
        </w:tabs>
        <w:spacing w:after="60"/>
        <w:ind w:left="425" w:hanging="425"/>
        <w:jc w:val="both"/>
        <w:rPr>
          <w:lang w:val="sl-SI"/>
        </w:rPr>
      </w:pPr>
      <w:r w:rsidRPr="00B40033">
        <w:rPr>
          <w:lang w:val="sl-SI"/>
        </w:rPr>
        <w:t>4.</w:t>
      </w:r>
      <w:r w:rsidRPr="00B40033">
        <w:rPr>
          <w:lang w:val="sl-SI"/>
        </w:rPr>
        <w:tab/>
      </w:r>
      <w:r w:rsidRPr="00B40033">
        <w:rPr>
          <w:b/>
          <w:lang w:val="sl-SI"/>
        </w:rPr>
        <w:t>Delovni list</w:t>
      </w:r>
      <w:r w:rsidRPr="00B40033">
        <w:rPr>
          <w:lang w:val="sl-SI"/>
        </w:rPr>
        <w:t xml:space="preserve"> </w:t>
      </w:r>
      <w:r w:rsidR="00B958DD">
        <w:rPr>
          <w:lang w:val="sl-SI"/>
        </w:rPr>
        <w:t xml:space="preserve">: </w:t>
      </w:r>
      <w:r w:rsidRPr="00B40033">
        <w:rPr>
          <w:lang w:val="sl-SI"/>
        </w:rPr>
        <w:t>prazna mesta za izpolnjevanje.</w:t>
      </w:r>
    </w:p>
    <w:p w14:paraId="389B8876" w14:textId="070EC367" w:rsidR="00F94C82" w:rsidRPr="00B40033" w:rsidRDefault="00911973" w:rsidP="008F0A8F">
      <w:pPr>
        <w:tabs>
          <w:tab w:val="left" w:pos="425"/>
        </w:tabs>
        <w:spacing w:after="60"/>
        <w:ind w:left="425" w:hanging="425"/>
        <w:jc w:val="both"/>
        <w:rPr>
          <w:lang w:val="sl-SI"/>
        </w:rPr>
      </w:pPr>
      <w:r w:rsidRPr="00B40033">
        <w:rPr>
          <w:lang w:val="sl-SI"/>
        </w:rPr>
        <w:t>5.</w:t>
      </w:r>
      <w:r w:rsidRPr="00B40033">
        <w:rPr>
          <w:lang w:val="sl-SI"/>
        </w:rPr>
        <w:tab/>
      </w:r>
      <w:r w:rsidRPr="00B40033">
        <w:rPr>
          <w:b/>
          <w:lang w:val="sl-SI"/>
        </w:rPr>
        <w:t>Refleksija</w:t>
      </w:r>
      <w:r w:rsidR="00B958DD">
        <w:rPr>
          <w:lang w:val="sl-SI"/>
        </w:rPr>
        <w:t>:</w:t>
      </w:r>
      <w:r w:rsidRPr="00B40033">
        <w:rPr>
          <w:lang w:val="sl-SI"/>
        </w:rPr>
        <w:t xml:space="preserve"> vprašanja za </w:t>
      </w:r>
      <w:proofErr w:type="spellStart"/>
      <w:r w:rsidRPr="00B40033">
        <w:rPr>
          <w:lang w:val="sl-SI"/>
        </w:rPr>
        <w:t>samopreverjanje</w:t>
      </w:r>
      <w:proofErr w:type="spellEnd"/>
      <w:r w:rsidRPr="00B40033">
        <w:rPr>
          <w:lang w:val="sl-SI"/>
        </w:rPr>
        <w:t>.</w:t>
      </w:r>
    </w:p>
    <w:p w14:paraId="41CEF161" w14:textId="46F692D8" w:rsidR="00F94C82" w:rsidRPr="00B40033" w:rsidRDefault="00911973" w:rsidP="008F0A8F">
      <w:pPr>
        <w:tabs>
          <w:tab w:val="left" w:pos="425"/>
        </w:tabs>
        <w:spacing w:after="60"/>
        <w:ind w:left="425" w:hanging="425"/>
        <w:jc w:val="both"/>
        <w:rPr>
          <w:lang w:val="sl-SI"/>
        </w:rPr>
      </w:pPr>
      <w:r w:rsidRPr="00B40033">
        <w:rPr>
          <w:lang w:val="sl-SI"/>
        </w:rPr>
        <w:t>6.</w:t>
      </w:r>
      <w:r w:rsidRPr="00B40033">
        <w:rPr>
          <w:lang w:val="sl-SI"/>
        </w:rPr>
        <w:tab/>
      </w:r>
      <w:r w:rsidRPr="00B40033">
        <w:rPr>
          <w:b/>
          <w:lang w:val="sl-SI"/>
        </w:rPr>
        <w:t>Majhna akcija</w:t>
      </w:r>
      <w:r w:rsidR="00B958DD">
        <w:rPr>
          <w:lang w:val="sl-SI"/>
        </w:rPr>
        <w:t xml:space="preserve">: </w:t>
      </w:r>
      <w:r w:rsidRPr="00B40033">
        <w:rPr>
          <w:lang w:val="sl-SI"/>
        </w:rPr>
        <w:t xml:space="preserve"> eno</w:t>
      </w:r>
      <w:r w:rsidR="00581F84" w:rsidRPr="00B40033">
        <w:rPr>
          <w:lang w:val="sl-SI"/>
        </w:rPr>
        <w:t xml:space="preserve"> samo</w:t>
      </w:r>
      <w:r w:rsidRPr="00B40033">
        <w:rPr>
          <w:lang w:val="sl-SI"/>
        </w:rPr>
        <w:t xml:space="preserve"> konkretno dejanje v svetu, še danes.</w:t>
      </w:r>
    </w:p>
    <w:p w14:paraId="3B0F0043" w14:textId="07655153" w:rsidR="00F94C82" w:rsidRPr="00B40033" w:rsidRDefault="00911973" w:rsidP="008F0A8F">
      <w:pPr>
        <w:jc w:val="both"/>
        <w:rPr>
          <w:lang w:val="sl-SI"/>
        </w:rPr>
      </w:pPr>
      <w:r w:rsidRPr="00B40033">
        <w:rPr>
          <w:lang w:val="sl-SI"/>
        </w:rPr>
        <w:t xml:space="preserve">Vsi primeri </w:t>
      </w:r>
      <w:r w:rsidR="00DD14BC" w:rsidRPr="00B40033">
        <w:rPr>
          <w:lang w:val="sl-SI"/>
        </w:rPr>
        <w:t xml:space="preserve">v </w:t>
      </w:r>
      <w:r w:rsidR="00644645">
        <w:rPr>
          <w:lang w:val="sl-SI"/>
        </w:rPr>
        <w:t>priročniku</w:t>
      </w:r>
      <w:r w:rsidR="00DD14BC" w:rsidRPr="00B40033">
        <w:rPr>
          <w:lang w:val="sl-SI"/>
        </w:rPr>
        <w:t xml:space="preserve"> </w:t>
      </w:r>
      <w:r w:rsidRPr="00B40033">
        <w:rPr>
          <w:lang w:val="sl-SI"/>
        </w:rPr>
        <w:t xml:space="preserve">so </w:t>
      </w:r>
      <w:r w:rsidR="00644645">
        <w:rPr>
          <w:lang w:val="sl-SI"/>
        </w:rPr>
        <w:t>imaginarni</w:t>
      </w:r>
      <w:r w:rsidRPr="00B40033">
        <w:rPr>
          <w:lang w:val="sl-SI"/>
        </w:rPr>
        <w:t xml:space="preserve"> in služijo ponazoritvi</w:t>
      </w:r>
      <w:r w:rsidR="008B7E5D" w:rsidRPr="00B40033">
        <w:rPr>
          <w:lang w:val="sl-SI"/>
        </w:rPr>
        <w:t xml:space="preserve"> teorije v praksi</w:t>
      </w:r>
      <w:r w:rsidR="00C97110" w:rsidRPr="00B40033">
        <w:rPr>
          <w:lang w:val="sl-SI"/>
        </w:rPr>
        <w:t xml:space="preserve"> ter</w:t>
      </w:r>
      <w:r w:rsidRPr="00B40033">
        <w:rPr>
          <w:lang w:val="sl-SI"/>
        </w:rPr>
        <w:t xml:space="preserve"> ne opisujejo rezultatov</w:t>
      </w:r>
      <w:r w:rsidR="0091474D" w:rsidRPr="00B40033">
        <w:rPr>
          <w:lang w:val="sl-SI"/>
        </w:rPr>
        <w:t xml:space="preserve"> znanstvenih raziskav</w:t>
      </w:r>
      <w:r w:rsidRPr="00B40033">
        <w:rPr>
          <w:lang w:val="sl-SI"/>
        </w:rPr>
        <w:t>.</w:t>
      </w:r>
    </w:p>
    <w:p w14:paraId="4989E501" w14:textId="059448F1" w:rsidR="00F94C82" w:rsidRPr="00B40033" w:rsidRDefault="00911973" w:rsidP="008F0A8F">
      <w:pPr>
        <w:jc w:val="both"/>
        <w:rPr>
          <w:lang w:val="sl-SI"/>
        </w:rPr>
      </w:pPr>
      <w:r w:rsidRPr="00B40033">
        <w:rPr>
          <w:lang w:val="sl-SI"/>
        </w:rPr>
        <w:t>Priročnik beri</w:t>
      </w:r>
      <w:r w:rsidR="00C97110" w:rsidRPr="00B40033">
        <w:rPr>
          <w:lang w:val="sl-SI"/>
        </w:rPr>
        <w:t>te</w:t>
      </w:r>
      <w:r w:rsidRPr="00B40033">
        <w:rPr>
          <w:lang w:val="sl-SI"/>
        </w:rPr>
        <w:t xml:space="preserve"> počasi. </w:t>
      </w:r>
      <w:r w:rsidR="0073771F">
        <w:rPr>
          <w:lang w:val="sl-SI"/>
        </w:rPr>
        <w:t>Vzemite si čas.</w:t>
      </w:r>
    </w:p>
    <w:p w14:paraId="4A2328F6" w14:textId="77777777" w:rsidR="00F94C82" w:rsidRPr="00B40033" w:rsidRDefault="00911973">
      <w:pPr>
        <w:pStyle w:val="Naslov2"/>
        <w:rPr>
          <w:lang w:val="sl-SI"/>
        </w:rPr>
      </w:pPr>
      <w:r w:rsidRPr="00B40033">
        <w:rPr>
          <w:lang w:val="sl-SI"/>
        </w:rPr>
        <w:t>1.4 Od skripta do izbire: povezava s predavanjem ŽIVIM.ZARES</w:t>
      </w:r>
    </w:p>
    <w:p w14:paraId="41E737CA" w14:textId="374397F4" w:rsidR="00F94C82" w:rsidRPr="00B40033" w:rsidRDefault="00056CCC" w:rsidP="008F0A8F">
      <w:pPr>
        <w:jc w:val="both"/>
        <w:rPr>
          <w:lang w:val="sl-SI"/>
        </w:rPr>
      </w:pPr>
      <w:r w:rsidRPr="00B40033">
        <w:rPr>
          <w:lang w:val="sl-SI"/>
        </w:rPr>
        <w:t>P</w:t>
      </w:r>
      <w:r w:rsidR="00911973" w:rsidRPr="00B40033">
        <w:rPr>
          <w:lang w:val="sl-SI"/>
        </w:rPr>
        <w:t xml:space="preserve">riročnik je spremljevalno gradivo k predavanju </w:t>
      </w:r>
      <w:r w:rsidR="00911973" w:rsidRPr="00B40033">
        <w:rPr>
          <w:b/>
          <w:lang w:val="sl-SI"/>
        </w:rPr>
        <w:t>ŽIVIM.ZARES</w:t>
      </w:r>
      <w:r w:rsidR="00226A84" w:rsidRPr="00B40033">
        <w:rPr>
          <w:lang w:val="sl-SI"/>
        </w:rPr>
        <w:t>, ki</w:t>
      </w:r>
      <w:r w:rsidR="00911973" w:rsidRPr="00B40033">
        <w:rPr>
          <w:lang w:val="sl-SI"/>
        </w:rPr>
        <w:t xml:space="preserve"> pokaže, </w:t>
      </w:r>
      <w:r w:rsidR="00911973" w:rsidRPr="00B40033">
        <w:rPr>
          <w:b/>
          <w:lang w:val="sl-SI"/>
        </w:rPr>
        <w:t>zakaj</w:t>
      </w:r>
      <w:r w:rsidR="00911973" w:rsidRPr="00B40033">
        <w:rPr>
          <w:lang w:val="sl-SI"/>
        </w:rPr>
        <w:t xml:space="preserve"> pogosto ne živimo </w:t>
      </w:r>
      <w:r w:rsidR="00911973" w:rsidRPr="00A34A8B">
        <w:rPr>
          <w:lang w:val="sl-SI"/>
        </w:rPr>
        <w:t>zares</w:t>
      </w:r>
      <w:r w:rsidR="00226A84" w:rsidRPr="00B40033">
        <w:rPr>
          <w:lang w:val="sl-SI"/>
        </w:rPr>
        <w:t>.</w:t>
      </w:r>
      <w:r w:rsidR="00911973" w:rsidRPr="00B40033">
        <w:rPr>
          <w:lang w:val="sl-SI"/>
        </w:rPr>
        <w:t xml:space="preserve"> </w:t>
      </w:r>
      <w:r w:rsidR="00226A84" w:rsidRPr="00B40033">
        <w:rPr>
          <w:lang w:val="sl-SI"/>
        </w:rPr>
        <w:t xml:space="preserve">Knjiga </w:t>
      </w:r>
      <w:r w:rsidR="00911973" w:rsidRPr="00B40033">
        <w:rPr>
          <w:lang w:val="sl-SI"/>
        </w:rPr>
        <w:t xml:space="preserve">ponuja, </w:t>
      </w:r>
      <w:r w:rsidR="00911973" w:rsidRPr="00B40033">
        <w:rPr>
          <w:b/>
          <w:lang w:val="sl-SI"/>
        </w:rPr>
        <w:t>kako</w:t>
      </w:r>
      <w:r w:rsidR="00911973" w:rsidRPr="00B40033">
        <w:rPr>
          <w:lang w:val="sl-SI"/>
        </w:rPr>
        <w:t xml:space="preserve"> to v vsakdanu postopoma spreminjati. Most med obema je pojem iz transakcijske analize (TA): </w:t>
      </w:r>
      <w:r w:rsidR="00911973" w:rsidRPr="00B40033">
        <w:rPr>
          <w:b/>
          <w:lang w:val="sl-SI"/>
        </w:rPr>
        <w:t xml:space="preserve">življenjski </w:t>
      </w:r>
      <w:r w:rsidR="002161BE" w:rsidRPr="00B40033">
        <w:rPr>
          <w:b/>
          <w:lang w:val="sl-SI"/>
        </w:rPr>
        <w:t xml:space="preserve">scenarij ali </w:t>
      </w:r>
      <w:r w:rsidR="00911973" w:rsidRPr="00B40033">
        <w:rPr>
          <w:b/>
          <w:lang w:val="sl-SI"/>
        </w:rPr>
        <w:t>skript</w:t>
      </w:r>
      <w:r w:rsidR="00911973" w:rsidRPr="00B40033">
        <w:rPr>
          <w:lang w:val="sl-SI"/>
        </w:rPr>
        <w:t>.</w:t>
      </w:r>
    </w:p>
    <w:p w14:paraId="5E5412BA" w14:textId="4DC3B14F" w:rsidR="00F94C82" w:rsidRPr="00B40033" w:rsidRDefault="00911973" w:rsidP="008F0A8F">
      <w:pPr>
        <w:jc w:val="both"/>
        <w:rPr>
          <w:lang w:val="sl-SI"/>
        </w:rPr>
      </w:pPr>
      <w:r w:rsidRPr="00B40033">
        <w:rPr>
          <w:b/>
          <w:lang w:val="sl-SI"/>
        </w:rPr>
        <w:t xml:space="preserve">Življenjski </w:t>
      </w:r>
      <w:r w:rsidR="008A47AC" w:rsidRPr="00B40033">
        <w:rPr>
          <w:b/>
          <w:lang w:val="sl-SI"/>
        </w:rPr>
        <w:t xml:space="preserve">scenarij ali </w:t>
      </w:r>
      <w:r w:rsidRPr="00B40033">
        <w:rPr>
          <w:b/>
          <w:lang w:val="sl-SI"/>
        </w:rPr>
        <w:t>skript</w:t>
      </w:r>
      <w:r w:rsidRPr="00B40033">
        <w:rPr>
          <w:lang w:val="sl-SI"/>
        </w:rPr>
        <w:t xml:space="preserve"> je nezaveden življenjski načrt, ki se oblikuje v zgodnjem otroštvu</w:t>
      </w:r>
      <w:r w:rsidR="008A47AC" w:rsidRPr="00B40033">
        <w:rPr>
          <w:lang w:val="sl-SI"/>
        </w:rPr>
        <w:t>.</w:t>
      </w:r>
      <w:r w:rsidRPr="00B40033">
        <w:rPr>
          <w:lang w:val="sl-SI"/>
        </w:rPr>
        <w:t xml:space="preserve"> </w:t>
      </w:r>
      <w:r w:rsidR="008A47AC" w:rsidRPr="00B40033">
        <w:rPr>
          <w:lang w:val="sl-SI"/>
        </w:rPr>
        <w:t>P</w:t>
      </w:r>
      <w:r w:rsidRPr="00B40033">
        <w:rPr>
          <w:lang w:val="sl-SI"/>
        </w:rPr>
        <w:t xml:space="preserve">ogosto </w:t>
      </w:r>
      <w:r w:rsidR="008A47AC" w:rsidRPr="00B40033">
        <w:rPr>
          <w:lang w:val="sl-SI"/>
        </w:rPr>
        <w:t>ga (</w:t>
      </w:r>
      <w:r w:rsidR="0084588A">
        <w:rPr>
          <w:lang w:val="sl-SI"/>
        </w:rPr>
        <w:t xml:space="preserve">hote ali </w:t>
      </w:r>
      <w:r w:rsidRPr="00B40033">
        <w:rPr>
          <w:lang w:val="sl-SI"/>
        </w:rPr>
        <w:t>nehote) podprejo skrbniki, kasneje pa ga sami »potrjujemo« v praksi</w:t>
      </w:r>
      <w:r w:rsidR="003711CA" w:rsidRPr="00B40033">
        <w:rPr>
          <w:lang w:val="sl-SI"/>
        </w:rPr>
        <w:t>,</w:t>
      </w:r>
      <w:r w:rsidRPr="00B40033">
        <w:rPr>
          <w:lang w:val="sl-SI"/>
        </w:rPr>
        <w:t xml:space="preserve"> na primer s sklepom »nisem dovolj dober«. Vpliva na to, kaj čutimo, kako razmišljamo in kako ravnamo.</w:t>
      </w:r>
    </w:p>
    <w:p w14:paraId="5A5F5B4F" w14:textId="78A21F69" w:rsidR="00F94C82" w:rsidRPr="00B40033" w:rsidRDefault="00911973" w:rsidP="008F0A8F">
      <w:pPr>
        <w:pStyle w:val="Oznaenseznam"/>
        <w:jc w:val="both"/>
        <w:rPr>
          <w:lang w:val="sl-SI"/>
        </w:rPr>
      </w:pPr>
      <w:proofErr w:type="spellStart"/>
      <w:r w:rsidRPr="00B40033">
        <w:rPr>
          <w:b/>
          <w:lang w:val="sl-SI"/>
        </w:rPr>
        <w:t>Preživetvena</w:t>
      </w:r>
      <w:proofErr w:type="spellEnd"/>
      <w:r w:rsidRPr="00B40033">
        <w:rPr>
          <w:b/>
          <w:lang w:val="sl-SI"/>
        </w:rPr>
        <w:t xml:space="preserve"> strategija.</w:t>
      </w:r>
      <w:r w:rsidRPr="00B40033">
        <w:rPr>
          <w:lang w:val="sl-SI"/>
        </w:rPr>
        <w:t xml:space="preserve"> Otrok se je prilagodil, da bi ohranil stik, varnost in pripadnost. V takratnih okoliščinah je našel najboljšo možno rešitev. Današnji odziv lahko še vedno sledi tej stari rešitvi</w:t>
      </w:r>
      <w:r w:rsidR="003964F6" w:rsidRPr="00B40033">
        <w:rPr>
          <w:lang w:val="sl-SI"/>
        </w:rPr>
        <w:t>,</w:t>
      </w:r>
      <w:r w:rsidRPr="00B40033">
        <w:rPr>
          <w:lang w:val="sl-SI"/>
        </w:rPr>
        <w:t xml:space="preserve"> tudi ko okoliščine niso več enake.</w:t>
      </w:r>
    </w:p>
    <w:p w14:paraId="173EDB90" w14:textId="77777777" w:rsidR="00F94C82" w:rsidRPr="00B40033" w:rsidRDefault="00911973" w:rsidP="008F0A8F">
      <w:pPr>
        <w:pStyle w:val="Oznaenseznam"/>
        <w:jc w:val="both"/>
        <w:rPr>
          <w:lang w:val="sl-SI"/>
        </w:rPr>
      </w:pPr>
      <w:r w:rsidRPr="00B40033">
        <w:rPr>
          <w:b/>
          <w:lang w:val="sl-SI"/>
        </w:rPr>
        <w:t>Lojalnost.</w:t>
      </w:r>
      <w:r w:rsidRPr="00B40033">
        <w:rPr>
          <w:lang w:val="sl-SI"/>
        </w:rPr>
        <w:t xml:space="preserve"> Skript je lahko tudi izraz zvestobe staršem in družinskemu sistemu: »Pri nas se ne joka«, »Pri nas se trdo dela«.</w:t>
      </w:r>
    </w:p>
    <w:p w14:paraId="6179F26F" w14:textId="77777777" w:rsidR="00F94C82" w:rsidRPr="00B40033" w:rsidRDefault="00911973" w:rsidP="008F0A8F">
      <w:pPr>
        <w:jc w:val="both"/>
        <w:rPr>
          <w:lang w:val="sl-SI"/>
        </w:rPr>
      </w:pPr>
      <w:r w:rsidRPr="00B40033">
        <w:rPr>
          <w:lang w:val="sl-SI"/>
        </w:rPr>
        <w:t xml:space="preserve">Cilj TA je </w:t>
      </w:r>
      <w:r w:rsidRPr="00B40033">
        <w:rPr>
          <w:b/>
          <w:lang w:val="sl-SI"/>
        </w:rPr>
        <w:t>avtonomija</w:t>
      </w:r>
      <w:r w:rsidRPr="00B40033">
        <w:rPr>
          <w:lang w:val="sl-SI"/>
        </w:rPr>
        <w:t xml:space="preserve">, ki jo je Eric Berne opisal kot sprostitev ali ponovno pridobitev treh zmožnosti: </w:t>
      </w:r>
      <w:r w:rsidRPr="00B40033">
        <w:rPr>
          <w:b/>
          <w:lang w:val="sl-SI"/>
        </w:rPr>
        <w:t>zavedanja, spontanosti in intimnosti</w:t>
      </w:r>
      <w:r w:rsidRPr="00B40033">
        <w:rPr>
          <w:lang w:val="sl-SI"/>
        </w:rPr>
        <w:t xml:space="preserve"> </w:t>
      </w:r>
      <w:hyperlink r:id="rId10">
        <w:r w:rsidR="00F94C82" w:rsidRPr="00B40033">
          <w:rPr>
            <w:color w:val="01696F"/>
            <w:u w:val="single"/>
            <w:lang w:val="sl-SI"/>
          </w:rPr>
          <w:t>(Berne, 1964)</w:t>
        </w:r>
      </w:hyperlink>
      <w:r w:rsidRPr="00B40033">
        <w:rPr>
          <w:lang w:val="sl-SI"/>
        </w:rPr>
        <w:t>. Ta priročnik vadi vse tri: zavedanje (telo, čustva, vrednote, smisel), intimo (poglavje 9) in spontanost (poglavje 10).</w:t>
      </w:r>
    </w:p>
    <w:p w14:paraId="1E568556" w14:textId="681A1C00" w:rsidR="00F94C82" w:rsidRPr="00B40033" w:rsidRDefault="00911973">
      <w:pPr>
        <w:pStyle w:val="Naslov2"/>
        <w:rPr>
          <w:lang w:val="sl-SI"/>
        </w:rPr>
      </w:pPr>
      <w:r w:rsidRPr="00B40033">
        <w:rPr>
          <w:lang w:val="sl-SI"/>
        </w:rPr>
        <w:t xml:space="preserve">1.5 Prepovedi, </w:t>
      </w:r>
      <w:r w:rsidR="00AD1F06" w:rsidRPr="00B40033">
        <w:rPr>
          <w:lang w:val="sl-SI"/>
        </w:rPr>
        <w:t>g</w:t>
      </w:r>
      <w:r w:rsidR="00190697">
        <w:rPr>
          <w:lang w:val="sl-SI"/>
        </w:rPr>
        <w:t>onilniki</w:t>
      </w:r>
      <w:r w:rsidR="00AD1F06" w:rsidRPr="00B40033">
        <w:rPr>
          <w:lang w:val="sl-SI"/>
        </w:rPr>
        <w:t xml:space="preserve"> </w:t>
      </w:r>
      <w:r w:rsidR="00D2453B" w:rsidRPr="00B40033">
        <w:rPr>
          <w:lang w:val="sl-SI"/>
        </w:rPr>
        <w:t>(</w:t>
      </w:r>
      <w:proofErr w:type="spellStart"/>
      <w:r w:rsidRPr="00B40033">
        <w:rPr>
          <w:lang w:val="sl-SI"/>
        </w:rPr>
        <w:t>driverji</w:t>
      </w:r>
      <w:proofErr w:type="spellEnd"/>
      <w:r w:rsidR="00D2453B" w:rsidRPr="00B40033">
        <w:rPr>
          <w:lang w:val="sl-SI"/>
        </w:rPr>
        <w:t>)</w:t>
      </w:r>
      <w:r w:rsidRPr="00B40033">
        <w:rPr>
          <w:lang w:val="sl-SI"/>
        </w:rPr>
        <w:t xml:space="preserve"> in poglavja priročnika</w:t>
      </w:r>
    </w:p>
    <w:p w14:paraId="7845F521" w14:textId="747D14E6" w:rsidR="00F94C82" w:rsidRPr="00B40033" w:rsidRDefault="00911973" w:rsidP="008F0A8F">
      <w:pPr>
        <w:jc w:val="both"/>
        <w:rPr>
          <w:lang w:val="sl-SI"/>
        </w:rPr>
      </w:pPr>
      <w:r w:rsidRPr="00B40033">
        <w:rPr>
          <w:lang w:val="sl-SI"/>
        </w:rPr>
        <w:t xml:space="preserve">Mary in Robert </w:t>
      </w:r>
      <w:proofErr w:type="spellStart"/>
      <w:r w:rsidRPr="00B40033">
        <w:rPr>
          <w:lang w:val="sl-SI"/>
        </w:rPr>
        <w:t>Goulding</w:t>
      </w:r>
      <w:proofErr w:type="spellEnd"/>
      <w:r w:rsidRPr="00B40033">
        <w:rPr>
          <w:lang w:val="sl-SI"/>
        </w:rPr>
        <w:t xml:space="preserve"> sta opisala dvanajst </w:t>
      </w:r>
      <w:r w:rsidRPr="00B40033">
        <w:rPr>
          <w:b/>
          <w:lang w:val="sl-SI"/>
        </w:rPr>
        <w:t>prepovedi</w:t>
      </w:r>
      <w:r w:rsidRPr="00B40033">
        <w:rPr>
          <w:lang w:val="sl-SI"/>
        </w:rPr>
        <w:t xml:space="preserve"> </w:t>
      </w:r>
      <w:r w:rsidR="00CD3FA8" w:rsidRPr="00B40033">
        <w:rPr>
          <w:lang w:val="sl-SI"/>
        </w:rPr>
        <w:t xml:space="preserve">oziroma </w:t>
      </w:r>
      <w:r w:rsidRPr="00B40033">
        <w:rPr>
          <w:lang w:val="sl-SI"/>
        </w:rPr>
        <w:t xml:space="preserve">sporočil tipa »Ne …«, ki jih otrok sprejme kot pravilo za preživetje </w:t>
      </w:r>
      <w:hyperlink r:id="rId11">
        <w:r w:rsidR="00F94C82" w:rsidRPr="00B40033">
          <w:rPr>
            <w:color w:val="01696F"/>
            <w:u w:val="single"/>
            <w:lang w:val="sl-SI"/>
          </w:rPr>
          <w:t>(</w:t>
        </w:r>
        <w:proofErr w:type="spellStart"/>
        <w:r w:rsidR="00F94C82" w:rsidRPr="00B40033">
          <w:rPr>
            <w:color w:val="01696F"/>
            <w:u w:val="single"/>
            <w:lang w:val="sl-SI"/>
          </w:rPr>
          <w:t>Goulding</w:t>
        </w:r>
        <w:proofErr w:type="spellEnd"/>
        <w:r w:rsidR="00F94C82" w:rsidRPr="00B40033">
          <w:rPr>
            <w:color w:val="01696F"/>
            <w:u w:val="single"/>
            <w:lang w:val="sl-SI"/>
          </w:rPr>
          <w:t xml:space="preserve"> in </w:t>
        </w:r>
        <w:proofErr w:type="spellStart"/>
        <w:r w:rsidR="00F94C82" w:rsidRPr="00B40033">
          <w:rPr>
            <w:color w:val="01696F"/>
            <w:u w:val="single"/>
            <w:lang w:val="sl-SI"/>
          </w:rPr>
          <w:t>Goulding</w:t>
        </w:r>
        <w:proofErr w:type="spellEnd"/>
        <w:r w:rsidR="00F94C82" w:rsidRPr="00B40033">
          <w:rPr>
            <w:color w:val="01696F"/>
            <w:u w:val="single"/>
            <w:lang w:val="sl-SI"/>
          </w:rPr>
          <w:t>, 1979)</w:t>
        </w:r>
      </w:hyperlink>
      <w:r w:rsidRPr="00B40033">
        <w:rPr>
          <w:lang w:val="sl-SI"/>
        </w:rPr>
        <w:t xml:space="preserve">. </w:t>
      </w:r>
      <w:proofErr w:type="spellStart"/>
      <w:r w:rsidRPr="00B40033">
        <w:rPr>
          <w:lang w:val="sl-SI"/>
        </w:rPr>
        <w:t>Taibi</w:t>
      </w:r>
      <w:proofErr w:type="spellEnd"/>
      <w:r w:rsidRPr="00B40033">
        <w:rPr>
          <w:lang w:val="sl-SI"/>
        </w:rPr>
        <w:t xml:space="preserve"> </w:t>
      </w:r>
      <w:proofErr w:type="spellStart"/>
      <w:r w:rsidRPr="00B40033">
        <w:rPr>
          <w:lang w:val="sl-SI"/>
        </w:rPr>
        <w:t>Kahler</w:t>
      </w:r>
      <w:proofErr w:type="spellEnd"/>
      <w:r w:rsidRPr="00B40033">
        <w:rPr>
          <w:lang w:val="sl-SI"/>
        </w:rPr>
        <w:t xml:space="preserve"> je opisal pet </w:t>
      </w:r>
      <w:proofErr w:type="spellStart"/>
      <w:r w:rsidRPr="00B40033">
        <w:rPr>
          <w:b/>
          <w:lang w:val="sl-SI"/>
        </w:rPr>
        <w:t>driverjev</w:t>
      </w:r>
      <w:proofErr w:type="spellEnd"/>
      <w:r w:rsidR="008E4B33">
        <w:rPr>
          <w:lang w:val="sl-SI"/>
        </w:rPr>
        <w:t xml:space="preserve">: </w:t>
      </w:r>
      <w:r w:rsidRPr="00B40033">
        <w:rPr>
          <w:lang w:val="sl-SI"/>
        </w:rPr>
        <w:t>notranjih priganjačev, prek katerih se skript kaže v vsakdanjem vedenju</w:t>
      </w:r>
      <w:r w:rsidR="005A53AB" w:rsidRPr="00B40033">
        <w:rPr>
          <w:lang w:val="sl-SI"/>
        </w:rPr>
        <w:t>: bodi popoln, ustrezi drugim, trudi se, bodi močan, pohiti</w:t>
      </w:r>
      <w:r w:rsidRPr="00B40033">
        <w:rPr>
          <w:lang w:val="sl-SI"/>
        </w:rPr>
        <w:t xml:space="preserve"> </w:t>
      </w:r>
      <w:hyperlink r:id="rId12">
        <w:r w:rsidR="00F94C82" w:rsidRPr="00B40033">
          <w:rPr>
            <w:color w:val="01696F"/>
            <w:u w:val="single"/>
            <w:lang w:val="sl-SI"/>
          </w:rPr>
          <w:t>(</w:t>
        </w:r>
        <w:proofErr w:type="spellStart"/>
        <w:r w:rsidR="00F94C82" w:rsidRPr="00B40033">
          <w:rPr>
            <w:color w:val="01696F"/>
            <w:u w:val="single"/>
            <w:lang w:val="sl-SI"/>
          </w:rPr>
          <w:t>Kahler</w:t>
        </w:r>
        <w:proofErr w:type="spellEnd"/>
        <w:r w:rsidR="00F94C82" w:rsidRPr="00B40033">
          <w:rPr>
            <w:color w:val="01696F"/>
            <w:u w:val="single"/>
            <w:lang w:val="sl-SI"/>
          </w:rPr>
          <w:t>, 1975)</w:t>
        </w:r>
      </w:hyperlink>
      <w:r w:rsidRPr="00B40033">
        <w:rPr>
          <w:lang w:val="sl-SI"/>
        </w:rPr>
        <w:t>.</w:t>
      </w:r>
    </w:p>
    <w:p w14:paraId="2ED9D85E" w14:textId="128EE2CD" w:rsidR="00F94C82" w:rsidRPr="00B40033" w:rsidRDefault="00911973" w:rsidP="008F0A8F">
      <w:pPr>
        <w:jc w:val="both"/>
        <w:rPr>
          <w:lang w:val="sl-SI"/>
        </w:rPr>
      </w:pPr>
      <w:r w:rsidRPr="00B40033">
        <w:rPr>
          <w:lang w:val="sl-SI"/>
        </w:rPr>
        <w:t>Spodnja tabel</w:t>
      </w:r>
      <w:r w:rsidR="007323D5">
        <w:rPr>
          <w:lang w:val="sl-SI"/>
        </w:rPr>
        <w:t>a</w:t>
      </w:r>
      <w:r w:rsidR="000D459A">
        <w:rPr>
          <w:lang w:val="sl-SI"/>
        </w:rPr>
        <w:t xml:space="preserve"> je </w:t>
      </w:r>
      <w:r w:rsidR="007323D5">
        <w:rPr>
          <w:lang w:val="sl-SI"/>
        </w:rPr>
        <w:t>le or</w:t>
      </w:r>
      <w:r w:rsidR="007323D5" w:rsidRPr="00B40033">
        <w:rPr>
          <w:lang w:val="sl-SI"/>
        </w:rPr>
        <w:t>ientacija</w:t>
      </w:r>
      <w:r w:rsidR="00FD00A5" w:rsidRPr="00B40033">
        <w:rPr>
          <w:lang w:val="sl-SI"/>
        </w:rPr>
        <w:t>,</w:t>
      </w:r>
      <w:r w:rsidRPr="00B40033">
        <w:rPr>
          <w:lang w:val="sl-SI"/>
        </w:rPr>
        <w:t xml:space="preserve"> </w:t>
      </w:r>
      <w:r w:rsidR="008E3C2D" w:rsidRPr="00B40033">
        <w:rPr>
          <w:lang w:val="sl-SI"/>
        </w:rPr>
        <w:t>v katerem poglavju priročnika</w:t>
      </w:r>
      <w:r w:rsidRPr="00B40033">
        <w:rPr>
          <w:lang w:val="sl-SI"/>
        </w:rPr>
        <w:t xml:space="preserve"> </w:t>
      </w:r>
      <w:r w:rsidR="008E3C80" w:rsidRPr="00B40033">
        <w:rPr>
          <w:lang w:val="sl-SI"/>
        </w:rPr>
        <w:t xml:space="preserve">je mogoče najti </w:t>
      </w:r>
      <w:r w:rsidRPr="00B40033">
        <w:rPr>
          <w:lang w:val="sl-SI"/>
        </w:rPr>
        <w:t>vaje, ki posameznemu vzorcu postavijo protiutež.</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84"/>
        <w:gridCol w:w="3962"/>
        <w:gridCol w:w="3259"/>
      </w:tblGrid>
      <w:tr w:rsidR="00F94C82" w:rsidRPr="00B40033" w14:paraId="661BB2CD" w14:textId="77777777">
        <w:trPr>
          <w:cantSplit/>
          <w:tblHeader/>
          <w:jc w:val="center"/>
        </w:trPr>
        <w:tc>
          <w:tcPr>
            <w:tcW w:w="2408"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64E5ED8" w14:textId="77777777" w:rsidR="00F94C82" w:rsidRPr="00B40033" w:rsidRDefault="00911973">
            <w:pPr>
              <w:spacing w:after="80" w:line="259" w:lineRule="auto"/>
              <w:rPr>
                <w:lang w:val="sl-SI"/>
              </w:rPr>
            </w:pPr>
            <w:r w:rsidRPr="00B40033">
              <w:rPr>
                <w:b/>
                <w:sz w:val="20"/>
                <w:lang w:val="sl-SI"/>
              </w:rPr>
              <w:t xml:space="preserve">Vzorec (prepoved ali </w:t>
            </w:r>
            <w:proofErr w:type="spellStart"/>
            <w:r w:rsidRPr="00B40033">
              <w:rPr>
                <w:b/>
                <w:sz w:val="20"/>
                <w:lang w:val="sl-SI"/>
              </w:rPr>
              <w:t>driver</w:t>
            </w:r>
            <w:proofErr w:type="spellEnd"/>
            <w:r w:rsidRPr="00B40033">
              <w:rPr>
                <w:b/>
                <w:sz w:val="20"/>
                <w:lang w:val="sl-SI"/>
              </w:rPr>
              <w:t>)</w:t>
            </w:r>
          </w:p>
        </w:tc>
        <w:tc>
          <w:tcPr>
            <w:tcW w:w="3842"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3799765C" w14:textId="77777777" w:rsidR="00F94C82" w:rsidRPr="00B40033" w:rsidRDefault="00911973">
            <w:pPr>
              <w:spacing w:after="80" w:line="259" w:lineRule="auto"/>
              <w:rPr>
                <w:lang w:val="sl-SI"/>
              </w:rPr>
            </w:pPr>
            <w:r w:rsidRPr="00B40033">
              <w:rPr>
                <w:b/>
                <w:sz w:val="20"/>
                <w:lang w:val="sl-SI"/>
              </w:rPr>
              <w:t>Kako se lahko kaže danes</w:t>
            </w:r>
          </w:p>
        </w:tc>
        <w:tc>
          <w:tcPr>
            <w:tcW w:w="316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55E84DC" w14:textId="70A89DAD" w:rsidR="00F94C82" w:rsidRPr="00B40033" w:rsidRDefault="00CE2913">
            <w:pPr>
              <w:spacing w:after="80" w:line="259" w:lineRule="auto"/>
              <w:rPr>
                <w:lang w:val="sl-SI"/>
              </w:rPr>
            </w:pPr>
            <w:r w:rsidRPr="00B40033">
              <w:rPr>
                <w:b/>
                <w:sz w:val="20"/>
                <w:lang w:val="sl-SI"/>
              </w:rPr>
              <w:t>Poglavje v priročniku</w:t>
            </w:r>
          </w:p>
        </w:tc>
      </w:tr>
      <w:tr w:rsidR="00F94C82" w:rsidRPr="00B40033" w14:paraId="7E7D5F8A" w14:textId="77777777">
        <w:trPr>
          <w:cantSplit/>
          <w:jc w:val="center"/>
        </w:trPr>
        <w:tc>
          <w:tcPr>
            <w:tcW w:w="240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FA75C3B" w14:textId="1B4C71A6" w:rsidR="00F94C82" w:rsidRPr="00B40033" w:rsidRDefault="00911973">
            <w:pPr>
              <w:spacing w:after="80" w:line="259" w:lineRule="auto"/>
              <w:rPr>
                <w:lang w:val="sl-SI"/>
              </w:rPr>
            </w:pPr>
            <w:r w:rsidRPr="00B40033">
              <w:rPr>
                <w:sz w:val="20"/>
                <w:lang w:val="sl-SI"/>
              </w:rPr>
              <w:t>Ne čuti</w:t>
            </w:r>
            <w:r w:rsidR="00731A96" w:rsidRPr="00B40033">
              <w:rPr>
                <w:sz w:val="20"/>
                <w:lang w:val="sl-SI"/>
              </w:rPr>
              <w:t>.</w:t>
            </w:r>
          </w:p>
        </w:tc>
        <w:tc>
          <w:tcPr>
            <w:tcW w:w="384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28A23A4" w14:textId="27DC1552" w:rsidR="00F94C82" w:rsidRPr="00B40033" w:rsidRDefault="00911973">
            <w:pPr>
              <w:spacing w:after="80" w:line="259" w:lineRule="auto"/>
              <w:rPr>
                <w:lang w:val="sl-SI"/>
              </w:rPr>
            </w:pPr>
            <w:r w:rsidRPr="00B40033">
              <w:rPr>
                <w:sz w:val="20"/>
                <w:lang w:val="sl-SI"/>
              </w:rPr>
              <w:t>»Nič ne čutim«, otopelost, vse razložim z razumom</w:t>
            </w:r>
            <w:r w:rsidR="00731A96" w:rsidRPr="00B40033">
              <w:rPr>
                <w:sz w:val="20"/>
                <w:lang w:val="sl-SI"/>
              </w:rPr>
              <w:t>.</w:t>
            </w:r>
          </w:p>
        </w:tc>
        <w:tc>
          <w:tcPr>
            <w:tcW w:w="316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8862D1B" w14:textId="2D375472" w:rsidR="00F94C82" w:rsidRPr="00B40033" w:rsidRDefault="00911973">
            <w:pPr>
              <w:spacing w:after="80" w:line="259" w:lineRule="auto"/>
              <w:rPr>
                <w:lang w:val="sl-SI"/>
              </w:rPr>
            </w:pPr>
            <w:r w:rsidRPr="00B40033">
              <w:rPr>
                <w:sz w:val="20"/>
                <w:lang w:val="sl-SI"/>
              </w:rPr>
              <w:t>4</w:t>
            </w:r>
            <w:r w:rsidR="003049A5" w:rsidRPr="00B40033">
              <w:rPr>
                <w:sz w:val="20"/>
                <w:lang w:val="sl-SI"/>
              </w:rPr>
              <w:t>.</w:t>
            </w:r>
            <w:r w:rsidRPr="00B40033">
              <w:rPr>
                <w:sz w:val="20"/>
                <w:lang w:val="sl-SI"/>
              </w:rPr>
              <w:t xml:space="preserve"> </w:t>
            </w:r>
            <w:r w:rsidR="003049A5" w:rsidRPr="00B40033">
              <w:rPr>
                <w:sz w:val="20"/>
                <w:lang w:val="sl-SI"/>
              </w:rPr>
              <w:t>T</w:t>
            </w:r>
            <w:r w:rsidRPr="00B40033">
              <w:rPr>
                <w:sz w:val="20"/>
                <w:lang w:val="sl-SI"/>
              </w:rPr>
              <w:t>elesna zavest; 8</w:t>
            </w:r>
            <w:r w:rsidR="003049A5" w:rsidRPr="00B40033">
              <w:rPr>
                <w:sz w:val="20"/>
                <w:lang w:val="sl-SI"/>
              </w:rPr>
              <w:t>.</w:t>
            </w:r>
            <w:r w:rsidRPr="00B40033">
              <w:rPr>
                <w:sz w:val="20"/>
                <w:lang w:val="sl-SI"/>
              </w:rPr>
              <w:t xml:space="preserve"> </w:t>
            </w:r>
            <w:r w:rsidR="003049A5" w:rsidRPr="00B40033">
              <w:rPr>
                <w:sz w:val="20"/>
                <w:lang w:val="sl-SI"/>
              </w:rPr>
              <w:t>P</w:t>
            </w:r>
            <w:r w:rsidRPr="00B40033">
              <w:rPr>
                <w:sz w:val="20"/>
                <w:lang w:val="sl-SI"/>
              </w:rPr>
              <w:t>aleta čustev</w:t>
            </w:r>
          </w:p>
        </w:tc>
      </w:tr>
      <w:tr w:rsidR="00F94C82" w:rsidRPr="00B75BEE" w14:paraId="4CA0FB1A" w14:textId="77777777">
        <w:trPr>
          <w:cantSplit/>
          <w:jc w:val="center"/>
        </w:trPr>
        <w:tc>
          <w:tcPr>
            <w:tcW w:w="240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A7BCA6B" w14:textId="3EAF713B" w:rsidR="00731A96" w:rsidRPr="00B40033" w:rsidRDefault="00911973">
            <w:pPr>
              <w:spacing w:after="80" w:line="259" w:lineRule="auto"/>
              <w:rPr>
                <w:sz w:val="19"/>
                <w:lang w:val="sl-SI"/>
              </w:rPr>
            </w:pPr>
            <w:r w:rsidRPr="00B40033">
              <w:rPr>
                <w:sz w:val="20"/>
                <w:lang w:val="sl-SI"/>
              </w:rPr>
              <w:lastRenderedPageBreak/>
              <w:t>Ne bodi ti</w:t>
            </w:r>
            <w:r w:rsidR="00731A96" w:rsidRPr="00B40033">
              <w:rPr>
                <w:sz w:val="20"/>
                <w:lang w:val="sl-SI"/>
              </w:rPr>
              <w:t>.</w:t>
            </w:r>
          </w:p>
          <w:p w14:paraId="2AC71F34" w14:textId="34CBD60C" w:rsidR="00F94C82" w:rsidRPr="00B40033" w:rsidRDefault="00911973">
            <w:pPr>
              <w:spacing w:after="80" w:line="259" w:lineRule="auto"/>
              <w:rPr>
                <w:lang w:val="sl-SI"/>
              </w:rPr>
            </w:pPr>
            <w:r w:rsidRPr="00B40033">
              <w:rPr>
                <w:sz w:val="20"/>
                <w:lang w:val="sl-SI"/>
              </w:rPr>
              <w:t>Ustrezi drugim</w:t>
            </w:r>
            <w:r w:rsidR="00731A96" w:rsidRPr="00B40033">
              <w:rPr>
                <w:sz w:val="20"/>
                <w:lang w:val="sl-SI"/>
              </w:rPr>
              <w:t>.</w:t>
            </w:r>
          </w:p>
        </w:tc>
        <w:tc>
          <w:tcPr>
            <w:tcW w:w="384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404E149" w14:textId="7187C931" w:rsidR="00F94C82" w:rsidRPr="00B40033" w:rsidRDefault="00911973">
            <w:pPr>
              <w:spacing w:after="80" w:line="259" w:lineRule="auto"/>
              <w:rPr>
                <w:lang w:val="sl-SI"/>
              </w:rPr>
            </w:pPr>
            <w:r w:rsidRPr="00B40033">
              <w:rPr>
                <w:sz w:val="20"/>
                <w:lang w:val="sl-SI"/>
              </w:rPr>
              <w:t>Podrejanje lastnih potreb, izgorelost</w:t>
            </w:r>
            <w:r w:rsidR="00731A96" w:rsidRPr="00B40033">
              <w:rPr>
                <w:sz w:val="20"/>
                <w:lang w:val="sl-SI"/>
              </w:rPr>
              <w:t>.</w:t>
            </w:r>
          </w:p>
        </w:tc>
        <w:tc>
          <w:tcPr>
            <w:tcW w:w="316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A438DBA" w14:textId="529F968B" w:rsidR="00F94C82" w:rsidRPr="00B40033" w:rsidRDefault="00911973">
            <w:pPr>
              <w:spacing w:after="80" w:line="259" w:lineRule="auto"/>
              <w:rPr>
                <w:lang w:val="sl-SI"/>
              </w:rPr>
            </w:pPr>
            <w:r w:rsidRPr="00B40033">
              <w:rPr>
                <w:sz w:val="20"/>
                <w:lang w:val="sl-SI"/>
              </w:rPr>
              <w:t>3</w:t>
            </w:r>
            <w:r w:rsidR="003049A5" w:rsidRPr="00B40033">
              <w:rPr>
                <w:sz w:val="20"/>
                <w:lang w:val="sl-SI"/>
              </w:rPr>
              <w:t>.</w:t>
            </w:r>
            <w:r w:rsidRPr="00B40033">
              <w:rPr>
                <w:sz w:val="20"/>
                <w:lang w:val="sl-SI"/>
              </w:rPr>
              <w:t xml:space="preserve"> </w:t>
            </w:r>
            <w:r w:rsidR="00CF00CD" w:rsidRPr="00B40033">
              <w:rPr>
                <w:sz w:val="20"/>
                <w:lang w:val="sl-SI"/>
              </w:rPr>
              <w:t>V</w:t>
            </w:r>
            <w:r w:rsidRPr="00B40033">
              <w:rPr>
                <w:sz w:val="20"/>
                <w:lang w:val="sl-SI"/>
              </w:rPr>
              <w:t>rednote (</w:t>
            </w:r>
            <w:r w:rsidR="004C6106" w:rsidRPr="00B40033">
              <w:rPr>
                <w:sz w:val="20"/>
                <w:lang w:val="sl-SI"/>
              </w:rPr>
              <w:t xml:space="preserve">preizkus </w:t>
            </w:r>
            <w:r w:rsidRPr="00B40033">
              <w:rPr>
                <w:sz w:val="20"/>
                <w:lang w:val="sl-SI"/>
              </w:rPr>
              <w:t>čistosti: »posojene« vrednote)</w:t>
            </w:r>
          </w:p>
        </w:tc>
      </w:tr>
      <w:tr w:rsidR="00F94C82" w:rsidRPr="00B40033" w14:paraId="4BC40C39" w14:textId="77777777">
        <w:trPr>
          <w:cantSplit/>
          <w:jc w:val="center"/>
        </w:trPr>
        <w:tc>
          <w:tcPr>
            <w:tcW w:w="240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26D8A02" w14:textId="77777777" w:rsidR="00731A96" w:rsidRPr="00B40033" w:rsidRDefault="00911973">
            <w:pPr>
              <w:spacing w:after="80" w:line="259" w:lineRule="auto"/>
              <w:rPr>
                <w:sz w:val="19"/>
                <w:lang w:val="sl-SI"/>
              </w:rPr>
            </w:pPr>
            <w:r w:rsidRPr="00B40033">
              <w:rPr>
                <w:sz w:val="20"/>
                <w:lang w:val="sl-SI"/>
              </w:rPr>
              <w:t>Ne bodi pomemben</w:t>
            </w:r>
            <w:r w:rsidR="00731A96" w:rsidRPr="00B40033">
              <w:rPr>
                <w:sz w:val="20"/>
                <w:lang w:val="sl-SI"/>
              </w:rPr>
              <w:t>.</w:t>
            </w:r>
          </w:p>
          <w:p w14:paraId="56CDE8D0" w14:textId="66C84817" w:rsidR="00F94C82" w:rsidRPr="00B40033" w:rsidRDefault="00911973">
            <w:pPr>
              <w:spacing w:after="80" w:line="259" w:lineRule="auto"/>
              <w:rPr>
                <w:lang w:val="sl-SI"/>
              </w:rPr>
            </w:pPr>
            <w:r w:rsidRPr="00B40033">
              <w:rPr>
                <w:sz w:val="20"/>
                <w:lang w:val="sl-SI"/>
              </w:rPr>
              <w:t xml:space="preserve">Ne </w:t>
            </w:r>
            <w:r w:rsidR="00D1355A" w:rsidRPr="00B40033">
              <w:rPr>
                <w:sz w:val="20"/>
                <w:lang w:val="sl-SI"/>
              </w:rPr>
              <w:t>us</w:t>
            </w:r>
            <w:r w:rsidR="007323D5">
              <w:rPr>
                <w:sz w:val="20"/>
                <w:lang w:val="sl-SI"/>
              </w:rPr>
              <w:t>peti</w:t>
            </w:r>
            <w:r w:rsidR="00731A96" w:rsidRPr="00B40033">
              <w:rPr>
                <w:sz w:val="20"/>
                <w:lang w:val="sl-SI"/>
              </w:rPr>
              <w:t>.</w:t>
            </w:r>
          </w:p>
        </w:tc>
        <w:tc>
          <w:tcPr>
            <w:tcW w:w="384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46961A2" w14:textId="546D3993" w:rsidR="00F94C82" w:rsidRPr="00B40033" w:rsidRDefault="00911973">
            <w:pPr>
              <w:spacing w:after="80" w:line="259" w:lineRule="auto"/>
              <w:rPr>
                <w:lang w:val="sl-SI"/>
              </w:rPr>
            </w:pPr>
            <w:r w:rsidRPr="00B40033">
              <w:rPr>
                <w:sz w:val="20"/>
                <w:lang w:val="sl-SI"/>
              </w:rPr>
              <w:t>Praznina, »nič ni vredno truda«</w:t>
            </w:r>
            <w:r w:rsidR="00731A96" w:rsidRPr="00B40033">
              <w:rPr>
                <w:sz w:val="20"/>
                <w:lang w:val="sl-SI"/>
              </w:rPr>
              <w:t>.</w:t>
            </w:r>
          </w:p>
        </w:tc>
        <w:tc>
          <w:tcPr>
            <w:tcW w:w="316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9D3572C" w14:textId="01BE22E4" w:rsidR="00F94C82" w:rsidRPr="00B40033" w:rsidRDefault="00911973">
            <w:pPr>
              <w:spacing w:after="80" w:line="259" w:lineRule="auto"/>
              <w:rPr>
                <w:lang w:val="sl-SI"/>
              </w:rPr>
            </w:pPr>
            <w:r w:rsidRPr="00B40033">
              <w:rPr>
                <w:sz w:val="20"/>
                <w:lang w:val="sl-SI"/>
              </w:rPr>
              <w:t>5</w:t>
            </w:r>
            <w:r w:rsidR="00CF00CD" w:rsidRPr="00B40033">
              <w:rPr>
                <w:sz w:val="20"/>
                <w:lang w:val="sl-SI"/>
              </w:rPr>
              <w:t>.</w:t>
            </w:r>
            <w:r w:rsidRPr="00B40033">
              <w:rPr>
                <w:sz w:val="20"/>
                <w:lang w:val="sl-SI"/>
              </w:rPr>
              <w:t xml:space="preserve"> </w:t>
            </w:r>
            <w:r w:rsidR="00CF00CD" w:rsidRPr="00B40033">
              <w:rPr>
                <w:sz w:val="20"/>
                <w:lang w:val="sl-SI"/>
              </w:rPr>
              <w:t>S</w:t>
            </w:r>
            <w:r w:rsidRPr="00B40033">
              <w:rPr>
                <w:sz w:val="20"/>
                <w:lang w:val="sl-SI"/>
              </w:rPr>
              <w:t>misel</w:t>
            </w:r>
          </w:p>
        </w:tc>
      </w:tr>
      <w:tr w:rsidR="00F94C82" w:rsidRPr="00B40033" w14:paraId="7364F101" w14:textId="77777777">
        <w:trPr>
          <w:cantSplit/>
          <w:jc w:val="center"/>
        </w:trPr>
        <w:tc>
          <w:tcPr>
            <w:tcW w:w="240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0C7A07F" w14:textId="77777777" w:rsidR="00731A96" w:rsidRPr="00B40033" w:rsidRDefault="00911973">
            <w:pPr>
              <w:spacing w:after="80" w:line="259" w:lineRule="auto"/>
              <w:rPr>
                <w:sz w:val="19"/>
                <w:lang w:val="sl-SI"/>
              </w:rPr>
            </w:pPr>
            <w:r w:rsidRPr="00B40033">
              <w:rPr>
                <w:sz w:val="20"/>
                <w:lang w:val="sl-SI"/>
              </w:rPr>
              <w:t>Ne bodi blizu</w:t>
            </w:r>
            <w:r w:rsidR="00731A96" w:rsidRPr="00B40033">
              <w:rPr>
                <w:sz w:val="20"/>
                <w:lang w:val="sl-SI"/>
              </w:rPr>
              <w:t>.</w:t>
            </w:r>
          </w:p>
          <w:p w14:paraId="3B15CD5C" w14:textId="764D3A2D" w:rsidR="00F94C82" w:rsidRPr="00B40033" w:rsidRDefault="00911973">
            <w:pPr>
              <w:spacing w:after="80" w:line="259" w:lineRule="auto"/>
              <w:rPr>
                <w:lang w:val="sl-SI"/>
              </w:rPr>
            </w:pPr>
            <w:r w:rsidRPr="00B40033">
              <w:rPr>
                <w:sz w:val="20"/>
                <w:lang w:val="sl-SI"/>
              </w:rPr>
              <w:t>Ne pripadaj</w:t>
            </w:r>
            <w:r w:rsidR="00731A96" w:rsidRPr="00B40033">
              <w:rPr>
                <w:sz w:val="20"/>
                <w:lang w:val="sl-SI"/>
              </w:rPr>
              <w:t>.</w:t>
            </w:r>
          </w:p>
        </w:tc>
        <w:tc>
          <w:tcPr>
            <w:tcW w:w="384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E74166A" w14:textId="32415376" w:rsidR="00F94C82" w:rsidRPr="00B40033" w:rsidRDefault="00911973">
            <w:pPr>
              <w:spacing w:after="80" w:line="259" w:lineRule="auto"/>
              <w:rPr>
                <w:lang w:val="sl-SI"/>
              </w:rPr>
            </w:pPr>
            <w:r w:rsidRPr="00B40033">
              <w:rPr>
                <w:sz w:val="20"/>
                <w:lang w:val="sl-SI"/>
              </w:rPr>
              <w:t>Površinski odnosi, osamljenost med ljudmi</w:t>
            </w:r>
            <w:r w:rsidR="00731A96" w:rsidRPr="00B40033">
              <w:rPr>
                <w:sz w:val="20"/>
                <w:lang w:val="sl-SI"/>
              </w:rPr>
              <w:t>.</w:t>
            </w:r>
          </w:p>
        </w:tc>
        <w:tc>
          <w:tcPr>
            <w:tcW w:w="316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68CD219" w14:textId="0819C664" w:rsidR="00F94C82" w:rsidRPr="00B40033" w:rsidRDefault="00911973">
            <w:pPr>
              <w:spacing w:after="80" w:line="259" w:lineRule="auto"/>
              <w:rPr>
                <w:lang w:val="sl-SI"/>
              </w:rPr>
            </w:pPr>
            <w:r w:rsidRPr="00B40033">
              <w:rPr>
                <w:sz w:val="20"/>
                <w:lang w:val="sl-SI"/>
              </w:rPr>
              <w:t>9</w:t>
            </w:r>
            <w:r w:rsidR="00CF00CD" w:rsidRPr="00B40033">
              <w:rPr>
                <w:sz w:val="20"/>
                <w:lang w:val="sl-SI"/>
              </w:rPr>
              <w:t>.</w:t>
            </w:r>
            <w:r w:rsidRPr="00B40033">
              <w:rPr>
                <w:sz w:val="20"/>
                <w:lang w:val="sl-SI"/>
              </w:rPr>
              <w:t xml:space="preserve"> </w:t>
            </w:r>
            <w:r w:rsidR="00CF00CD" w:rsidRPr="00B40033">
              <w:rPr>
                <w:sz w:val="20"/>
                <w:lang w:val="sl-SI"/>
              </w:rPr>
              <w:t>I</w:t>
            </w:r>
            <w:r w:rsidRPr="00B40033">
              <w:rPr>
                <w:sz w:val="20"/>
                <w:lang w:val="sl-SI"/>
              </w:rPr>
              <w:t>ntima</w:t>
            </w:r>
          </w:p>
        </w:tc>
      </w:tr>
      <w:tr w:rsidR="00F94C82" w:rsidRPr="00B40033" w14:paraId="1B299987" w14:textId="77777777">
        <w:trPr>
          <w:cantSplit/>
          <w:jc w:val="center"/>
        </w:trPr>
        <w:tc>
          <w:tcPr>
            <w:tcW w:w="240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DCC0EF1" w14:textId="77777777" w:rsidR="00731A96" w:rsidRPr="00B40033" w:rsidRDefault="00911973">
            <w:pPr>
              <w:spacing w:after="80" w:line="259" w:lineRule="auto"/>
              <w:rPr>
                <w:sz w:val="19"/>
                <w:lang w:val="sl-SI"/>
              </w:rPr>
            </w:pPr>
            <w:r w:rsidRPr="00B40033">
              <w:rPr>
                <w:sz w:val="20"/>
                <w:lang w:val="sl-SI"/>
              </w:rPr>
              <w:t>Ne bodi otrok</w:t>
            </w:r>
            <w:r w:rsidR="00731A96" w:rsidRPr="00B40033">
              <w:rPr>
                <w:sz w:val="20"/>
                <w:lang w:val="sl-SI"/>
              </w:rPr>
              <w:t>.</w:t>
            </w:r>
            <w:r w:rsidRPr="00B40033">
              <w:rPr>
                <w:sz w:val="20"/>
                <w:lang w:val="sl-SI"/>
              </w:rPr>
              <w:t xml:space="preserve"> · </w:t>
            </w:r>
          </w:p>
          <w:p w14:paraId="027EB119" w14:textId="4381736A" w:rsidR="00F94C82" w:rsidRPr="00B40033" w:rsidRDefault="00911973">
            <w:pPr>
              <w:spacing w:after="80" w:line="259" w:lineRule="auto"/>
              <w:rPr>
                <w:lang w:val="sl-SI"/>
              </w:rPr>
            </w:pPr>
            <w:r w:rsidRPr="00B40033">
              <w:rPr>
                <w:sz w:val="20"/>
                <w:lang w:val="sl-SI"/>
              </w:rPr>
              <w:t>Bodi močan</w:t>
            </w:r>
            <w:r w:rsidR="00731A96" w:rsidRPr="00B40033">
              <w:rPr>
                <w:sz w:val="20"/>
                <w:lang w:val="sl-SI"/>
              </w:rPr>
              <w:t>.</w:t>
            </w:r>
          </w:p>
        </w:tc>
        <w:tc>
          <w:tcPr>
            <w:tcW w:w="384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15CB7C4" w14:textId="5FDC927D" w:rsidR="00F94C82" w:rsidRPr="00B40033" w:rsidRDefault="00911973">
            <w:pPr>
              <w:spacing w:after="80" w:line="259" w:lineRule="auto"/>
              <w:rPr>
                <w:lang w:val="sl-SI"/>
              </w:rPr>
            </w:pPr>
            <w:r w:rsidRPr="00B40033">
              <w:rPr>
                <w:sz w:val="20"/>
                <w:lang w:val="sl-SI"/>
              </w:rPr>
              <w:t>Ni igre, užitka</w:t>
            </w:r>
            <w:r w:rsidR="00C01785" w:rsidRPr="00B40033">
              <w:rPr>
                <w:sz w:val="20"/>
                <w:lang w:val="sl-SI"/>
              </w:rPr>
              <w:t>;</w:t>
            </w:r>
            <w:r w:rsidRPr="00B40033">
              <w:rPr>
                <w:sz w:val="20"/>
                <w:lang w:val="sl-SI"/>
              </w:rPr>
              <w:t xml:space="preserve"> prošnje za pomoč</w:t>
            </w:r>
            <w:r w:rsidR="00731A96" w:rsidRPr="00B40033">
              <w:rPr>
                <w:sz w:val="20"/>
                <w:lang w:val="sl-SI"/>
              </w:rPr>
              <w:t>.</w:t>
            </w:r>
          </w:p>
        </w:tc>
        <w:tc>
          <w:tcPr>
            <w:tcW w:w="316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D02B012" w14:textId="2ECFFD29" w:rsidR="00F94C82" w:rsidRPr="00B40033" w:rsidRDefault="00911973">
            <w:pPr>
              <w:spacing w:after="80" w:line="259" w:lineRule="auto"/>
              <w:rPr>
                <w:lang w:val="sl-SI"/>
              </w:rPr>
            </w:pPr>
            <w:r w:rsidRPr="00B40033">
              <w:rPr>
                <w:sz w:val="20"/>
                <w:lang w:val="sl-SI"/>
              </w:rPr>
              <w:t>10</w:t>
            </w:r>
            <w:r w:rsidR="00CF00CD" w:rsidRPr="00B40033">
              <w:rPr>
                <w:sz w:val="20"/>
                <w:lang w:val="sl-SI"/>
              </w:rPr>
              <w:t>.</w:t>
            </w:r>
            <w:r w:rsidRPr="00B40033">
              <w:rPr>
                <w:sz w:val="20"/>
                <w:lang w:val="sl-SI"/>
              </w:rPr>
              <w:t xml:space="preserve"> </w:t>
            </w:r>
            <w:r w:rsidR="00CF00CD" w:rsidRPr="00B40033">
              <w:rPr>
                <w:sz w:val="20"/>
                <w:lang w:val="sl-SI"/>
              </w:rPr>
              <w:t>S</w:t>
            </w:r>
            <w:r w:rsidRPr="00B40033">
              <w:rPr>
                <w:sz w:val="20"/>
                <w:lang w:val="sl-SI"/>
              </w:rPr>
              <w:t xml:space="preserve">pontanost; 8.6 </w:t>
            </w:r>
            <w:r w:rsidR="00CF00CD" w:rsidRPr="00B40033">
              <w:rPr>
                <w:sz w:val="20"/>
                <w:lang w:val="sl-SI"/>
              </w:rPr>
              <w:t>G</w:t>
            </w:r>
            <w:r w:rsidRPr="00B40033">
              <w:rPr>
                <w:sz w:val="20"/>
                <w:lang w:val="sl-SI"/>
              </w:rPr>
              <w:t>imnastika pozitivnih čustev</w:t>
            </w:r>
          </w:p>
        </w:tc>
      </w:tr>
      <w:tr w:rsidR="00F94C82" w:rsidRPr="00B40033" w14:paraId="6545236D" w14:textId="77777777">
        <w:trPr>
          <w:cantSplit/>
          <w:jc w:val="center"/>
        </w:trPr>
        <w:tc>
          <w:tcPr>
            <w:tcW w:w="240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85FA048" w14:textId="77777777" w:rsidR="00731A96" w:rsidRPr="00B40033" w:rsidRDefault="00911973">
            <w:pPr>
              <w:spacing w:after="80" w:line="259" w:lineRule="auto"/>
              <w:rPr>
                <w:sz w:val="19"/>
                <w:lang w:val="sl-SI"/>
              </w:rPr>
            </w:pPr>
            <w:r w:rsidRPr="00B40033">
              <w:rPr>
                <w:sz w:val="20"/>
                <w:lang w:val="sl-SI"/>
              </w:rPr>
              <w:t>Bodi popoln</w:t>
            </w:r>
            <w:r w:rsidR="00731A96" w:rsidRPr="00B40033">
              <w:rPr>
                <w:sz w:val="20"/>
                <w:lang w:val="sl-SI"/>
              </w:rPr>
              <w:t>.</w:t>
            </w:r>
            <w:r w:rsidRPr="00B40033">
              <w:rPr>
                <w:sz w:val="20"/>
                <w:lang w:val="sl-SI"/>
              </w:rPr>
              <w:t xml:space="preserve"> · </w:t>
            </w:r>
          </w:p>
          <w:p w14:paraId="23B6620F" w14:textId="601BE089" w:rsidR="00731A96" w:rsidRPr="00B40033" w:rsidRDefault="00911973">
            <w:pPr>
              <w:spacing w:after="80" w:line="259" w:lineRule="auto"/>
              <w:rPr>
                <w:sz w:val="19"/>
                <w:lang w:val="sl-SI"/>
              </w:rPr>
            </w:pPr>
            <w:r w:rsidRPr="00B40033">
              <w:rPr>
                <w:sz w:val="20"/>
                <w:lang w:val="sl-SI"/>
              </w:rPr>
              <w:t>Pohiti</w:t>
            </w:r>
            <w:r w:rsidR="00731A96" w:rsidRPr="00B40033">
              <w:rPr>
                <w:sz w:val="20"/>
                <w:lang w:val="sl-SI"/>
              </w:rPr>
              <w:t>.</w:t>
            </w:r>
            <w:r w:rsidRPr="00B40033">
              <w:rPr>
                <w:sz w:val="20"/>
                <w:lang w:val="sl-SI"/>
              </w:rPr>
              <w:t xml:space="preserve"> · </w:t>
            </w:r>
          </w:p>
          <w:p w14:paraId="25F3949B" w14:textId="2A3F1E04" w:rsidR="00F94C82" w:rsidRPr="00B40033" w:rsidRDefault="00911973">
            <w:pPr>
              <w:spacing w:after="80" w:line="259" w:lineRule="auto"/>
              <w:rPr>
                <w:lang w:val="sl-SI"/>
              </w:rPr>
            </w:pPr>
            <w:r w:rsidRPr="00B40033">
              <w:rPr>
                <w:sz w:val="20"/>
                <w:lang w:val="sl-SI"/>
              </w:rPr>
              <w:t>Trudi se</w:t>
            </w:r>
            <w:r w:rsidR="00731A96" w:rsidRPr="00B40033">
              <w:rPr>
                <w:sz w:val="20"/>
                <w:lang w:val="sl-SI"/>
              </w:rPr>
              <w:t>.</w:t>
            </w:r>
          </w:p>
        </w:tc>
        <w:tc>
          <w:tcPr>
            <w:tcW w:w="384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C98B981" w14:textId="0DB7D8D0" w:rsidR="00F94C82" w:rsidRPr="00B40033" w:rsidRDefault="00911973">
            <w:pPr>
              <w:spacing w:after="80" w:line="259" w:lineRule="auto"/>
              <w:rPr>
                <w:lang w:val="sl-SI"/>
              </w:rPr>
            </w:pPr>
            <w:r w:rsidRPr="00B40033">
              <w:rPr>
                <w:sz w:val="20"/>
                <w:lang w:val="sl-SI"/>
              </w:rPr>
              <w:t>Ni prostora med dražljajem in odzivom, glasen notranji sodnik</w:t>
            </w:r>
            <w:r w:rsidR="00731A96" w:rsidRPr="00B40033">
              <w:rPr>
                <w:sz w:val="20"/>
                <w:lang w:val="sl-SI"/>
              </w:rPr>
              <w:t>.</w:t>
            </w:r>
          </w:p>
        </w:tc>
        <w:tc>
          <w:tcPr>
            <w:tcW w:w="316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A11505F" w14:textId="7389AECE" w:rsidR="00F94C82" w:rsidRPr="00B40033" w:rsidRDefault="00911973">
            <w:pPr>
              <w:spacing w:after="80" w:line="259" w:lineRule="auto"/>
              <w:rPr>
                <w:lang w:val="sl-SI"/>
              </w:rPr>
            </w:pPr>
            <w:r w:rsidRPr="00B40033">
              <w:rPr>
                <w:sz w:val="20"/>
                <w:lang w:val="sl-SI"/>
              </w:rPr>
              <w:t xml:space="preserve">11.1 STOP; 11.7 </w:t>
            </w:r>
            <w:r w:rsidR="00E52307" w:rsidRPr="00B40033">
              <w:rPr>
                <w:sz w:val="20"/>
                <w:lang w:val="sl-SI"/>
              </w:rPr>
              <w:t>O</w:t>
            </w:r>
            <w:r w:rsidRPr="00B40033">
              <w:rPr>
                <w:sz w:val="20"/>
                <w:lang w:val="sl-SI"/>
              </w:rPr>
              <w:t>d sodnika k trenerju; 7</w:t>
            </w:r>
            <w:r w:rsidR="00B2789C" w:rsidRPr="00B40033">
              <w:rPr>
                <w:sz w:val="20"/>
                <w:lang w:val="sl-SI"/>
              </w:rPr>
              <w:t>.</w:t>
            </w:r>
            <w:r w:rsidRPr="00B40033">
              <w:rPr>
                <w:sz w:val="20"/>
                <w:lang w:val="sl-SI"/>
              </w:rPr>
              <w:t xml:space="preserve"> </w:t>
            </w:r>
            <w:r w:rsidR="00F25FB9" w:rsidRPr="00B40033">
              <w:rPr>
                <w:sz w:val="20"/>
                <w:lang w:val="sl-SI"/>
              </w:rPr>
              <w:t>Stanje zanosa (</w:t>
            </w:r>
            <w:proofErr w:type="spellStart"/>
            <w:r w:rsidRPr="00B40033">
              <w:rPr>
                <w:sz w:val="20"/>
                <w:lang w:val="sl-SI"/>
              </w:rPr>
              <w:t>flow</w:t>
            </w:r>
            <w:proofErr w:type="spellEnd"/>
            <w:r w:rsidR="00F25FB9" w:rsidRPr="00B40033">
              <w:rPr>
                <w:sz w:val="20"/>
                <w:lang w:val="sl-SI"/>
              </w:rPr>
              <w:t>)</w:t>
            </w:r>
          </w:p>
        </w:tc>
      </w:tr>
    </w:tbl>
    <w:p w14:paraId="286D016A" w14:textId="77777777" w:rsidR="00F94C82" w:rsidRPr="00B40033" w:rsidRDefault="00F94C82">
      <w:pPr>
        <w:spacing w:after="40"/>
        <w:rPr>
          <w:lang w:val="sl-SI"/>
        </w:rPr>
      </w:pPr>
    </w:p>
    <w:p w14:paraId="78DBF9CD" w14:textId="77777777" w:rsidR="00F94C82" w:rsidRPr="00B40033" w:rsidRDefault="00911973">
      <w:pPr>
        <w:pStyle w:val="Naslov2"/>
        <w:rPr>
          <w:lang w:val="sl-SI"/>
        </w:rPr>
      </w:pPr>
      <w:r w:rsidRPr="00B40033">
        <w:rPr>
          <w:lang w:val="sl-SI"/>
        </w:rPr>
        <w:t>1.6 Ponovna odločitev v vsakdanu</w:t>
      </w:r>
    </w:p>
    <w:p w14:paraId="2A0B1374" w14:textId="11AC88AF" w:rsidR="00F94C82" w:rsidRPr="00B40033" w:rsidRDefault="00911973" w:rsidP="008F0A8F">
      <w:pPr>
        <w:jc w:val="both"/>
        <w:rPr>
          <w:lang w:val="sl-SI"/>
        </w:rPr>
      </w:pPr>
      <w:r w:rsidRPr="00B40033">
        <w:rPr>
          <w:lang w:val="sl-SI"/>
        </w:rPr>
        <w:t xml:space="preserve">V </w:t>
      </w:r>
      <w:r w:rsidR="007323D5">
        <w:rPr>
          <w:lang w:val="sl-SI"/>
        </w:rPr>
        <w:t>osebni rasti</w:t>
      </w:r>
      <w:r w:rsidRPr="00B40033">
        <w:rPr>
          <w:lang w:val="sl-SI"/>
        </w:rPr>
        <w:t xml:space="preserve"> se </w:t>
      </w:r>
      <w:r w:rsidRPr="00B40033">
        <w:rPr>
          <w:b/>
          <w:lang w:val="sl-SI"/>
        </w:rPr>
        <w:t>ponovna odločitev</w:t>
      </w:r>
      <w:r w:rsidRPr="00B40033">
        <w:rPr>
          <w:lang w:val="sl-SI"/>
        </w:rPr>
        <w:t xml:space="preserve"> pogosto zgodi v posebnem, varnem trenutku srečanja</w:t>
      </w:r>
      <w:r w:rsidR="008E4B33">
        <w:rPr>
          <w:lang w:val="sl-SI"/>
        </w:rPr>
        <w:t xml:space="preserve">, </w:t>
      </w:r>
      <w:r w:rsidRPr="00B40033">
        <w:rPr>
          <w:lang w:val="sl-SI"/>
        </w:rPr>
        <w:t>v trenutku »</w:t>
      </w:r>
      <w:proofErr w:type="spellStart"/>
      <w:r w:rsidRPr="00B40033">
        <w:rPr>
          <w:lang w:val="sl-SI"/>
        </w:rPr>
        <w:t>kairos</w:t>
      </w:r>
      <w:proofErr w:type="spellEnd"/>
      <w:r w:rsidRPr="00B40033">
        <w:rPr>
          <w:lang w:val="sl-SI"/>
        </w:rPr>
        <w:t>«</w:t>
      </w:r>
      <w:r w:rsidR="008E4B33">
        <w:rPr>
          <w:lang w:val="sl-SI"/>
        </w:rPr>
        <w:t xml:space="preserve">, </w:t>
      </w:r>
      <w:r w:rsidRPr="00B40033">
        <w:rPr>
          <w:lang w:val="sl-SI"/>
        </w:rPr>
        <w:t xml:space="preserve"> ko notranji Otrok začuti milost in zaščito novega notranjega Starša in sprejme novo odločitev, na primer »Nisem jaz kriv«. Vsakdanje vaje takšne premike pripravljajo in utrjujejo. Trije koraki s predavanja so v priročniku podprti tako:</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11"/>
        <w:gridCol w:w="3947"/>
        <w:gridCol w:w="3947"/>
      </w:tblGrid>
      <w:tr w:rsidR="00F94C82" w:rsidRPr="00B40033" w14:paraId="2A5B10FE" w14:textId="77777777">
        <w:trPr>
          <w:cantSplit/>
          <w:tblHeader/>
          <w:jc w:val="center"/>
        </w:trPr>
        <w:tc>
          <w:tcPr>
            <w:tcW w:w="175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5F604DD" w14:textId="77777777" w:rsidR="00F94C82" w:rsidRPr="00B40033" w:rsidRDefault="00911973">
            <w:pPr>
              <w:spacing w:after="80" w:line="259" w:lineRule="auto"/>
              <w:rPr>
                <w:lang w:val="sl-SI"/>
              </w:rPr>
            </w:pPr>
            <w:r w:rsidRPr="00B40033">
              <w:rPr>
                <w:b/>
                <w:sz w:val="20"/>
                <w:lang w:val="sl-SI"/>
              </w:rPr>
              <w:t>Korak</w:t>
            </w:r>
          </w:p>
        </w:tc>
        <w:tc>
          <w:tcPr>
            <w:tcW w:w="382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A253CD8" w14:textId="77777777" w:rsidR="00F94C82" w:rsidRPr="00B40033" w:rsidRDefault="00911973">
            <w:pPr>
              <w:spacing w:after="80" w:line="259" w:lineRule="auto"/>
              <w:rPr>
                <w:lang w:val="sl-SI"/>
              </w:rPr>
            </w:pPr>
            <w:r w:rsidRPr="00B40033">
              <w:rPr>
                <w:b/>
                <w:sz w:val="20"/>
                <w:lang w:val="sl-SI"/>
              </w:rPr>
              <w:t>Kaj pomeni</w:t>
            </w:r>
          </w:p>
        </w:tc>
        <w:tc>
          <w:tcPr>
            <w:tcW w:w="382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19C0AE8" w14:textId="77777777" w:rsidR="00F94C82" w:rsidRPr="00B40033" w:rsidRDefault="00911973">
            <w:pPr>
              <w:spacing w:after="80" w:line="259" w:lineRule="auto"/>
              <w:rPr>
                <w:lang w:val="sl-SI"/>
              </w:rPr>
            </w:pPr>
            <w:r w:rsidRPr="00B40033">
              <w:rPr>
                <w:b/>
                <w:sz w:val="20"/>
                <w:lang w:val="sl-SI"/>
              </w:rPr>
              <w:t>Orodja v priročniku</w:t>
            </w:r>
          </w:p>
        </w:tc>
      </w:tr>
      <w:tr w:rsidR="00F94C82" w:rsidRPr="00B75BEE" w14:paraId="1DCF0CEA" w14:textId="77777777">
        <w:trPr>
          <w:cantSplit/>
          <w:jc w:val="center"/>
        </w:trPr>
        <w:tc>
          <w:tcPr>
            <w:tcW w:w="175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2A7A849" w14:textId="76F007F6" w:rsidR="00F94C82" w:rsidRPr="00B40033" w:rsidRDefault="00911973">
            <w:pPr>
              <w:spacing w:after="80" w:line="259" w:lineRule="auto"/>
              <w:rPr>
                <w:lang w:val="sl-SI"/>
              </w:rPr>
            </w:pPr>
            <w:r w:rsidRPr="00B40033">
              <w:rPr>
                <w:sz w:val="20"/>
                <w:lang w:val="sl-SI"/>
              </w:rPr>
              <w:t xml:space="preserve">1 </w:t>
            </w:r>
            <w:r w:rsidR="00EA0726" w:rsidRPr="00B40033">
              <w:rPr>
                <w:sz w:val="20"/>
                <w:lang w:val="sl-SI"/>
              </w:rPr>
              <w:t>s</w:t>
            </w:r>
            <w:r w:rsidRPr="00B40033">
              <w:rPr>
                <w:sz w:val="20"/>
                <w:lang w:val="sl-SI"/>
              </w:rPr>
              <w:t>poznati</w:t>
            </w:r>
          </w:p>
        </w:tc>
        <w:tc>
          <w:tcPr>
            <w:tcW w:w="38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4EF9AFC" w14:textId="120D5667" w:rsidR="00F94C82" w:rsidRPr="00B40033" w:rsidRDefault="00911973">
            <w:pPr>
              <w:spacing w:after="80" w:line="259" w:lineRule="auto"/>
              <w:rPr>
                <w:lang w:val="sl-SI"/>
              </w:rPr>
            </w:pPr>
            <w:r w:rsidRPr="00B40033">
              <w:rPr>
                <w:sz w:val="20"/>
                <w:lang w:val="sl-SI"/>
              </w:rPr>
              <w:t>Prepoznam vzorec: kje se znova in znova zapletam, katere teme se ponavljajo, katere igre igram</w:t>
            </w:r>
            <w:r w:rsidR="00BA0990" w:rsidRPr="00B40033">
              <w:rPr>
                <w:sz w:val="20"/>
                <w:lang w:val="sl-SI"/>
              </w:rPr>
              <w:t>.</w:t>
            </w:r>
          </w:p>
        </w:tc>
        <w:tc>
          <w:tcPr>
            <w:tcW w:w="38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719A4AB" w14:textId="77777777" w:rsidR="00F94C82" w:rsidRPr="00B40033" w:rsidRDefault="00911973">
            <w:pPr>
              <w:spacing w:after="80" w:line="259" w:lineRule="auto"/>
              <w:rPr>
                <w:lang w:val="sl-SI"/>
              </w:rPr>
            </w:pPr>
            <w:r w:rsidRPr="00B40033">
              <w:rPr>
                <w:sz w:val="20"/>
                <w:lang w:val="sl-SI"/>
              </w:rPr>
              <w:t>Telesna mapa čustev (4.5), dnevnik čustev (8.4), prepoznaj igro (9.5)</w:t>
            </w:r>
          </w:p>
        </w:tc>
      </w:tr>
      <w:tr w:rsidR="00F94C82" w:rsidRPr="00B40033" w14:paraId="31F0E75E" w14:textId="77777777">
        <w:trPr>
          <w:cantSplit/>
          <w:jc w:val="center"/>
        </w:trPr>
        <w:tc>
          <w:tcPr>
            <w:tcW w:w="175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B2F29DA" w14:textId="30E2BB10" w:rsidR="00F94C82" w:rsidRPr="00B40033" w:rsidRDefault="00911973">
            <w:pPr>
              <w:spacing w:after="80" w:line="259" w:lineRule="auto"/>
              <w:rPr>
                <w:lang w:val="sl-SI"/>
              </w:rPr>
            </w:pPr>
            <w:r w:rsidRPr="00B40033">
              <w:rPr>
                <w:sz w:val="20"/>
                <w:lang w:val="sl-SI"/>
              </w:rPr>
              <w:t xml:space="preserve">2 </w:t>
            </w:r>
            <w:r w:rsidR="00EA0726" w:rsidRPr="00B40033">
              <w:rPr>
                <w:sz w:val="20"/>
                <w:lang w:val="sl-SI"/>
              </w:rPr>
              <w:t>o</w:t>
            </w:r>
            <w:r w:rsidRPr="00B40033">
              <w:rPr>
                <w:sz w:val="20"/>
                <w:lang w:val="sl-SI"/>
              </w:rPr>
              <w:t>zavestiti</w:t>
            </w:r>
          </w:p>
        </w:tc>
        <w:tc>
          <w:tcPr>
            <w:tcW w:w="382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B65568D" w14:textId="052F328D" w:rsidR="00F94C82" w:rsidRPr="00B40033" w:rsidRDefault="00911973">
            <w:pPr>
              <w:spacing w:after="80" w:line="259" w:lineRule="auto"/>
              <w:rPr>
                <w:lang w:val="sl-SI"/>
              </w:rPr>
            </w:pPr>
            <w:r w:rsidRPr="00B40033">
              <w:rPr>
                <w:sz w:val="20"/>
                <w:lang w:val="sl-SI"/>
              </w:rPr>
              <w:t>Ustavim samodejni odziv in vidim, kaj se dogaja v meni tukaj in zdaj</w:t>
            </w:r>
            <w:r w:rsidR="00BA0990" w:rsidRPr="00B40033">
              <w:rPr>
                <w:sz w:val="20"/>
                <w:lang w:val="sl-SI"/>
              </w:rPr>
              <w:t>.</w:t>
            </w:r>
          </w:p>
        </w:tc>
        <w:tc>
          <w:tcPr>
            <w:tcW w:w="382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9B64E92" w14:textId="77777777" w:rsidR="00F94C82" w:rsidRPr="00B40033" w:rsidRDefault="00911973">
            <w:pPr>
              <w:spacing w:after="80" w:line="259" w:lineRule="auto"/>
              <w:rPr>
                <w:lang w:val="sl-SI"/>
              </w:rPr>
            </w:pPr>
            <w:r w:rsidRPr="00B40033">
              <w:rPr>
                <w:sz w:val="20"/>
                <w:lang w:val="sl-SI"/>
              </w:rPr>
              <w:t>STOP (11.1), RAIN (11.2)</w:t>
            </w:r>
          </w:p>
        </w:tc>
      </w:tr>
      <w:tr w:rsidR="00F94C82" w:rsidRPr="00B75BEE" w14:paraId="307BA1F8" w14:textId="77777777">
        <w:trPr>
          <w:cantSplit/>
          <w:jc w:val="center"/>
        </w:trPr>
        <w:tc>
          <w:tcPr>
            <w:tcW w:w="175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1E8E110" w14:textId="3537FB4F" w:rsidR="00F94C82" w:rsidRPr="00B40033" w:rsidRDefault="00911973">
            <w:pPr>
              <w:spacing w:after="80" w:line="259" w:lineRule="auto"/>
              <w:rPr>
                <w:lang w:val="sl-SI"/>
              </w:rPr>
            </w:pPr>
            <w:r w:rsidRPr="00B40033">
              <w:rPr>
                <w:sz w:val="20"/>
                <w:lang w:val="sl-SI"/>
              </w:rPr>
              <w:t xml:space="preserve">3 </w:t>
            </w:r>
            <w:r w:rsidR="00EA0726" w:rsidRPr="00B40033">
              <w:rPr>
                <w:sz w:val="20"/>
                <w:lang w:val="sl-SI"/>
              </w:rPr>
              <w:t>p</w:t>
            </w:r>
            <w:r w:rsidRPr="00B40033">
              <w:rPr>
                <w:sz w:val="20"/>
                <w:lang w:val="sl-SI"/>
              </w:rPr>
              <w:t>reoblikovati</w:t>
            </w:r>
          </w:p>
        </w:tc>
        <w:tc>
          <w:tcPr>
            <w:tcW w:w="38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E0EC31B" w14:textId="695D4F1D" w:rsidR="00F94C82" w:rsidRPr="00B40033" w:rsidRDefault="00911973">
            <w:pPr>
              <w:spacing w:after="80" w:line="259" w:lineRule="auto"/>
              <w:rPr>
                <w:lang w:val="sl-SI"/>
              </w:rPr>
            </w:pPr>
            <w:r w:rsidRPr="00B40033">
              <w:rPr>
                <w:sz w:val="20"/>
                <w:lang w:val="sl-SI"/>
              </w:rPr>
              <w:t xml:space="preserve">Posodobim notranji zemljevid in izberem odziv po vrednoti, ne po </w:t>
            </w:r>
            <w:proofErr w:type="spellStart"/>
            <w:r w:rsidRPr="00B40033">
              <w:rPr>
                <w:sz w:val="20"/>
                <w:lang w:val="sl-SI"/>
              </w:rPr>
              <w:t>skriptu</w:t>
            </w:r>
            <w:proofErr w:type="spellEnd"/>
            <w:r w:rsidR="00BA0990" w:rsidRPr="00B40033">
              <w:rPr>
                <w:sz w:val="20"/>
                <w:lang w:val="sl-SI"/>
              </w:rPr>
              <w:t>.</w:t>
            </w:r>
          </w:p>
        </w:tc>
        <w:tc>
          <w:tcPr>
            <w:tcW w:w="38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75FC7A9" w14:textId="77777777" w:rsidR="00F94C82" w:rsidRPr="00B40033" w:rsidRDefault="00911973">
            <w:pPr>
              <w:spacing w:after="80" w:line="259" w:lineRule="auto"/>
              <w:rPr>
                <w:lang w:val="sl-SI"/>
              </w:rPr>
            </w:pPr>
            <w:r w:rsidRPr="00B40033">
              <w:rPr>
                <w:sz w:val="20"/>
                <w:lang w:val="sl-SI"/>
              </w:rPr>
              <w:t>Preusmeritev tolmačenja (11.3), podpora želenemu stanju (11.4), sprememba situacije (11.6), moja dovoljenja (10.4)</w:t>
            </w:r>
          </w:p>
        </w:tc>
      </w:tr>
    </w:tbl>
    <w:p w14:paraId="12017F70" w14:textId="77777777" w:rsidR="00F94C82" w:rsidRPr="00B40033" w:rsidRDefault="00F94C82">
      <w:pPr>
        <w:spacing w:after="40"/>
        <w:rPr>
          <w:lang w:val="sl-SI"/>
        </w:rPr>
      </w:pPr>
    </w:p>
    <w:p w14:paraId="5E82A515" w14:textId="62212A0D" w:rsidR="00F94C82" w:rsidRPr="00B40033" w:rsidRDefault="00911973" w:rsidP="008F0A8F">
      <w:pPr>
        <w:jc w:val="both"/>
        <w:rPr>
          <w:lang w:val="sl-SI"/>
        </w:rPr>
      </w:pPr>
      <w:proofErr w:type="spellStart"/>
      <w:r w:rsidRPr="00B40033">
        <w:rPr>
          <w:b/>
          <w:lang w:val="sl-SI"/>
        </w:rPr>
        <w:t>Antiskript</w:t>
      </w:r>
      <w:proofErr w:type="spellEnd"/>
      <w:r w:rsidRPr="00B40033">
        <w:rPr>
          <w:b/>
          <w:lang w:val="sl-SI"/>
        </w:rPr>
        <w:t xml:space="preserve"> ni svoboda.</w:t>
      </w:r>
      <w:r w:rsidRPr="00B40033">
        <w:rPr>
          <w:lang w:val="sl-SI"/>
        </w:rPr>
        <w:t xml:space="preserve"> </w:t>
      </w:r>
      <w:r w:rsidR="00927ABB" w:rsidRPr="00B40033">
        <w:rPr>
          <w:lang w:val="sl-SI"/>
        </w:rPr>
        <w:t>Izjava</w:t>
      </w:r>
      <w:r w:rsidR="00C75DC8" w:rsidRPr="00B40033">
        <w:rPr>
          <w:lang w:val="sl-SI"/>
        </w:rPr>
        <w:t>, kot je:</w:t>
      </w:r>
      <w:r w:rsidR="00927ABB" w:rsidRPr="00B40033">
        <w:rPr>
          <w:lang w:val="sl-SI"/>
        </w:rPr>
        <w:t xml:space="preserve"> </w:t>
      </w:r>
      <w:r w:rsidRPr="00B40033">
        <w:rPr>
          <w:lang w:val="sl-SI"/>
        </w:rPr>
        <w:t>»N</w:t>
      </w:r>
      <w:r w:rsidR="00C75DC8" w:rsidRPr="00B40033">
        <w:rPr>
          <w:lang w:val="sl-SI"/>
        </w:rPr>
        <w:t>ikoli n</w:t>
      </w:r>
      <w:r w:rsidRPr="00B40033">
        <w:rPr>
          <w:lang w:val="sl-SI"/>
        </w:rPr>
        <w:t>e bom taka kot moja mama!«</w:t>
      </w:r>
      <w:r w:rsidR="00B20BAF" w:rsidRPr="00B40033">
        <w:rPr>
          <w:lang w:val="sl-SI"/>
        </w:rPr>
        <w:t>,</w:t>
      </w:r>
      <w:r w:rsidRPr="00B40033">
        <w:rPr>
          <w:lang w:val="sl-SI"/>
        </w:rPr>
        <w:t xml:space="preserve"> je še vedno odziv na mamo</w:t>
      </w:r>
      <w:r w:rsidR="00640095">
        <w:rPr>
          <w:lang w:val="sl-SI"/>
        </w:rPr>
        <w:t xml:space="preserve"> </w:t>
      </w:r>
      <w:r w:rsidRPr="00B40033">
        <w:rPr>
          <w:lang w:val="sl-SI"/>
        </w:rPr>
        <w:t xml:space="preserve"> le z obrnjenim predznakom. Svoboda se začne, ko izbiram</w:t>
      </w:r>
      <w:r w:rsidR="00F63B32" w:rsidRPr="00B40033">
        <w:rPr>
          <w:lang w:val="sl-SI"/>
        </w:rPr>
        <w:t>o</w:t>
      </w:r>
      <w:r w:rsidRPr="00B40033">
        <w:rPr>
          <w:lang w:val="sl-SI"/>
        </w:rPr>
        <w:t xml:space="preserve"> </w:t>
      </w:r>
      <w:r w:rsidR="000E23BE" w:rsidRPr="00B40033">
        <w:rPr>
          <w:lang w:val="sl-SI"/>
        </w:rPr>
        <w:t>na</w:t>
      </w:r>
      <w:r w:rsidR="007B68B7" w:rsidRPr="00B40033">
        <w:rPr>
          <w:lang w:val="sl-SI"/>
        </w:rPr>
        <w:t xml:space="preserve"> podlagi</w:t>
      </w:r>
      <w:r w:rsidR="000E23BE" w:rsidRPr="00B40033">
        <w:rPr>
          <w:lang w:val="sl-SI"/>
        </w:rPr>
        <w:t xml:space="preserve"> svoj</w:t>
      </w:r>
      <w:r w:rsidR="007B68B7" w:rsidRPr="00B40033">
        <w:rPr>
          <w:lang w:val="sl-SI"/>
        </w:rPr>
        <w:t>ih</w:t>
      </w:r>
      <w:r w:rsidR="000E23BE" w:rsidRPr="00B40033">
        <w:rPr>
          <w:lang w:val="sl-SI"/>
        </w:rPr>
        <w:t xml:space="preserve"> vrednot</w:t>
      </w:r>
      <w:r w:rsidRPr="00B40033">
        <w:rPr>
          <w:lang w:val="sl-SI"/>
        </w:rPr>
        <w:t xml:space="preserve">, </w:t>
      </w:r>
      <w:r w:rsidR="00000670" w:rsidRPr="00B40033">
        <w:rPr>
          <w:lang w:val="sl-SI"/>
        </w:rPr>
        <w:t xml:space="preserve">in </w:t>
      </w:r>
      <w:r w:rsidRPr="00B40033">
        <w:rPr>
          <w:lang w:val="sl-SI"/>
        </w:rPr>
        <w:t xml:space="preserve">ne </w:t>
      </w:r>
      <w:r w:rsidR="00000670" w:rsidRPr="00B40033">
        <w:rPr>
          <w:lang w:val="sl-SI"/>
        </w:rPr>
        <w:t xml:space="preserve">več </w:t>
      </w:r>
      <w:r w:rsidRPr="00B40033">
        <w:rPr>
          <w:lang w:val="sl-SI"/>
        </w:rPr>
        <w:t>»za«</w:t>
      </w:r>
      <w:r w:rsidR="00000670" w:rsidRPr="00B40033">
        <w:rPr>
          <w:lang w:val="sl-SI"/>
        </w:rPr>
        <w:t xml:space="preserve"> nekoga</w:t>
      </w:r>
      <w:r w:rsidRPr="00B40033">
        <w:rPr>
          <w:lang w:val="sl-SI"/>
        </w:rPr>
        <w:t xml:space="preserve"> ali »proti« </w:t>
      </w:r>
      <w:r w:rsidR="00000670" w:rsidRPr="00B40033">
        <w:rPr>
          <w:lang w:val="sl-SI"/>
        </w:rPr>
        <w:t xml:space="preserve">njemu </w:t>
      </w:r>
      <w:r w:rsidRPr="00B40033">
        <w:rPr>
          <w:lang w:val="sl-SI"/>
        </w:rPr>
        <w:t>(</w:t>
      </w:r>
      <w:r w:rsidR="00C42347" w:rsidRPr="00B40033">
        <w:rPr>
          <w:lang w:val="sl-SI"/>
        </w:rPr>
        <w:t>podpoglavje 3.3, korak 4</w:t>
      </w:r>
      <w:r w:rsidR="00640095">
        <w:rPr>
          <w:lang w:val="sl-SI"/>
        </w:rPr>
        <w:t xml:space="preserve">, </w:t>
      </w:r>
      <w:r w:rsidR="00C42347" w:rsidRPr="00B40033">
        <w:rPr>
          <w:lang w:val="sl-SI"/>
        </w:rPr>
        <w:t xml:space="preserve"> </w:t>
      </w:r>
      <w:r w:rsidR="004C6106" w:rsidRPr="00B40033">
        <w:rPr>
          <w:lang w:val="sl-SI"/>
        </w:rPr>
        <w:t xml:space="preserve">preizkus </w:t>
      </w:r>
      <w:r w:rsidR="00640095">
        <w:rPr>
          <w:lang w:val="sl-SI"/>
        </w:rPr>
        <w:t>veljavnosti</w:t>
      </w:r>
      <w:r w:rsidRPr="00B40033">
        <w:rPr>
          <w:lang w:val="sl-SI"/>
        </w:rPr>
        <w:t xml:space="preserve"> vrednot).</w:t>
      </w:r>
    </w:p>
    <w:p w14:paraId="5503F5B6" w14:textId="43E8E9A0" w:rsidR="00F94C82" w:rsidRPr="00B40033" w:rsidRDefault="00911973" w:rsidP="008F0A8F">
      <w:pPr>
        <w:jc w:val="both"/>
        <w:rPr>
          <w:lang w:val="sl-SI"/>
        </w:rPr>
      </w:pPr>
      <w:r w:rsidRPr="00B40033">
        <w:rPr>
          <w:b/>
          <w:lang w:val="sl-SI"/>
        </w:rPr>
        <w:t>Dovoljenje, zaščita</w:t>
      </w:r>
      <w:r w:rsidR="009F09DD" w:rsidRPr="00B40033">
        <w:rPr>
          <w:b/>
          <w:lang w:val="sl-SI"/>
        </w:rPr>
        <w:t xml:space="preserve"> in</w:t>
      </w:r>
      <w:r w:rsidRPr="00B40033">
        <w:rPr>
          <w:b/>
          <w:lang w:val="sl-SI"/>
        </w:rPr>
        <w:t xml:space="preserve"> moč.</w:t>
      </w:r>
      <w:r w:rsidRPr="00B40033">
        <w:rPr>
          <w:lang w:val="sl-SI"/>
        </w:rPr>
        <w:t xml:space="preserve"> Nekateri za spremembo potrebujemo </w:t>
      </w:r>
      <w:r w:rsidRPr="00B40033">
        <w:rPr>
          <w:b/>
          <w:lang w:val="sl-SI"/>
        </w:rPr>
        <w:t>dovoljenje</w:t>
      </w:r>
      <w:r w:rsidRPr="00B40033">
        <w:rPr>
          <w:lang w:val="sl-SI"/>
        </w:rPr>
        <w:t>. V TA velja</w:t>
      </w:r>
      <w:r w:rsidR="00BC201B" w:rsidRPr="00B40033">
        <w:rPr>
          <w:lang w:val="sl-SI"/>
        </w:rPr>
        <w:t xml:space="preserve"> pravilo</w:t>
      </w:r>
      <w:r w:rsidRPr="00B40033">
        <w:rPr>
          <w:lang w:val="sl-SI"/>
        </w:rPr>
        <w:t xml:space="preserve">, da dovoljenje deluje le skupaj z </w:t>
      </w:r>
      <w:r w:rsidRPr="00B40033">
        <w:rPr>
          <w:b/>
          <w:lang w:val="sl-SI"/>
        </w:rPr>
        <w:t>zaščito</w:t>
      </w:r>
      <w:r w:rsidR="00640095">
        <w:rPr>
          <w:lang w:val="sl-SI"/>
        </w:rPr>
        <w:t xml:space="preserve">, </w:t>
      </w:r>
      <w:r w:rsidRPr="00B40033">
        <w:rPr>
          <w:lang w:val="sl-SI"/>
        </w:rPr>
        <w:t xml:space="preserve">z občutkom, da se ne bo zgodilo nič hudega, če </w:t>
      </w:r>
      <w:r w:rsidR="00870E50" w:rsidRPr="00B40033">
        <w:rPr>
          <w:lang w:val="sl-SI"/>
        </w:rPr>
        <w:t xml:space="preserve">prekršimo </w:t>
      </w:r>
      <w:r w:rsidRPr="00B40033">
        <w:rPr>
          <w:lang w:val="sl-SI"/>
        </w:rPr>
        <w:t xml:space="preserve">staro pravilo </w:t>
      </w:r>
      <w:hyperlink r:id="rId13">
        <w:r w:rsidR="00F94C82" w:rsidRPr="00B40033">
          <w:rPr>
            <w:color w:val="01696F"/>
            <w:u w:val="single"/>
            <w:lang w:val="sl-SI"/>
          </w:rPr>
          <w:t>(</w:t>
        </w:r>
        <w:proofErr w:type="spellStart"/>
        <w:r w:rsidR="00F94C82" w:rsidRPr="00B40033">
          <w:rPr>
            <w:color w:val="01696F"/>
            <w:u w:val="single"/>
            <w:lang w:val="sl-SI"/>
          </w:rPr>
          <w:t>Crossman</w:t>
        </w:r>
        <w:proofErr w:type="spellEnd"/>
        <w:r w:rsidR="00F94C82" w:rsidRPr="00B40033">
          <w:rPr>
            <w:color w:val="01696F"/>
            <w:u w:val="single"/>
            <w:lang w:val="sl-SI"/>
          </w:rPr>
          <w:t>, 1966)</w:t>
        </w:r>
      </w:hyperlink>
      <w:r w:rsidRPr="00B40033">
        <w:rPr>
          <w:lang w:val="sl-SI"/>
        </w:rPr>
        <w:t xml:space="preserve">, in z dovolj </w:t>
      </w:r>
      <w:r w:rsidRPr="00B40033">
        <w:rPr>
          <w:b/>
          <w:lang w:val="sl-SI"/>
        </w:rPr>
        <w:t>moči</w:t>
      </w:r>
      <w:r w:rsidR="00640095">
        <w:rPr>
          <w:lang w:val="sl-SI"/>
        </w:rPr>
        <w:t xml:space="preserve"> oz. </w:t>
      </w:r>
      <w:r w:rsidRPr="00B40033">
        <w:rPr>
          <w:lang w:val="sl-SI"/>
        </w:rPr>
        <w:t>podpore in orodij. V tem priročniku zaščito predstavlja varnostni okvir (poglavje 2), dovoljenja nove notranje besede (10.4 in 11.7), moč pa vaje same.</w:t>
      </w:r>
    </w:p>
    <w:p w14:paraId="13F63437" w14:textId="77777777" w:rsidR="00F94C82" w:rsidRPr="00B40033" w:rsidRDefault="00911973">
      <w:pPr>
        <w:pStyle w:val="Naslov1"/>
        <w:pBdr>
          <w:bottom w:val="single" w:sz="8" w:space="9" w:color="EBC5A7"/>
        </w:pBdr>
        <w:rPr>
          <w:lang w:val="sl-SI"/>
        </w:rPr>
      </w:pPr>
      <w:r w:rsidRPr="00B40033">
        <w:rPr>
          <w:lang w:val="sl-SI"/>
        </w:rPr>
        <w:lastRenderedPageBreak/>
        <w:t>2. Varnostni okvir pred vajami</w:t>
      </w:r>
    </w:p>
    <w:p w14:paraId="673DE770" w14:textId="76B263F5" w:rsidR="00F94C82" w:rsidRPr="00B40033" w:rsidRDefault="00911973" w:rsidP="008F0A8F">
      <w:pPr>
        <w:jc w:val="both"/>
        <w:rPr>
          <w:lang w:val="sl-SI"/>
        </w:rPr>
      </w:pPr>
      <w:r w:rsidRPr="00B40033">
        <w:rPr>
          <w:lang w:val="sl-SI"/>
        </w:rPr>
        <w:t xml:space="preserve">Pred vsako notranjo eksploracijo velja isti prvi korak: </w:t>
      </w:r>
      <w:r w:rsidRPr="00B40033">
        <w:rPr>
          <w:b/>
          <w:lang w:val="sl-SI"/>
        </w:rPr>
        <w:t>varnost</w:t>
      </w:r>
      <w:r w:rsidRPr="00B40033">
        <w:rPr>
          <w:lang w:val="sl-SI"/>
        </w:rPr>
        <w:t>. Te smernice niso okras</w:t>
      </w:r>
      <w:r w:rsidR="00584748" w:rsidRPr="00B40033">
        <w:rPr>
          <w:lang w:val="sl-SI"/>
        </w:rPr>
        <w:t>,</w:t>
      </w:r>
      <w:r w:rsidRPr="00B40033">
        <w:rPr>
          <w:lang w:val="sl-SI"/>
        </w:rPr>
        <w:t xml:space="preserve"> </w:t>
      </w:r>
      <w:r w:rsidR="00584748" w:rsidRPr="00B40033">
        <w:rPr>
          <w:lang w:val="sl-SI"/>
        </w:rPr>
        <w:t xml:space="preserve">temveč </w:t>
      </w:r>
      <w:r w:rsidRPr="00B40033">
        <w:rPr>
          <w:lang w:val="sl-SI"/>
        </w:rPr>
        <w:t>so pogoj za delo.</w:t>
      </w:r>
    </w:p>
    <w:p w14:paraId="4CE49C23" w14:textId="77777777" w:rsidR="00F94C82" w:rsidRPr="00B40033" w:rsidRDefault="00911973">
      <w:pPr>
        <w:pStyle w:val="Naslov2"/>
        <w:rPr>
          <w:lang w:val="sl-SI"/>
        </w:rPr>
      </w:pPr>
      <w:r w:rsidRPr="00B40033">
        <w:rPr>
          <w:lang w:val="sl-SI"/>
        </w:rPr>
        <w:t>2.1 Osnovna pravila</w:t>
      </w:r>
    </w:p>
    <w:p w14:paraId="7946CC7E" w14:textId="03865E65" w:rsidR="00F94C82" w:rsidRPr="00B40033" w:rsidRDefault="00911973" w:rsidP="008F0A8F">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 xml:space="preserve">Vedno začni s </w:t>
      </w:r>
      <w:proofErr w:type="spellStart"/>
      <w:r w:rsidRPr="00B40033">
        <w:rPr>
          <w:b/>
          <w:lang w:val="sl-SI"/>
        </w:rPr>
        <w:t>prizemljitvijo</w:t>
      </w:r>
      <w:proofErr w:type="spellEnd"/>
      <w:r w:rsidRPr="00B40033">
        <w:rPr>
          <w:b/>
          <w:lang w:val="sl-SI"/>
        </w:rPr>
        <w:t xml:space="preserve"> (</w:t>
      </w:r>
      <w:proofErr w:type="spellStart"/>
      <w:r w:rsidRPr="00B40033">
        <w:rPr>
          <w:b/>
          <w:lang w:val="sl-SI"/>
        </w:rPr>
        <w:t>grounding</w:t>
      </w:r>
      <w:proofErr w:type="spellEnd"/>
      <w:r w:rsidRPr="00B40033">
        <w:rPr>
          <w:b/>
          <w:lang w:val="sl-SI"/>
        </w:rPr>
        <w:t>).</w:t>
      </w:r>
      <w:r w:rsidRPr="00B40033">
        <w:rPr>
          <w:lang w:val="sl-SI"/>
        </w:rPr>
        <w:t xml:space="preserve"> Pred vsako vajo, ki obravnava čustva, posveti 1–2 minuti zunanje usmerjeni pozornosti (glej vajo 4.2). Notranje delo je varnejše, ko je telo najprej umirjeno.</w:t>
      </w:r>
    </w:p>
    <w:p w14:paraId="2C1FFF8D" w14:textId="0F311787" w:rsidR="00F94C82" w:rsidRPr="00B40033" w:rsidRDefault="00911973" w:rsidP="008F0A8F">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Vsako vajo lahko kadarkoli prekineš.</w:t>
      </w:r>
      <w:r w:rsidRPr="00B40033">
        <w:rPr>
          <w:lang w:val="sl-SI"/>
        </w:rPr>
        <w:t xml:space="preserve"> Pred vsako vajo si pripravi »izhodno točko«: vdih, pogled skozi okno, vstani in </w:t>
      </w:r>
      <w:r w:rsidR="00574A0F" w:rsidRPr="00B40033">
        <w:rPr>
          <w:lang w:val="sl-SI"/>
        </w:rPr>
        <w:t>pojdi v drugo</w:t>
      </w:r>
      <w:r w:rsidRPr="00B40033">
        <w:rPr>
          <w:lang w:val="sl-SI"/>
        </w:rPr>
        <w:t xml:space="preserve"> sobo. Prekinitev ni neuspeh</w:t>
      </w:r>
      <w:r w:rsidR="00511F54">
        <w:rPr>
          <w:lang w:val="sl-SI"/>
        </w:rPr>
        <w:t>.</w:t>
      </w:r>
    </w:p>
    <w:p w14:paraId="629B8EC6" w14:textId="21424D85" w:rsidR="00F94C82" w:rsidRPr="00B40033" w:rsidRDefault="00911973" w:rsidP="008F0A8F">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Ne izzivaj močnih čustev namenoma.</w:t>
      </w:r>
      <w:r w:rsidRPr="00B40033">
        <w:rPr>
          <w:lang w:val="sl-SI"/>
        </w:rPr>
        <w:t xml:space="preserve"> Vaje v tem priročniku so zasnovane tako, da čustva opazuješ</w:t>
      </w:r>
      <w:r w:rsidR="006F6FCE" w:rsidRPr="00B40033">
        <w:rPr>
          <w:lang w:val="sl-SI"/>
        </w:rPr>
        <w:t xml:space="preserve"> taka</w:t>
      </w:r>
      <w:r w:rsidRPr="00B40033">
        <w:rPr>
          <w:lang w:val="sl-SI"/>
        </w:rPr>
        <w:t xml:space="preserve">, kot so, ne da bi jih </w:t>
      </w:r>
      <w:r w:rsidR="006F6FCE" w:rsidRPr="00B40033">
        <w:rPr>
          <w:lang w:val="sl-SI"/>
        </w:rPr>
        <w:t xml:space="preserve">ustvarjal </w:t>
      </w:r>
      <w:r w:rsidRPr="00B40033">
        <w:rPr>
          <w:lang w:val="sl-SI"/>
        </w:rPr>
        <w:t xml:space="preserve">po </w:t>
      </w:r>
      <w:r w:rsidR="00AF2BE1" w:rsidRPr="00B40033">
        <w:rPr>
          <w:lang w:val="sl-SI"/>
        </w:rPr>
        <w:t xml:space="preserve">svoji </w:t>
      </w:r>
      <w:r w:rsidRPr="00B40033">
        <w:rPr>
          <w:lang w:val="sl-SI"/>
        </w:rPr>
        <w:t>volji. Namerno podoživljanje travmatičnih dogodkov, prisilno dihanje ali »katarzičn</w:t>
      </w:r>
      <w:r w:rsidR="00511020" w:rsidRPr="00B40033">
        <w:rPr>
          <w:lang w:val="sl-SI"/>
        </w:rPr>
        <w:t>i</w:t>
      </w:r>
      <w:r w:rsidRPr="00B40033">
        <w:rPr>
          <w:lang w:val="sl-SI"/>
        </w:rPr>
        <w:t xml:space="preserve">« </w:t>
      </w:r>
      <w:r w:rsidR="00511020" w:rsidRPr="00B40033">
        <w:rPr>
          <w:lang w:val="sl-SI"/>
        </w:rPr>
        <w:t xml:space="preserve">izbruhi </w:t>
      </w:r>
      <w:r w:rsidRPr="00B40033">
        <w:rPr>
          <w:lang w:val="sl-SI"/>
        </w:rPr>
        <w:t xml:space="preserve">čustev </w:t>
      </w:r>
      <w:r w:rsidR="00511020" w:rsidRPr="00B40033">
        <w:rPr>
          <w:lang w:val="sl-SI"/>
        </w:rPr>
        <w:t xml:space="preserve">v to knjigo </w:t>
      </w:r>
      <w:r w:rsidRPr="00B40033">
        <w:rPr>
          <w:lang w:val="sl-SI"/>
        </w:rPr>
        <w:t>niso vključeni</w:t>
      </w:r>
      <w:r w:rsidR="00AF2BE1" w:rsidRPr="00B40033">
        <w:rPr>
          <w:lang w:val="sl-SI"/>
        </w:rPr>
        <w:t>.</w:t>
      </w:r>
      <w:r w:rsidRPr="00B40033">
        <w:rPr>
          <w:lang w:val="sl-SI"/>
        </w:rPr>
        <w:t xml:space="preserve"> </w:t>
      </w:r>
      <w:r w:rsidR="00AF2BE1" w:rsidRPr="00B40033">
        <w:rPr>
          <w:lang w:val="sl-SI"/>
        </w:rPr>
        <w:t>T</w:t>
      </w:r>
      <w:r w:rsidRPr="00B40033">
        <w:rPr>
          <w:lang w:val="sl-SI"/>
        </w:rPr>
        <w:t>akšni pristopi lahko stisko pogosto okrepijo</w:t>
      </w:r>
      <w:r w:rsidR="00AF2BE1" w:rsidRPr="00B40033">
        <w:rPr>
          <w:lang w:val="sl-SI"/>
        </w:rPr>
        <w:t>,</w:t>
      </w:r>
      <w:r w:rsidRPr="00B40033">
        <w:rPr>
          <w:lang w:val="sl-SI"/>
        </w:rPr>
        <w:t xml:space="preserve"> namesto da bi jo ublažili.</w:t>
      </w:r>
    </w:p>
    <w:p w14:paraId="04C137DF" w14:textId="50DD1A2C" w:rsidR="00F94C82" w:rsidRPr="00B40033" w:rsidRDefault="00911973" w:rsidP="008F0A8F">
      <w:pPr>
        <w:tabs>
          <w:tab w:val="left" w:pos="425"/>
        </w:tabs>
        <w:spacing w:after="60"/>
        <w:ind w:left="425" w:hanging="425"/>
        <w:jc w:val="both"/>
        <w:rPr>
          <w:lang w:val="sl-SI"/>
        </w:rPr>
      </w:pPr>
      <w:r w:rsidRPr="00B40033">
        <w:rPr>
          <w:lang w:val="sl-SI"/>
        </w:rPr>
        <w:t>4.</w:t>
      </w:r>
      <w:r w:rsidRPr="00B40033">
        <w:rPr>
          <w:lang w:val="sl-SI"/>
        </w:rPr>
        <w:tab/>
      </w:r>
      <w:r w:rsidRPr="00B40033">
        <w:rPr>
          <w:b/>
          <w:lang w:val="sl-SI"/>
        </w:rPr>
        <w:t>Kratko in pogosto raje kot dolgo in globoko.</w:t>
      </w:r>
      <w:r w:rsidRPr="00B40033">
        <w:rPr>
          <w:lang w:val="sl-SI"/>
        </w:rPr>
        <w:t xml:space="preserve"> Začni s 3–5 minutami. Notranja pozornost je kot mišica: raste s ponavljanjem, ne z napornostjo.</w:t>
      </w:r>
    </w:p>
    <w:p w14:paraId="038915BF" w14:textId="35CEDB2B" w:rsidR="00F94C82" w:rsidRPr="00B40033" w:rsidRDefault="00911973" w:rsidP="008F0A8F">
      <w:pPr>
        <w:tabs>
          <w:tab w:val="left" w:pos="425"/>
        </w:tabs>
        <w:spacing w:after="60"/>
        <w:ind w:left="425" w:hanging="425"/>
        <w:jc w:val="both"/>
        <w:rPr>
          <w:lang w:val="sl-SI"/>
        </w:rPr>
      </w:pPr>
      <w:r w:rsidRPr="00B40033">
        <w:rPr>
          <w:lang w:val="sl-SI"/>
        </w:rPr>
        <w:t>5.</w:t>
      </w:r>
      <w:r w:rsidRPr="00B40033">
        <w:rPr>
          <w:lang w:val="sl-SI"/>
        </w:rPr>
        <w:tab/>
      </w:r>
      <w:r w:rsidRPr="00B40033">
        <w:rPr>
          <w:b/>
          <w:lang w:val="sl-SI"/>
        </w:rPr>
        <w:t xml:space="preserve">Odprte oči so </w:t>
      </w:r>
      <w:r w:rsidR="00807DAE" w:rsidRPr="00B40033">
        <w:rPr>
          <w:b/>
          <w:lang w:val="sl-SI"/>
        </w:rPr>
        <w:t xml:space="preserve">vedno </w:t>
      </w:r>
      <w:r w:rsidRPr="00B40033">
        <w:rPr>
          <w:b/>
          <w:lang w:val="sl-SI"/>
        </w:rPr>
        <w:t>dovoljene.</w:t>
      </w:r>
      <w:r w:rsidRPr="00B40033">
        <w:rPr>
          <w:lang w:val="sl-SI"/>
        </w:rPr>
        <w:t xml:space="preserve"> Če </w:t>
      </w:r>
      <w:r w:rsidR="00B84A29" w:rsidRPr="00B40033">
        <w:rPr>
          <w:lang w:val="sl-SI"/>
        </w:rPr>
        <w:t xml:space="preserve">ti </w:t>
      </w:r>
      <w:r w:rsidRPr="00B40033">
        <w:rPr>
          <w:lang w:val="sl-SI"/>
        </w:rPr>
        <w:t xml:space="preserve">zapiranje oči </w:t>
      </w:r>
      <w:r w:rsidR="0097570E" w:rsidRPr="00B40033">
        <w:rPr>
          <w:lang w:val="sl-SI"/>
        </w:rPr>
        <w:t xml:space="preserve">povzroča </w:t>
      </w:r>
      <w:r w:rsidR="002019BB" w:rsidRPr="00B40033">
        <w:rPr>
          <w:lang w:val="sl-SI"/>
        </w:rPr>
        <w:t>nelagodje</w:t>
      </w:r>
      <w:r w:rsidRPr="00B40033">
        <w:rPr>
          <w:lang w:val="sl-SI"/>
        </w:rPr>
        <w:t xml:space="preserve">, </w:t>
      </w:r>
      <w:r w:rsidR="009A3B29" w:rsidRPr="00B40033">
        <w:rPr>
          <w:lang w:val="sl-SI"/>
        </w:rPr>
        <w:t xml:space="preserve">jih pusti odprte. Pogled nežno usmeri </w:t>
      </w:r>
      <w:r w:rsidRPr="00B40033">
        <w:rPr>
          <w:lang w:val="sl-SI"/>
        </w:rPr>
        <w:t>v tla ali mirno točko v prostoru.</w:t>
      </w:r>
    </w:p>
    <w:p w14:paraId="3D13E88C" w14:textId="77777777" w:rsidR="00F94C82" w:rsidRPr="00B40033" w:rsidRDefault="00911973">
      <w:pPr>
        <w:pStyle w:val="Naslov2"/>
        <w:rPr>
          <w:lang w:val="sl-SI"/>
        </w:rPr>
      </w:pPr>
      <w:r w:rsidRPr="00B40033">
        <w:rPr>
          <w:lang w:val="sl-SI"/>
        </w:rPr>
        <w:t>2.2 Kdaj poiskati strokovno podporo</w:t>
      </w:r>
    </w:p>
    <w:p w14:paraId="3FCD2A7C" w14:textId="2E80FE86" w:rsidR="00F94C82" w:rsidRPr="00B40033" w:rsidRDefault="00911973" w:rsidP="008F0A8F">
      <w:pPr>
        <w:jc w:val="both"/>
        <w:rPr>
          <w:lang w:val="sl-SI"/>
        </w:rPr>
      </w:pPr>
      <w:r w:rsidRPr="00B40033">
        <w:rPr>
          <w:lang w:val="sl-SI"/>
        </w:rPr>
        <w:t xml:space="preserve">Ta priročnik je izobraževalno in razvojno orodje </w:t>
      </w:r>
      <w:r w:rsidR="007D34E9" w:rsidRPr="00B40033">
        <w:rPr>
          <w:lang w:val="sl-SI"/>
        </w:rPr>
        <w:t>ter</w:t>
      </w:r>
      <w:r w:rsidRPr="00B40033">
        <w:rPr>
          <w:lang w:val="sl-SI"/>
        </w:rPr>
        <w:t xml:space="preserve"> ni nadomestilo za terapijo ali zdravljenje. Če si v situaciji, ki te neposredno ogroža (nasilje, zloraba), ima</w:t>
      </w:r>
      <w:r w:rsidR="008B4072" w:rsidRPr="00B40033">
        <w:rPr>
          <w:lang w:val="sl-SI"/>
        </w:rPr>
        <w:t>ta</w:t>
      </w:r>
      <w:r w:rsidRPr="00B40033">
        <w:rPr>
          <w:lang w:val="sl-SI"/>
        </w:rPr>
        <w:t xml:space="preserve"> prednost varnost in zunanja pomoč</w:t>
      </w:r>
      <w:r w:rsidR="008D436D" w:rsidRPr="00B40033">
        <w:rPr>
          <w:lang w:val="sl-SI"/>
        </w:rPr>
        <w:t xml:space="preserve"> v takih okoliščinah samouravnavanje ni dovolj</w:t>
      </w:r>
      <w:r w:rsidRPr="00B40033">
        <w:rPr>
          <w:lang w:val="sl-SI"/>
        </w:rPr>
        <w:t>. Obrni se na strokovnjaka (psihologa, psihiatra, svetovalca), če:</w:t>
      </w:r>
    </w:p>
    <w:p w14:paraId="3CE3B8E7" w14:textId="5BBDE450" w:rsidR="00F94C82" w:rsidRPr="00B40033" w:rsidRDefault="00911973" w:rsidP="008F0A8F">
      <w:pPr>
        <w:pStyle w:val="Oznaenseznam"/>
        <w:jc w:val="both"/>
        <w:rPr>
          <w:lang w:val="sl-SI"/>
        </w:rPr>
      </w:pPr>
      <w:r w:rsidRPr="00B40033">
        <w:rPr>
          <w:lang w:val="sl-SI"/>
        </w:rPr>
        <w:t xml:space="preserve">stiska traja </w:t>
      </w:r>
      <w:r w:rsidR="007E381C" w:rsidRPr="00B40033">
        <w:rPr>
          <w:lang w:val="sl-SI"/>
        </w:rPr>
        <w:t xml:space="preserve">več tednov </w:t>
      </w:r>
      <w:r w:rsidRPr="00B40033">
        <w:rPr>
          <w:lang w:val="sl-SI"/>
        </w:rPr>
        <w:t xml:space="preserve">in </w:t>
      </w:r>
      <w:r w:rsidR="0089617F" w:rsidRPr="00B40033">
        <w:rPr>
          <w:lang w:val="sl-SI"/>
        </w:rPr>
        <w:t xml:space="preserve">ovira </w:t>
      </w:r>
      <w:r w:rsidR="000C3AF8" w:rsidRPr="00B40033">
        <w:rPr>
          <w:lang w:val="sl-SI"/>
        </w:rPr>
        <w:t>tvoje</w:t>
      </w:r>
      <w:r w:rsidRPr="00B40033">
        <w:rPr>
          <w:lang w:val="sl-SI"/>
        </w:rPr>
        <w:t xml:space="preserve"> vsakdanje </w:t>
      </w:r>
      <w:r w:rsidR="00235069" w:rsidRPr="00B40033">
        <w:rPr>
          <w:lang w:val="sl-SI"/>
        </w:rPr>
        <w:t xml:space="preserve">življenje </w:t>
      </w:r>
      <w:r w:rsidRPr="00B40033">
        <w:rPr>
          <w:lang w:val="sl-SI"/>
        </w:rPr>
        <w:t xml:space="preserve">(spanje, delo, </w:t>
      </w:r>
      <w:r w:rsidR="00235069" w:rsidRPr="00B40033">
        <w:rPr>
          <w:lang w:val="sl-SI"/>
        </w:rPr>
        <w:t>odnose</w:t>
      </w:r>
      <w:r w:rsidRPr="00B40033">
        <w:rPr>
          <w:lang w:val="sl-SI"/>
        </w:rPr>
        <w:t>);</w:t>
      </w:r>
    </w:p>
    <w:p w14:paraId="0739584D" w14:textId="65BAE828" w:rsidR="00F94C82" w:rsidRPr="00B40033" w:rsidRDefault="00CA727C" w:rsidP="008F0A8F">
      <w:pPr>
        <w:pStyle w:val="Oznaenseznam"/>
        <w:jc w:val="both"/>
        <w:rPr>
          <w:lang w:val="sl-SI"/>
        </w:rPr>
      </w:pPr>
      <w:r w:rsidRPr="00B40033">
        <w:rPr>
          <w:lang w:val="sl-SI"/>
        </w:rPr>
        <w:t xml:space="preserve">se pojavijo misli o samomoru ali </w:t>
      </w:r>
      <w:proofErr w:type="spellStart"/>
      <w:r w:rsidRPr="00B40033">
        <w:rPr>
          <w:lang w:val="sl-SI"/>
        </w:rPr>
        <w:t>samopoškodovanju</w:t>
      </w:r>
      <w:proofErr w:type="spellEnd"/>
      <w:r w:rsidRPr="00B40033">
        <w:rPr>
          <w:lang w:val="sl-SI"/>
        </w:rPr>
        <w:t xml:space="preserve"> </w:t>
      </w:r>
      <w:r w:rsidR="00911973" w:rsidRPr="00B40033">
        <w:rPr>
          <w:lang w:val="sl-SI"/>
        </w:rPr>
        <w:t>— v tem primeru ne čakaj in takoj</w:t>
      </w:r>
      <w:r w:rsidR="00720BAB" w:rsidRPr="00B40033">
        <w:rPr>
          <w:lang w:val="sl-SI"/>
        </w:rPr>
        <w:t xml:space="preserve"> </w:t>
      </w:r>
      <w:r w:rsidR="00BD435B" w:rsidRPr="00B40033">
        <w:rPr>
          <w:lang w:val="sl-SI"/>
        </w:rPr>
        <w:t xml:space="preserve">poišči strokovno </w:t>
      </w:r>
      <w:r w:rsidR="00720BAB" w:rsidRPr="00B40033">
        <w:rPr>
          <w:lang w:val="sl-SI"/>
        </w:rPr>
        <w:t>pomoč</w:t>
      </w:r>
      <w:r w:rsidR="00911973" w:rsidRPr="00B40033">
        <w:rPr>
          <w:lang w:val="sl-SI"/>
        </w:rPr>
        <w:t>;</w:t>
      </w:r>
    </w:p>
    <w:p w14:paraId="3DFD4868" w14:textId="36419DB0" w:rsidR="00F94C82" w:rsidRPr="00B40033" w:rsidRDefault="00911973" w:rsidP="008F0A8F">
      <w:pPr>
        <w:pStyle w:val="Oznaenseznam"/>
        <w:jc w:val="both"/>
        <w:rPr>
          <w:lang w:val="sl-SI"/>
        </w:rPr>
      </w:pPr>
      <w:r w:rsidRPr="00B40033">
        <w:rPr>
          <w:lang w:val="sl-SI"/>
        </w:rPr>
        <w:t xml:space="preserve">vaje sprožijo spomine ali stanja, ki se ti zdijo </w:t>
      </w:r>
      <w:r w:rsidR="00BD435B" w:rsidRPr="00B40033">
        <w:rPr>
          <w:lang w:val="sl-SI"/>
        </w:rPr>
        <w:t>pretež</w:t>
      </w:r>
      <w:r w:rsidR="003519E9" w:rsidRPr="00B40033">
        <w:rPr>
          <w:lang w:val="sl-SI"/>
        </w:rPr>
        <w:t>ka</w:t>
      </w:r>
      <w:r w:rsidRPr="00B40033">
        <w:rPr>
          <w:lang w:val="sl-SI"/>
        </w:rPr>
        <w:t xml:space="preserve">, da bi </w:t>
      </w:r>
      <w:r w:rsidR="00BD435B" w:rsidRPr="00B40033">
        <w:rPr>
          <w:lang w:val="sl-SI"/>
        </w:rPr>
        <w:t>se z njimi spoprije</w:t>
      </w:r>
      <w:r w:rsidR="00B00347" w:rsidRPr="00B40033">
        <w:rPr>
          <w:lang w:val="sl-SI"/>
        </w:rPr>
        <w:t>l</w:t>
      </w:r>
      <w:r w:rsidRPr="00B40033">
        <w:rPr>
          <w:lang w:val="sl-SI"/>
        </w:rPr>
        <w:t xml:space="preserve"> sam;</w:t>
      </w:r>
    </w:p>
    <w:p w14:paraId="38CF8DBB" w14:textId="02DCC276" w:rsidR="00F94C82" w:rsidRPr="00B40033" w:rsidRDefault="00911973" w:rsidP="008F0A8F">
      <w:pPr>
        <w:pStyle w:val="Oznaenseznam"/>
        <w:jc w:val="both"/>
        <w:rPr>
          <w:lang w:val="sl-SI"/>
        </w:rPr>
      </w:pPr>
      <w:r w:rsidRPr="00B40033">
        <w:rPr>
          <w:lang w:val="sl-SI"/>
        </w:rPr>
        <w:t xml:space="preserve">živiš z diagnozo (npr. </w:t>
      </w:r>
      <w:r w:rsidR="00BC2D79" w:rsidRPr="00B40033">
        <w:rPr>
          <w:lang w:val="sl-SI"/>
        </w:rPr>
        <w:t>posttravmatska</w:t>
      </w:r>
      <w:r w:rsidR="00C935AE" w:rsidRPr="00B40033">
        <w:rPr>
          <w:lang w:val="sl-SI"/>
        </w:rPr>
        <w:t xml:space="preserve"> stresna motnja</w:t>
      </w:r>
      <w:r w:rsidRPr="00B40033">
        <w:rPr>
          <w:lang w:val="sl-SI"/>
        </w:rPr>
        <w:t xml:space="preserve">, huda depresija, </w:t>
      </w:r>
      <w:proofErr w:type="spellStart"/>
      <w:r w:rsidRPr="00B40033">
        <w:rPr>
          <w:lang w:val="sl-SI"/>
        </w:rPr>
        <w:t>anksiozna</w:t>
      </w:r>
      <w:proofErr w:type="spellEnd"/>
      <w:r w:rsidRPr="00B40033">
        <w:rPr>
          <w:lang w:val="sl-SI"/>
        </w:rPr>
        <w:t xml:space="preserve"> motnja)</w:t>
      </w:r>
      <w:r w:rsidR="00511F54">
        <w:rPr>
          <w:lang w:val="sl-SI"/>
        </w:rPr>
        <w:t xml:space="preserve">, </w:t>
      </w:r>
      <w:r w:rsidRPr="00B40033">
        <w:rPr>
          <w:lang w:val="sl-SI"/>
        </w:rPr>
        <w:t xml:space="preserve"> vaje lahko uporabljaš, </w:t>
      </w:r>
      <w:r w:rsidR="005D43D2" w:rsidRPr="00B40033">
        <w:rPr>
          <w:lang w:val="sl-SI"/>
        </w:rPr>
        <w:t xml:space="preserve">vendar </w:t>
      </w:r>
      <w:r w:rsidRPr="00B40033">
        <w:rPr>
          <w:lang w:val="sl-SI"/>
        </w:rPr>
        <w:t>v dogovoru s svojim terapevtom</w:t>
      </w:r>
      <w:r w:rsidR="00025AA3" w:rsidRPr="00B40033">
        <w:rPr>
          <w:lang w:val="sl-SI"/>
        </w:rPr>
        <w:t xml:space="preserve"> ali zdravnikom</w:t>
      </w:r>
      <w:r w:rsidRPr="00B40033">
        <w:rPr>
          <w:lang w:val="sl-SI"/>
        </w:rPr>
        <w:t>.</w:t>
      </w:r>
    </w:p>
    <w:p w14:paraId="0D7D1182" w14:textId="70904824" w:rsidR="00F94C82" w:rsidRPr="00B40033" w:rsidRDefault="00911973" w:rsidP="008F0A8F">
      <w:pPr>
        <w:jc w:val="both"/>
        <w:rPr>
          <w:lang w:val="sl-SI"/>
        </w:rPr>
      </w:pPr>
      <w:r w:rsidRPr="00B40033">
        <w:rPr>
          <w:b/>
          <w:lang w:val="sl-SI"/>
        </w:rPr>
        <w:t xml:space="preserve">Telefoni za pomoč v stiski </w:t>
      </w:r>
      <w:r w:rsidR="00025AA3" w:rsidRPr="00B40033">
        <w:rPr>
          <w:b/>
          <w:lang w:val="sl-SI"/>
        </w:rPr>
        <w:t xml:space="preserve">v </w:t>
      </w:r>
      <w:r w:rsidRPr="00B40033">
        <w:rPr>
          <w:b/>
          <w:lang w:val="sl-SI"/>
        </w:rPr>
        <w:t>Slovenij</w:t>
      </w:r>
      <w:r w:rsidR="00025AA3" w:rsidRPr="00B40033">
        <w:rPr>
          <w:b/>
          <w:lang w:val="sl-SI"/>
        </w:rPr>
        <w:t>i</w:t>
      </w:r>
      <w:r w:rsidRPr="00B40033">
        <w:rPr>
          <w:b/>
          <w:lang w:val="sl-SI"/>
        </w:rPr>
        <w:t>:</w:t>
      </w:r>
      <w:r w:rsidRPr="00B40033">
        <w:rPr>
          <w:lang w:val="sl-SI"/>
        </w:rPr>
        <w:t xml:space="preserve"> nujna pomoč 112; Klic v duševni stiski 01 520 99 00 (vsak dan med 19. in 7. uro); zaupna telefona Samarijan in Sopotnik 116 123 (24 ur na dan, brezplačno) </w:t>
      </w:r>
      <w:r w:rsidR="008E6650" w:rsidRPr="00B40033">
        <w:rPr>
          <w:lang w:val="sl-SI"/>
        </w:rPr>
        <w:t>–</w:t>
      </w:r>
      <w:r w:rsidRPr="00B40033">
        <w:rPr>
          <w:lang w:val="sl-SI"/>
        </w:rPr>
        <w:t xml:space="preserve"> </w:t>
      </w:r>
      <w:hyperlink r:id="rId14">
        <w:r w:rsidR="00F94C82" w:rsidRPr="00B40033">
          <w:rPr>
            <w:color w:val="01696F"/>
            <w:u w:val="single"/>
            <w:lang w:val="sl-SI"/>
          </w:rPr>
          <w:t>NIJZ</w:t>
        </w:r>
      </w:hyperlink>
      <w:r w:rsidRPr="00B40033">
        <w:rPr>
          <w:lang w:val="sl-SI"/>
        </w:rPr>
        <w:t>.</w:t>
      </w:r>
    </w:p>
    <w:p w14:paraId="197669DF" w14:textId="77777777" w:rsidR="00507088" w:rsidRDefault="00911973" w:rsidP="008F0A8F">
      <w:pPr>
        <w:jc w:val="both"/>
        <w:rPr>
          <w:lang w:val="sl-SI"/>
        </w:rPr>
      </w:pPr>
      <w:r w:rsidRPr="00B40033">
        <w:rPr>
          <w:lang w:val="sl-SI"/>
        </w:rPr>
        <w:t xml:space="preserve">Iskanje pomoči je dejanje čustvene suverenosti, ne njen poraz. </w:t>
      </w:r>
    </w:p>
    <w:p w14:paraId="15AC2EBF" w14:textId="77777777" w:rsidR="00507088" w:rsidRDefault="00507088" w:rsidP="008F0A8F">
      <w:pPr>
        <w:jc w:val="both"/>
        <w:rPr>
          <w:lang w:val="sl-SI"/>
        </w:rPr>
      </w:pPr>
    </w:p>
    <w:p w14:paraId="12156226" w14:textId="6EC84FD9" w:rsidR="00F94C82" w:rsidRPr="00507088" w:rsidRDefault="00911973" w:rsidP="008F0A8F">
      <w:pPr>
        <w:jc w:val="both"/>
        <w:rPr>
          <w:b/>
          <w:bCs/>
          <w:i/>
          <w:iCs/>
          <w:lang w:val="sl-SI"/>
        </w:rPr>
      </w:pPr>
      <w:r w:rsidRPr="00507088">
        <w:rPr>
          <w:b/>
          <w:bCs/>
          <w:i/>
          <w:iCs/>
          <w:lang w:val="sl-SI"/>
        </w:rPr>
        <w:t>Ravno tako velja</w:t>
      </w:r>
      <w:r w:rsidR="008E6650" w:rsidRPr="00507088">
        <w:rPr>
          <w:b/>
          <w:bCs/>
          <w:i/>
          <w:iCs/>
          <w:lang w:val="sl-SI"/>
        </w:rPr>
        <w:t>, da</w:t>
      </w:r>
      <w:r w:rsidRPr="00507088">
        <w:rPr>
          <w:b/>
          <w:bCs/>
          <w:i/>
          <w:iCs/>
          <w:lang w:val="sl-SI"/>
        </w:rPr>
        <w:t xml:space="preserve"> vsebina tega priročnika ne ponuja zdravljenja in ne obljublja izostanka neprijetnih čustev</w:t>
      </w:r>
      <w:r w:rsidR="00507088" w:rsidRPr="00507088">
        <w:rPr>
          <w:b/>
          <w:bCs/>
          <w:i/>
          <w:iCs/>
          <w:lang w:val="sl-SI"/>
        </w:rPr>
        <w:t>,</w:t>
      </w:r>
      <w:r w:rsidRPr="00507088">
        <w:rPr>
          <w:b/>
          <w:bCs/>
          <w:i/>
          <w:iCs/>
          <w:lang w:val="sl-SI"/>
        </w:rPr>
        <w:t xml:space="preserve"> </w:t>
      </w:r>
      <w:r w:rsidR="00051561" w:rsidRPr="00507088">
        <w:rPr>
          <w:b/>
          <w:bCs/>
          <w:i/>
          <w:iCs/>
          <w:lang w:val="sl-SI"/>
        </w:rPr>
        <w:t xml:space="preserve">njegov </w:t>
      </w:r>
      <w:r w:rsidRPr="00507088">
        <w:rPr>
          <w:b/>
          <w:bCs/>
          <w:i/>
          <w:iCs/>
          <w:lang w:val="sl-SI"/>
        </w:rPr>
        <w:t>namen je razvijati več prostora med njimi in tvojim odzivom.</w:t>
      </w:r>
    </w:p>
    <w:p w14:paraId="59630EF0" w14:textId="3B28E04F" w:rsidR="00F94C82" w:rsidRPr="00B40033" w:rsidRDefault="00911973">
      <w:pPr>
        <w:pStyle w:val="Naslov1"/>
        <w:pBdr>
          <w:bottom w:val="single" w:sz="8" w:space="9" w:color="EBC5A7"/>
        </w:pBdr>
        <w:rPr>
          <w:lang w:val="sl-SI"/>
        </w:rPr>
      </w:pPr>
      <w:r w:rsidRPr="00B40033">
        <w:rPr>
          <w:lang w:val="sl-SI"/>
        </w:rPr>
        <w:lastRenderedPageBreak/>
        <w:t>3. Vrednote</w:t>
      </w:r>
      <w:r w:rsidR="00507088">
        <w:rPr>
          <w:lang w:val="sl-SI"/>
        </w:rPr>
        <w:t xml:space="preserve">: </w:t>
      </w:r>
      <w:r w:rsidRPr="00B40033">
        <w:rPr>
          <w:lang w:val="sl-SI"/>
        </w:rPr>
        <w:t>notranji kompas</w:t>
      </w:r>
    </w:p>
    <w:p w14:paraId="484103CC" w14:textId="77777777" w:rsidR="00F94C82" w:rsidRPr="00B40033" w:rsidRDefault="00911973">
      <w:pPr>
        <w:pStyle w:val="Naslov2"/>
        <w:rPr>
          <w:lang w:val="sl-SI"/>
        </w:rPr>
      </w:pPr>
      <w:r w:rsidRPr="00B40033">
        <w:rPr>
          <w:lang w:val="sl-SI"/>
        </w:rPr>
        <w:t>3.1 Razlaga</w:t>
      </w:r>
    </w:p>
    <w:p w14:paraId="013B978F" w14:textId="3168D185" w:rsidR="00F94C82" w:rsidRPr="00B40033" w:rsidRDefault="00911973" w:rsidP="008F0A8F">
      <w:pPr>
        <w:jc w:val="both"/>
        <w:rPr>
          <w:lang w:val="sl-SI"/>
        </w:rPr>
      </w:pPr>
      <w:r w:rsidRPr="00B40033">
        <w:rPr>
          <w:lang w:val="sl-SI"/>
        </w:rPr>
        <w:t xml:space="preserve">Vrednote so </w:t>
      </w:r>
      <w:r w:rsidRPr="00B40033">
        <w:rPr>
          <w:b/>
          <w:lang w:val="sl-SI"/>
        </w:rPr>
        <w:t>izbrane kakovosti delovanja</w:t>
      </w:r>
      <w:r w:rsidRPr="00B40033">
        <w:rPr>
          <w:lang w:val="sl-SI"/>
        </w:rPr>
        <w:t xml:space="preserve">, ki jih želimo utelešati: poštenost, sočutje, radovednost, pogum, zanesljivost, lepota, pravičnost … </w:t>
      </w:r>
      <w:r w:rsidR="000B7A2C">
        <w:rPr>
          <w:lang w:val="sl-SI"/>
        </w:rPr>
        <w:t>TO NI</w:t>
      </w:r>
      <w:r w:rsidRPr="00B40033">
        <w:rPr>
          <w:lang w:val="sl-SI"/>
        </w:rPr>
        <w:t xml:space="preserve"> cilj</w:t>
      </w:r>
      <w:r w:rsidR="000B7A2C">
        <w:rPr>
          <w:lang w:val="sl-SI"/>
        </w:rPr>
        <w:t xml:space="preserve"> </w:t>
      </w:r>
      <w:r w:rsidRPr="00B40033">
        <w:rPr>
          <w:lang w:val="sl-SI"/>
        </w:rPr>
        <w:t>(»dobiti diplomo«), ampak smeri (»biti temelji</w:t>
      </w:r>
      <w:r w:rsidR="000B7A2C">
        <w:rPr>
          <w:lang w:val="sl-SI"/>
        </w:rPr>
        <w:t>t ali vztrajen</w:t>
      </w:r>
      <w:r w:rsidRPr="00B40033">
        <w:rPr>
          <w:lang w:val="sl-SI"/>
        </w:rPr>
        <w:t>«). Cilj se doseže ali ne; vrednota se živi ali ne</w:t>
      </w:r>
      <w:r w:rsidR="00507088">
        <w:rPr>
          <w:lang w:val="sl-SI"/>
        </w:rPr>
        <w:t xml:space="preserve"> </w:t>
      </w:r>
      <w:r w:rsidRPr="00B40033">
        <w:rPr>
          <w:lang w:val="sl-SI"/>
        </w:rPr>
        <w:t xml:space="preserve">in to je vedno znova v naših rokah, tudi v </w:t>
      </w:r>
      <w:r w:rsidR="008974C8" w:rsidRPr="00B40033">
        <w:rPr>
          <w:lang w:val="sl-SI"/>
        </w:rPr>
        <w:t>največjih</w:t>
      </w:r>
      <w:r w:rsidR="00D61245" w:rsidRPr="00B40033">
        <w:rPr>
          <w:lang w:val="sl-SI"/>
        </w:rPr>
        <w:t xml:space="preserve"> čustvenih</w:t>
      </w:r>
      <w:r w:rsidR="008974C8" w:rsidRPr="00B40033">
        <w:rPr>
          <w:lang w:val="sl-SI"/>
        </w:rPr>
        <w:t xml:space="preserve"> </w:t>
      </w:r>
      <w:r w:rsidRPr="00B40033">
        <w:rPr>
          <w:lang w:val="sl-SI"/>
        </w:rPr>
        <w:t>nevihtah.</w:t>
      </w:r>
    </w:p>
    <w:p w14:paraId="6631F262" w14:textId="5E2CDD2F" w:rsidR="00F94C82" w:rsidRPr="00B40033" w:rsidRDefault="00911973" w:rsidP="008F0A8F">
      <w:pPr>
        <w:jc w:val="both"/>
        <w:rPr>
          <w:lang w:val="sl-SI"/>
        </w:rPr>
      </w:pPr>
      <w:r w:rsidRPr="00B40033">
        <w:rPr>
          <w:lang w:val="sl-SI"/>
        </w:rPr>
        <w:t xml:space="preserve">Vrednote so ključne za čustveno suverenost iz </w:t>
      </w:r>
      <w:r w:rsidR="00DE6D41" w:rsidRPr="00B40033">
        <w:rPr>
          <w:lang w:val="sl-SI"/>
        </w:rPr>
        <w:t xml:space="preserve">preprostega </w:t>
      </w:r>
      <w:r w:rsidRPr="00B40033">
        <w:rPr>
          <w:lang w:val="sl-SI"/>
        </w:rPr>
        <w:t xml:space="preserve">razloga: </w:t>
      </w:r>
      <w:r w:rsidRPr="00B40033">
        <w:rPr>
          <w:b/>
          <w:lang w:val="sl-SI"/>
        </w:rPr>
        <w:t xml:space="preserve">ko ne vemo, kaj se nam zdi </w:t>
      </w:r>
      <w:r w:rsidR="002C3853" w:rsidRPr="00B40033">
        <w:rPr>
          <w:b/>
          <w:lang w:val="sl-SI"/>
        </w:rPr>
        <w:t xml:space="preserve">resnično </w:t>
      </w:r>
      <w:r w:rsidRPr="00B40033">
        <w:rPr>
          <w:b/>
          <w:lang w:val="sl-SI"/>
        </w:rPr>
        <w:t>pomembno, smo</w:t>
      </w:r>
      <w:r w:rsidRPr="00B40033">
        <w:rPr>
          <w:lang w:val="sl-SI"/>
        </w:rPr>
        <w:t xml:space="preserve"> </w:t>
      </w:r>
      <w:r w:rsidRPr="00B40033">
        <w:rPr>
          <w:b/>
          <w:lang w:val="sl-SI"/>
        </w:rPr>
        <w:t>dovzetni za vse drugo</w:t>
      </w:r>
      <w:r w:rsidRPr="00B40033">
        <w:rPr>
          <w:lang w:val="sl-SI"/>
        </w:rPr>
        <w:t xml:space="preserve"> za razpoloženje, pritisk okolja, trenutno vzburjenje. Ko pa </w:t>
      </w:r>
      <w:r w:rsidR="00A94591" w:rsidRPr="00B40033">
        <w:rPr>
          <w:lang w:val="sl-SI"/>
        </w:rPr>
        <w:t xml:space="preserve">to </w:t>
      </w:r>
      <w:r w:rsidRPr="00B40033">
        <w:rPr>
          <w:lang w:val="sl-SI"/>
        </w:rPr>
        <w:t xml:space="preserve">vemo, imamo </w:t>
      </w:r>
      <w:r w:rsidR="009E4F46" w:rsidRPr="00B40033">
        <w:rPr>
          <w:lang w:val="sl-SI"/>
        </w:rPr>
        <w:t xml:space="preserve">jasen </w:t>
      </w:r>
      <w:r w:rsidRPr="00B40033">
        <w:rPr>
          <w:lang w:val="sl-SI"/>
        </w:rPr>
        <w:t xml:space="preserve">kriterij, po katerem izbiramo </w:t>
      </w:r>
      <w:r w:rsidR="009E4F46" w:rsidRPr="00B40033">
        <w:rPr>
          <w:lang w:val="sl-SI"/>
        </w:rPr>
        <w:t xml:space="preserve">svoj </w:t>
      </w:r>
      <w:r w:rsidRPr="00B40033">
        <w:rPr>
          <w:lang w:val="sl-SI"/>
        </w:rPr>
        <w:t xml:space="preserve">odziv. Vaja, ki sledi, je </w:t>
      </w:r>
      <w:r w:rsidR="009E4F46" w:rsidRPr="00B40033">
        <w:rPr>
          <w:lang w:val="sl-SI"/>
        </w:rPr>
        <w:t xml:space="preserve">izjemno </w:t>
      </w:r>
      <w:r w:rsidRPr="00B40033">
        <w:rPr>
          <w:lang w:val="sl-SI"/>
        </w:rPr>
        <w:t xml:space="preserve">priljubljena in razširjena v klinični praksi (npr. v </w:t>
      </w:r>
      <w:r w:rsidR="00C61CBD" w:rsidRPr="00B40033">
        <w:rPr>
          <w:lang w:val="sl-SI"/>
        </w:rPr>
        <w:t xml:space="preserve">terapiji </w:t>
      </w:r>
      <w:r w:rsidRPr="00B40033">
        <w:rPr>
          <w:lang w:val="sl-SI"/>
        </w:rPr>
        <w:t xml:space="preserve">sprejemanja in zavezanosti </w:t>
      </w:r>
      <w:r w:rsidR="003A57E2" w:rsidRPr="00B40033">
        <w:rPr>
          <w:lang w:val="sl-SI"/>
        </w:rPr>
        <w:t>–</w:t>
      </w:r>
      <w:r w:rsidRPr="00B40033">
        <w:rPr>
          <w:lang w:val="sl-SI"/>
        </w:rPr>
        <w:t xml:space="preserve"> ACT), ker vrednote delujejo kot kompas tudi tedaj, ko </w:t>
      </w:r>
      <w:r w:rsidR="0007049F" w:rsidRPr="00B40033">
        <w:rPr>
          <w:lang w:val="sl-SI"/>
        </w:rPr>
        <w:t>v nas divjajo čustveni viharji</w:t>
      </w:r>
      <w:r w:rsidRPr="00B40033">
        <w:rPr>
          <w:lang w:val="sl-SI"/>
        </w:rPr>
        <w:t>.</w:t>
      </w:r>
    </w:p>
    <w:p w14:paraId="252C849A" w14:textId="77777777" w:rsidR="00F94C82" w:rsidRPr="00B40033" w:rsidRDefault="00911973">
      <w:pPr>
        <w:pStyle w:val="Naslov2"/>
        <w:rPr>
          <w:lang w:val="sl-SI"/>
        </w:rPr>
      </w:pPr>
      <w:r w:rsidRPr="00B40033">
        <w:rPr>
          <w:lang w:val="sl-SI"/>
        </w:rPr>
        <w:t>3.2 Primer</w:t>
      </w:r>
    </w:p>
    <w:p w14:paraId="37E7D592" w14:textId="68D84CF0" w:rsidR="00F94C82" w:rsidRPr="00B40033" w:rsidRDefault="00911973" w:rsidP="008F0A8F">
      <w:pPr>
        <w:jc w:val="both"/>
        <w:rPr>
          <w:lang w:val="sl-SI"/>
        </w:rPr>
      </w:pPr>
      <w:r w:rsidRPr="00B40033">
        <w:rPr>
          <w:lang w:val="sl-SI"/>
        </w:rPr>
        <w:t>Predstavljaj</w:t>
      </w:r>
      <w:r w:rsidR="00D97249" w:rsidRPr="00B40033">
        <w:rPr>
          <w:lang w:val="sl-SI"/>
        </w:rPr>
        <w:t>te</w:t>
      </w:r>
      <w:r w:rsidRPr="00B40033">
        <w:rPr>
          <w:lang w:val="sl-SI"/>
        </w:rPr>
        <w:t xml:space="preserve"> si Petro</w:t>
      </w:r>
      <w:r w:rsidR="00C91F9D" w:rsidRPr="00B40033">
        <w:rPr>
          <w:lang w:val="sl-SI"/>
        </w:rPr>
        <w:t>.</w:t>
      </w:r>
      <w:r w:rsidRPr="00B40033">
        <w:rPr>
          <w:lang w:val="sl-SI"/>
        </w:rPr>
        <w:t xml:space="preserve"> </w:t>
      </w:r>
      <w:r w:rsidR="00C91F9D" w:rsidRPr="00B40033">
        <w:rPr>
          <w:lang w:val="sl-SI"/>
        </w:rPr>
        <w:t>S</w:t>
      </w:r>
      <w:r w:rsidRPr="00B40033">
        <w:rPr>
          <w:lang w:val="sl-SI"/>
        </w:rPr>
        <w:t xml:space="preserve">odelavec na sestanku javno omalovažuje njen predlog. </w:t>
      </w:r>
      <w:r w:rsidR="00566298" w:rsidRPr="00B40033">
        <w:rPr>
          <w:lang w:val="sl-SI"/>
        </w:rPr>
        <w:t>Njeni a</w:t>
      </w:r>
      <w:r w:rsidRPr="00B40033">
        <w:rPr>
          <w:lang w:val="sl-SI"/>
        </w:rPr>
        <w:t xml:space="preserve">vtomatski odzivi </w:t>
      </w:r>
      <w:r w:rsidR="00F714B3" w:rsidRPr="00B40033">
        <w:rPr>
          <w:lang w:val="sl-SI"/>
        </w:rPr>
        <w:t>bi lahko</w:t>
      </w:r>
      <w:r w:rsidR="00566298" w:rsidRPr="00B40033">
        <w:rPr>
          <w:lang w:val="sl-SI"/>
        </w:rPr>
        <w:t xml:space="preserve"> bili</w:t>
      </w:r>
      <w:r w:rsidRPr="00B40033">
        <w:rPr>
          <w:lang w:val="sl-SI"/>
        </w:rPr>
        <w:t>: ubraniti se</w:t>
      </w:r>
      <w:r w:rsidR="00566298" w:rsidRPr="00B40033">
        <w:rPr>
          <w:lang w:val="sl-SI"/>
        </w:rPr>
        <w:t xml:space="preserve"> z napadom</w:t>
      </w:r>
      <w:r w:rsidRPr="00B40033">
        <w:rPr>
          <w:lang w:val="sl-SI"/>
        </w:rPr>
        <w:t xml:space="preserve">, </w:t>
      </w:r>
      <w:r w:rsidR="00566298" w:rsidRPr="00B40033">
        <w:rPr>
          <w:lang w:val="sl-SI"/>
        </w:rPr>
        <w:t>zapreti se</w:t>
      </w:r>
      <w:r w:rsidRPr="00B40033">
        <w:rPr>
          <w:lang w:val="sl-SI"/>
        </w:rPr>
        <w:t xml:space="preserve"> in »zameriti« ali pa se nasmehniti in tiho požreti. </w:t>
      </w:r>
      <w:r w:rsidR="006B306A" w:rsidRPr="00B40033">
        <w:rPr>
          <w:lang w:val="sl-SI"/>
        </w:rPr>
        <w:t xml:space="preserve">Vendar </w:t>
      </w:r>
      <w:r w:rsidRPr="00B40033">
        <w:rPr>
          <w:lang w:val="sl-SI"/>
        </w:rPr>
        <w:t xml:space="preserve">Petra pozna svoje tri </w:t>
      </w:r>
      <w:r w:rsidR="002E0984" w:rsidRPr="00B40033">
        <w:rPr>
          <w:lang w:val="sl-SI"/>
        </w:rPr>
        <w:t xml:space="preserve">najvišje </w:t>
      </w:r>
      <w:r w:rsidRPr="00B40033">
        <w:rPr>
          <w:lang w:val="sl-SI"/>
        </w:rPr>
        <w:t xml:space="preserve">vrednote: </w:t>
      </w:r>
      <w:r w:rsidRPr="00B40033">
        <w:rPr>
          <w:b/>
          <w:lang w:val="sl-SI"/>
        </w:rPr>
        <w:t>poštenost, dostojanstvo</w:t>
      </w:r>
      <w:r w:rsidR="004E4353" w:rsidRPr="00B40033">
        <w:rPr>
          <w:b/>
          <w:lang w:val="sl-SI"/>
        </w:rPr>
        <w:t xml:space="preserve"> in</w:t>
      </w:r>
      <w:r w:rsidRPr="00B40033">
        <w:rPr>
          <w:b/>
          <w:lang w:val="sl-SI"/>
        </w:rPr>
        <w:t xml:space="preserve"> sodelovanje</w:t>
      </w:r>
      <w:r w:rsidRPr="00B40033">
        <w:rPr>
          <w:lang w:val="sl-SI"/>
        </w:rPr>
        <w:t xml:space="preserve">. Zato izbere odziv, ki </w:t>
      </w:r>
      <w:r w:rsidR="00585C7C" w:rsidRPr="00B40033">
        <w:rPr>
          <w:lang w:val="sl-SI"/>
        </w:rPr>
        <w:t xml:space="preserve">izraža </w:t>
      </w:r>
      <w:r w:rsidRPr="00B40033">
        <w:rPr>
          <w:lang w:val="sl-SI"/>
        </w:rPr>
        <w:t>vse tri: »</w:t>
      </w:r>
      <w:r w:rsidR="00504D0D" w:rsidRPr="00B40033">
        <w:rPr>
          <w:lang w:val="sl-SI"/>
        </w:rPr>
        <w:t>Slišim</w:t>
      </w:r>
      <w:r w:rsidRPr="00B40033">
        <w:rPr>
          <w:lang w:val="sl-SI"/>
        </w:rPr>
        <w:t xml:space="preserve"> dvom, ki je upravičen. Povejte mi, kateri del predloga vam je najmanj jasen</w:t>
      </w:r>
      <w:r w:rsidR="006B2BCF">
        <w:rPr>
          <w:lang w:val="sl-SI"/>
        </w:rPr>
        <w:t xml:space="preserve">: </w:t>
      </w:r>
      <w:r w:rsidRPr="00B40033">
        <w:rPr>
          <w:lang w:val="sl-SI"/>
        </w:rPr>
        <w:t xml:space="preserve"> poskrbimo, da bo naslednja različica boljša.« </w:t>
      </w:r>
      <w:r w:rsidR="00AB09BC" w:rsidRPr="00B40033">
        <w:rPr>
          <w:lang w:val="sl-SI"/>
        </w:rPr>
        <w:t xml:space="preserve">Petra ni </w:t>
      </w:r>
      <w:r w:rsidRPr="00B40033">
        <w:rPr>
          <w:lang w:val="sl-SI"/>
        </w:rPr>
        <w:t xml:space="preserve">bila </w:t>
      </w:r>
      <w:r w:rsidR="006B2BCF">
        <w:rPr>
          <w:lang w:val="sl-SI"/>
        </w:rPr>
        <w:t xml:space="preserve">oddaljena </w:t>
      </w:r>
      <w:r w:rsidRPr="00B40033">
        <w:rPr>
          <w:lang w:val="sl-SI"/>
        </w:rPr>
        <w:t xml:space="preserve">od </w:t>
      </w:r>
      <w:r w:rsidR="00D006F5" w:rsidRPr="00B40033">
        <w:rPr>
          <w:lang w:val="sl-SI"/>
        </w:rPr>
        <w:t xml:space="preserve">svojih </w:t>
      </w:r>
      <w:r w:rsidRPr="00B40033">
        <w:rPr>
          <w:lang w:val="sl-SI"/>
        </w:rPr>
        <w:t>čustev</w:t>
      </w:r>
      <w:r w:rsidR="006B2BCF">
        <w:rPr>
          <w:lang w:val="sl-SI"/>
        </w:rPr>
        <w:t xml:space="preserve">, </w:t>
      </w:r>
      <w:r w:rsidR="00AC6BD4" w:rsidRPr="00B40033">
        <w:rPr>
          <w:lang w:val="sl-SI"/>
        </w:rPr>
        <w:t xml:space="preserve">bila </w:t>
      </w:r>
      <w:r w:rsidRPr="00B40033">
        <w:rPr>
          <w:lang w:val="sl-SI"/>
        </w:rPr>
        <w:t>je</w:t>
      </w:r>
      <w:r w:rsidR="006B2BCF">
        <w:rPr>
          <w:lang w:val="sl-SI"/>
        </w:rPr>
        <w:t xml:space="preserve"> bolj </w:t>
      </w:r>
      <w:r w:rsidRPr="00B40033">
        <w:rPr>
          <w:lang w:val="sl-SI"/>
        </w:rPr>
        <w:t xml:space="preserve"> </w:t>
      </w:r>
      <w:r w:rsidRPr="00B40033">
        <w:rPr>
          <w:b/>
          <w:lang w:val="sl-SI"/>
        </w:rPr>
        <w:t>svobodn</w:t>
      </w:r>
      <w:r w:rsidR="006B2BCF">
        <w:rPr>
          <w:b/>
          <w:lang w:val="sl-SI"/>
        </w:rPr>
        <w:t>a.</w:t>
      </w:r>
    </w:p>
    <w:p w14:paraId="53F922C5" w14:textId="77777777" w:rsidR="00F94C82" w:rsidRPr="00B40033" w:rsidRDefault="00911973">
      <w:pPr>
        <w:pStyle w:val="Naslov2"/>
        <w:rPr>
          <w:lang w:val="sl-SI"/>
        </w:rPr>
      </w:pPr>
      <w:r w:rsidRPr="00B40033">
        <w:rPr>
          <w:lang w:val="sl-SI"/>
        </w:rPr>
        <w:t>3.3 Vaja: razjasnitev vrednot (krožni izbor, 40–60 minut)</w:t>
      </w:r>
    </w:p>
    <w:p w14:paraId="17B7CC84" w14:textId="77777777" w:rsidR="00F94C82" w:rsidRPr="00B40033" w:rsidRDefault="00911973">
      <w:pPr>
        <w:rPr>
          <w:lang w:val="sl-SI"/>
        </w:rPr>
      </w:pPr>
      <w:r w:rsidRPr="00B40033">
        <w:rPr>
          <w:b/>
          <w:lang w:val="sl-SI"/>
        </w:rPr>
        <w:t>Navodila:</w:t>
      </w:r>
    </w:p>
    <w:p w14:paraId="012D9B7B" w14:textId="719FAD20" w:rsidR="00F94C82" w:rsidRPr="00B40033" w:rsidRDefault="00911973" w:rsidP="008F0A8F">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 xml:space="preserve">Korak 1 </w:t>
      </w:r>
      <w:r w:rsidR="006B2BCF">
        <w:rPr>
          <w:b/>
          <w:lang w:val="sl-SI"/>
        </w:rPr>
        <w:t>:</w:t>
      </w:r>
      <w:r w:rsidRPr="00B40033">
        <w:rPr>
          <w:b/>
          <w:lang w:val="sl-SI"/>
        </w:rPr>
        <w:t xml:space="preserve"> dolgi seznam.</w:t>
      </w:r>
      <w:r w:rsidRPr="00B40033">
        <w:rPr>
          <w:lang w:val="sl-SI"/>
        </w:rPr>
        <w:t xml:space="preserve"> </w:t>
      </w:r>
      <w:r w:rsidR="00D006F5" w:rsidRPr="00B40033">
        <w:rPr>
          <w:lang w:val="sl-SI"/>
        </w:rPr>
        <w:t>Na spodnjem seznamu</w:t>
      </w:r>
      <w:r w:rsidR="00D97533" w:rsidRPr="00B40033">
        <w:rPr>
          <w:lang w:val="sl-SI"/>
        </w:rPr>
        <w:t xml:space="preserve"> brez cenzure in po prvem občutku</w:t>
      </w:r>
      <w:r w:rsidRPr="00B40033">
        <w:rPr>
          <w:lang w:val="sl-SI"/>
        </w:rPr>
        <w:t xml:space="preserve"> obkroži vse besede, ki </w:t>
      </w:r>
      <w:r w:rsidR="00844BE6" w:rsidRPr="00B40033">
        <w:rPr>
          <w:lang w:val="sl-SI"/>
        </w:rPr>
        <w:t xml:space="preserve">se </w:t>
      </w:r>
      <w:r w:rsidRPr="00B40033">
        <w:rPr>
          <w:lang w:val="sl-SI"/>
        </w:rPr>
        <w:t xml:space="preserve">te vsaj malo </w:t>
      </w:r>
      <w:r w:rsidR="00320F1A" w:rsidRPr="00B40033">
        <w:rPr>
          <w:lang w:val="sl-SI"/>
        </w:rPr>
        <w:t>dotaknejo</w:t>
      </w:r>
      <w:r w:rsidRPr="00B40033">
        <w:rPr>
          <w:lang w:val="sl-SI"/>
        </w:rPr>
        <w:t>:</w:t>
      </w:r>
    </w:p>
    <w:p w14:paraId="4DB261A6" w14:textId="4C6BD88B" w:rsidR="00F94C82" w:rsidRPr="00B40033" w:rsidRDefault="00911973" w:rsidP="008F0A8F">
      <w:pPr>
        <w:ind w:left="425"/>
        <w:jc w:val="both"/>
        <w:rPr>
          <w:lang w:val="sl-SI"/>
        </w:rPr>
      </w:pPr>
      <w:r w:rsidRPr="00B40033">
        <w:rPr>
          <w:lang w:val="sl-SI"/>
        </w:rPr>
        <w:t xml:space="preserve">sprejemanje, zanesljivost, ambicioznost, lepota, biti prisoten, sočutje, pogum, zanimanje, dostojanstvo, disciplina, empatija, pravičnost, zvestoba, svoboda, odpuščanje, prijateljstvo, velikodušnost, hvaležnost, zdravje, iskrenost, ponižnost, neodvisnost, iniciativa, radovednost, integriteta, veselje, vodenje, ljubezen, zrelost, odprtost, optimizem, potrpežljivost, mir, vztrajnost, osebna rast, spoštovanje, odgovornost, varnost, </w:t>
      </w:r>
      <w:r w:rsidR="001205D3" w:rsidRPr="00B40033">
        <w:rPr>
          <w:lang w:val="sl-SI"/>
        </w:rPr>
        <w:t>samo izražanje</w:t>
      </w:r>
      <w:r w:rsidRPr="00B40033">
        <w:rPr>
          <w:lang w:val="sl-SI"/>
        </w:rPr>
        <w:t>, preprostost, modrost, duhovnost, spontanost, spoštovanje telesa, timskost, zaupanje, umirjenost, ustvarjalnost</w:t>
      </w:r>
      <w:r w:rsidR="000B7A2C">
        <w:rPr>
          <w:lang w:val="sl-SI"/>
        </w:rPr>
        <w:t>….</w:t>
      </w:r>
    </w:p>
    <w:p w14:paraId="4F58FE56" w14:textId="3E9E44A1" w:rsidR="00F94C82" w:rsidRPr="00B40033" w:rsidRDefault="00911973" w:rsidP="008F0A8F">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 xml:space="preserve">Korak 2 </w:t>
      </w:r>
      <w:r w:rsidR="006B2BCF">
        <w:rPr>
          <w:b/>
          <w:lang w:val="sl-SI"/>
        </w:rPr>
        <w:t>:</w:t>
      </w:r>
      <w:r w:rsidRPr="00B40033">
        <w:rPr>
          <w:b/>
          <w:lang w:val="sl-SI"/>
        </w:rPr>
        <w:t xml:space="preserve"> v ožji izbor (10).</w:t>
      </w:r>
      <w:r w:rsidRPr="00B40033">
        <w:rPr>
          <w:lang w:val="sl-SI"/>
        </w:rPr>
        <w:t xml:space="preserve"> </w:t>
      </w:r>
      <w:r w:rsidR="00ED589F" w:rsidRPr="00B40033">
        <w:rPr>
          <w:lang w:val="sl-SI"/>
        </w:rPr>
        <w:t>Med obkroženimi</w:t>
      </w:r>
      <w:r w:rsidR="00320F1A" w:rsidRPr="00B40033">
        <w:rPr>
          <w:lang w:val="sl-SI"/>
        </w:rPr>
        <w:t xml:space="preserve"> besed</w:t>
      </w:r>
      <w:r w:rsidR="00ED589F" w:rsidRPr="00B40033">
        <w:rPr>
          <w:lang w:val="sl-SI"/>
        </w:rPr>
        <w:t>ami</w:t>
      </w:r>
      <w:r w:rsidR="00320F1A" w:rsidRPr="00B40033">
        <w:rPr>
          <w:lang w:val="sl-SI"/>
        </w:rPr>
        <w:t xml:space="preserve"> </w:t>
      </w:r>
      <w:r w:rsidRPr="00B40033">
        <w:rPr>
          <w:lang w:val="sl-SI"/>
        </w:rPr>
        <w:t>izberi deset</w:t>
      </w:r>
      <w:r w:rsidR="00ED589F" w:rsidRPr="00B40033">
        <w:rPr>
          <w:lang w:val="sl-SI"/>
        </w:rPr>
        <w:t xml:space="preserve"> tistih</w:t>
      </w:r>
      <w:r w:rsidRPr="00B40033">
        <w:rPr>
          <w:lang w:val="sl-SI"/>
        </w:rPr>
        <w:t>, ki so ti trenutno najpomembnejše.</w:t>
      </w:r>
    </w:p>
    <w:p w14:paraId="2422172A" w14:textId="01F52271" w:rsidR="00F94C82" w:rsidRPr="00B40033" w:rsidRDefault="00911973" w:rsidP="008F0A8F">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 xml:space="preserve">Korak 3 </w:t>
      </w:r>
      <w:r w:rsidR="003B1948">
        <w:rPr>
          <w:b/>
          <w:lang w:val="sl-SI"/>
        </w:rPr>
        <w:t>:</w:t>
      </w:r>
      <w:r w:rsidRPr="00B40033">
        <w:rPr>
          <w:b/>
          <w:lang w:val="sl-SI"/>
        </w:rPr>
        <w:t xml:space="preserve"> turnir (3–5).</w:t>
      </w:r>
      <w:r w:rsidRPr="00B40033">
        <w:rPr>
          <w:lang w:val="sl-SI"/>
        </w:rPr>
        <w:t xml:space="preserve"> Zdaj jih primerjaj </w:t>
      </w:r>
      <w:r w:rsidR="00112DF7" w:rsidRPr="00B40033">
        <w:rPr>
          <w:lang w:val="sl-SI"/>
        </w:rPr>
        <w:t>po parih</w:t>
      </w:r>
      <w:r w:rsidR="007054A2" w:rsidRPr="00B40033">
        <w:rPr>
          <w:lang w:val="sl-SI"/>
        </w:rPr>
        <w:t>,</w:t>
      </w:r>
      <w:r w:rsidRPr="00B40033">
        <w:rPr>
          <w:lang w:val="sl-SI"/>
        </w:rPr>
        <w:t xml:space="preserve"> </w:t>
      </w:r>
      <w:r w:rsidR="007054A2" w:rsidRPr="00B40033">
        <w:rPr>
          <w:lang w:val="sl-SI"/>
        </w:rPr>
        <w:t>kot bi igral na turnirju</w:t>
      </w:r>
      <w:r w:rsidR="00344EF6" w:rsidRPr="00B40033">
        <w:rPr>
          <w:lang w:val="sl-SI"/>
        </w:rPr>
        <w:t>. Vprašaj se</w:t>
      </w:r>
      <w:r w:rsidRPr="00B40033">
        <w:rPr>
          <w:lang w:val="sl-SI"/>
        </w:rPr>
        <w:t xml:space="preserve">: »Če bi moral en teden živeti z </w:t>
      </w:r>
      <w:r w:rsidR="00D47786" w:rsidRPr="00B40033">
        <w:rPr>
          <w:lang w:val="sl-SI"/>
        </w:rPr>
        <w:t xml:space="preserve">eno </w:t>
      </w:r>
      <w:r w:rsidRPr="00B40033">
        <w:rPr>
          <w:lang w:val="sl-SI"/>
        </w:rPr>
        <w:t>od teh dveh</w:t>
      </w:r>
      <w:r w:rsidR="00D47786" w:rsidRPr="00B40033">
        <w:rPr>
          <w:lang w:val="sl-SI"/>
        </w:rPr>
        <w:t xml:space="preserve"> vrednost</w:t>
      </w:r>
      <w:r w:rsidR="00112DF7" w:rsidRPr="00B40033">
        <w:rPr>
          <w:lang w:val="sl-SI"/>
        </w:rPr>
        <w:t>,</w:t>
      </w:r>
      <w:r w:rsidRPr="00B40033">
        <w:rPr>
          <w:lang w:val="sl-SI"/>
        </w:rPr>
        <w:t xml:space="preserve"> </w:t>
      </w:r>
      <w:r w:rsidR="00112DF7" w:rsidRPr="00B40033">
        <w:rPr>
          <w:lang w:val="sl-SI"/>
        </w:rPr>
        <w:t>kater</w:t>
      </w:r>
      <w:r w:rsidR="00D47786" w:rsidRPr="00B40033">
        <w:rPr>
          <w:lang w:val="sl-SI"/>
        </w:rPr>
        <w:t>o</w:t>
      </w:r>
      <w:r w:rsidR="00112DF7" w:rsidRPr="00B40033">
        <w:rPr>
          <w:lang w:val="sl-SI"/>
        </w:rPr>
        <w:t xml:space="preserve"> bi izbral</w:t>
      </w:r>
      <w:r w:rsidRPr="00B40033">
        <w:rPr>
          <w:lang w:val="sl-SI"/>
        </w:rPr>
        <w:t xml:space="preserve">?« Izmed desetih izberi </w:t>
      </w:r>
      <w:r w:rsidR="00F705C1" w:rsidRPr="00B40033">
        <w:rPr>
          <w:lang w:val="sl-SI"/>
        </w:rPr>
        <w:t xml:space="preserve">od </w:t>
      </w:r>
      <w:r w:rsidRPr="00B40033">
        <w:rPr>
          <w:lang w:val="sl-SI"/>
        </w:rPr>
        <w:t xml:space="preserve">tri do pet </w:t>
      </w:r>
      <w:r w:rsidR="00DC1FD7" w:rsidRPr="00B40033">
        <w:rPr>
          <w:lang w:val="sl-SI"/>
        </w:rPr>
        <w:t xml:space="preserve">svojih </w:t>
      </w:r>
      <w:r w:rsidRPr="00B40033">
        <w:rPr>
          <w:lang w:val="sl-SI"/>
        </w:rPr>
        <w:t>najpomembnejših vrednot.</w:t>
      </w:r>
    </w:p>
    <w:p w14:paraId="4ADF6BA4" w14:textId="0DECA0AC" w:rsidR="00F94C82" w:rsidRPr="00B40033" w:rsidRDefault="00911973" w:rsidP="008F0A8F">
      <w:pPr>
        <w:tabs>
          <w:tab w:val="left" w:pos="425"/>
        </w:tabs>
        <w:spacing w:after="60"/>
        <w:ind w:left="425" w:hanging="425"/>
        <w:jc w:val="both"/>
        <w:rPr>
          <w:lang w:val="sl-SI"/>
        </w:rPr>
      </w:pPr>
      <w:r w:rsidRPr="00B40033">
        <w:rPr>
          <w:lang w:val="sl-SI"/>
        </w:rPr>
        <w:t>4.</w:t>
      </w:r>
      <w:r w:rsidRPr="00B40033">
        <w:rPr>
          <w:lang w:val="sl-SI"/>
        </w:rPr>
        <w:tab/>
      </w:r>
      <w:r w:rsidRPr="00B40033">
        <w:rPr>
          <w:b/>
          <w:lang w:val="sl-SI"/>
        </w:rPr>
        <w:t xml:space="preserve">Korak 4 </w:t>
      </w:r>
      <w:r w:rsidR="003B1948">
        <w:rPr>
          <w:b/>
          <w:lang w:val="sl-SI"/>
        </w:rPr>
        <w:t>:</w:t>
      </w:r>
      <w:r w:rsidRPr="00B40033">
        <w:rPr>
          <w:b/>
          <w:lang w:val="sl-SI"/>
        </w:rPr>
        <w:t xml:space="preserve"> </w:t>
      </w:r>
      <w:r w:rsidR="004C6106" w:rsidRPr="00B40033">
        <w:rPr>
          <w:b/>
          <w:lang w:val="sl-SI"/>
        </w:rPr>
        <w:t xml:space="preserve">preizkus </w:t>
      </w:r>
      <w:r w:rsidR="003B1948">
        <w:rPr>
          <w:b/>
          <w:lang w:val="sl-SI"/>
        </w:rPr>
        <w:t>veljavnosti</w:t>
      </w:r>
      <w:r w:rsidRPr="00B40033">
        <w:rPr>
          <w:b/>
          <w:lang w:val="sl-SI"/>
        </w:rPr>
        <w:t>.</w:t>
      </w:r>
      <w:r w:rsidRPr="00B40033">
        <w:rPr>
          <w:lang w:val="sl-SI"/>
        </w:rPr>
        <w:t xml:space="preserve"> Za vsako od </w:t>
      </w:r>
      <w:r w:rsidR="00B214B2" w:rsidRPr="00B40033">
        <w:rPr>
          <w:lang w:val="sl-SI"/>
        </w:rPr>
        <w:t xml:space="preserve">svojih najpomembnejših vrednot </w:t>
      </w:r>
      <w:r w:rsidRPr="00B40033">
        <w:rPr>
          <w:lang w:val="sl-SI"/>
        </w:rPr>
        <w:t>se vprašaj:</w:t>
      </w:r>
    </w:p>
    <w:p w14:paraId="7831540F" w14:textId="40E06B14" w:rsidR="00F94C82" w:rsidRPr="00B40033" w:rsidRDefault="00911973" w:rsidP="008F0A8F">
      <w:pPr>
        <w:pStyle w:val="Oznaenseznam2"/>
        <w:jc w:val="both"/>
        <w:rPr>
          <w:lang w:val="sl-SI"/>
        </w:rPr>
      </w:pPr>
      <w:r w:rsidRPr="00B40033">
        <w:rPr>
          <w:lang w:val="sl-SI"/>
        </w:rPr>
        <w:t>Ali bi to vrednoto izbral tudi</w:t>
      </w:r>
      <w:r w:rsidR="00DF3886" w:rsidRPr="00B40033">
        <w:rPr>
          <w:lang w:val="sl-SI"/>
        </w:rPr>
        <w:t xml:space="preserve"> takrat</w:t>
      </w:r>
      <w:r w:rsidRPr="00B40033">
        <w:rPr>
          <w:lang w:val="sl-SI"/>
        </w:rPr>
        <w:t xml:space="preserve">, </w:t>
      </w:r>
      <w:r w:rsidR="003B5942" w:rsidRPr="00B40033">
        <w:rPr>
          <w:lang w:val="sl-SI"/>
        </w:rPr>
        <w:t xml:space="preserve">ko </w:t>
      </w:r>
      <w:r w:rsidR="00F77582" w:rsidRPr="00B40033">
        <w:rPr>
          <w:lang w:val="sl-SI"/>
        </w:rPr>
        <w:t>me</w:t>
      </w:r>
      <w:r w:rsidR="003B5942" w:rsidRPr="00B40033">
        <w:rPr>
          <w:lang w:val="sl-SI"/>
        </w:rPr>
        <w:t xml:space="preserve"> nihče ne vidi</w:t>
      </w:r>
      <w:r w:rsidRPr="00B40033">
        <w:rPr>
          <w:lang w:val="sl-SI"/>
        </w:rPr>
        <w:t xml:space="preserve">? (Če </w:t>
      </w:r>
      <w:r w:rsidR="003B5942" w:rsidRPr="00B40033">
        <w:rPr>
          <w:lang w:val="sl-SI"/>
        </w:rPr>
        <w:t xml:space="preserve">je odgovor </w:t>
      </w:r>
      <w:r w:rsidRPr="00B40033">
        <w:rPr>
          <w:lang w:val="sl-SI"/>
        </w:rPr>
        <w:t>ne</w:t>
      </w:r>
      <w:r w:rsidR="00383C16" w:rsidRPr="00B40033">
        <w:rPr>
          <w:lang w:val="sl-SI"/>
        </w:rPr>
        <w:t>,</w:t>
      </w:r>
      <w:r w:rsidRPr="00B40033">
        <w:rPr>
          <w:lang w:val="sl-SI"/>
        </w:rPr>
        <w:t xml:space="preserve"> je morda tuja, »</w:t>
      </w:r>
      <w:r w:rsidR="00383C16" w:rsidRPr="00B40033">
        <w:rPr>
          <w:lang w:val="sl-SI"/>
        </w:rPr>
        <w:t>iz</w:t>
      </w:r>
      <w:r w:rsidRPr="00B40033">
        <w:rPr>
          <w:lang w:val="sl-SI"/>
        </w:rPr>
        <w:t>posojena« od okolja.)</w:t>
      </w:r>
    </w:p>
    <w:p w14:paraId="1772A95B" w14:textId="3939330F" w:rsidR="00F94C82" w:rsidRPr="00B40033" w:rsidRDefault="00911973" w:rsidP="008F0A8F">
      <w:pPr>
        <w:pStyle w:val="Oznaenseznam2"/>
        <w:jc w:val="both"/>
        <w:rPr>
          <w:lang w:val="sl-SI"/>
        </w:rPr>
      </w:pPr>
      <w:r w:rsidRPr="00B40033">
        <w:rPr>
          <w:lang w:val="sl-SI"/>
        </w:rPr>
        <w:t>Kaj ob tej vrednoti zaznam v telesu?</w:t>
      </w:r>
    </w:p>
    <w:p w14:paraId="24D7BCBC" w14:textId="3CAF0754" w:rsidR="00F94C82" w:rsidRPr="00B40033" w:rsidRDefault="00911973" w:rsidP="008F0A8F">
      <w:pPr>
        <w:pStyle w:val="Oznaenseznam2"/>
        <w:jc w:val="both"/>
        <w:rPr>
          <w:lang w:val="sl-SI"/>
        </w:rPr>
      </w:pPr>
      <w:r w:rsidRPr="00B40033">
        <w:rPr>
          <w:lang w:val="sl-SI"/>
        </w:rPr>
        <w:t xml:space="preserve">Kdaj sem jo nazadnje živel </w:t>
      </w:r>
      <w:r w:rsidR="00342517" w:rsidRPr="00B40033">
        <w:rPr>
          <w:lang w:val="sl-SI"/>
        </w:rPr>
        <w:t>v praksi</w:t>
      </w:r>
      <w:r w:rsidRPr="00B40033">
        <w:rPr>
          <w:lang w:val="sl-SI"/>
        </w:rPr>
        <w:t>?</w:t>
      </w:r>
      <w:r w:rsidR="00744AE6" w:rsidRPr="00B40033">
        <w:rPr>
          <w:lang w:val="sl-SI"/>
        </w:rPr>
        <w:t xml:space="preserve"> (Spomni se konkretne situacije.)</w:t>
      </w:r>
    </w:p>
    <w:p w14:paraId="7247AB9D" w14:textId="77777777" w:rsidR="00FD6A1A" w:rsidRPr="00B40033" w:rsidRDefault="00FD6A1A" w:rsidP="008F0A8F">
      <w:pPr>
        <w:pStyle w:val="Oznaenseznam2"/>
        <w:numPr>
          <w:ilvl w:val="0"/>
          <w:numId w:val="0"/>
        </w:numPr>
        <w:ind w:left="720" w:hanging="360"/>
        <w:jc w:val="both"/>
        <w:rPr>
          <w:lang w:val="sl-SI"/>
        </w:rPr>
      </w:pPr>
    </w:p>
    <w:p w14:paraId="1A1D589A" w14:textId="77777777" w:rsidR="00FD6A1A" w:rsidRPr="00B40033" w:rsidRDefault="00FD6A1A" w:rsidP="00FD6A1A">
      <w:pPr>
        <w:pStyle w:val="Oznaenseznam2"/>
        <w:numPr>
          <w:ilvl w:val="0"/>
          <w:numId w:val="0"/>
        </w:numPr>
        <w:ind w:left="720" w:hanging="360"/>
        <w:rPr>
          <w:lang w:val="sl-SI"/>
        </w:rPr>
      </w:pPr>
    </w:p>
    <w:p w14:paraId="1C1AA013" w14:textId="77777777" w:rsidR="00FD6A1A" w:rsidRPr="00B40033" w:rsidRDefault="00FD6A1A" w:rsidP="00FD6A1A">
      <w:pPr>
        <w:pStyle w:val="Oznaenseznam2"/>
        <w:numPr>
          <w:ilvl w:val="0"/>
          <w:numId w:val="0"/>
        </w:numPr>
        <w:ind w:left="720" w:hanging="360"/>
        <w:rPr>
          <w:lang w:val="sl-SI"/>
        </w:rPr>
      </w:pPr>
    </w:p>
    <w:p w14:paraId="4B96F085" w14:textId="2F7D82C1" w:rsidR="00F94C82" w:rsidRPr="00B40033" w:rsidRDefault="00911973" w:rsidP="001205D3">
      <w:pPr>
        <w:pStyle w:val="Naslov2"/>
        <w:rPr>
          <w:lang w:val="sl-SI"/>
        </w:rPr>
      </w:pPr>
      <w:r w:rsidRPr="00B40033">
        <w:rPr>
          <w:lang w:val="sl-SI"/>
        </w:rPr>
        <w:t xml:space="preserve">3.4 Delovni list: moje </w:t>
      </w:r>
      <w:r w:rsidR="00744AE6" w:rsidRPr="00B40033">
        <w:rPr>
          <w:lang w:val="sl-SI"/>
        </w:rPr>
        <w:t xml:space="preserve">najpomembnejše </w:t>
      </w:r>
      <w:r w:rsidRPr="00B40033">
        <w:rPr>
          <w:lang w:val="sl-SI"/>
        </w:rPr>
        <w:t>vrednote</w:t>
      </w:r>
      <w:r w:rsidR="001205D3">
        <w:rPr>
          <w:lang w:val="sl-SI"/>
        </w:rPr>
        <w:t xml:space="preserve">. </w:t>
      </w:r>
      <w:r w:rsidRPr="00B40033">
        <w:rPr>
          <w:lang w:val="sl-SI"/>
        </w:rPr>
        <w:t>Za vsako vrednoto izpolni:</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473"/>
        <w:gridCol w:w="4008"/>
        <w:gridCol w:w="4224"/>
      </w:tblGrid>
      <w:tr w:rsidR="00F94C82" w:rsidRPr="00B40033" w14:paraId="59026527" w14:textId="77777777">
        <w:trPr>
          <w:cantSplit/>
          <w:tblHeader/>
          <w:jc w:val="center"/>
        </w:trPr>
        <w:tc>
          <w:tcPr>
            <w:tcW w:w="1428"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895FE72" w14:textId="77777777" w:rsidR="00F94C82" w:rsidRPr="00B40033" w:rsidRDefault="00911973">
            <w:pPr>
              <w:spacing w:after="80" w:line="259" w:lineRule="auto"/>
              <w:rPr>
                <w:lang w:val="sl-SI"/>
              </w:rPr>
            </w:pPr>
            <w:r w:rsidRPr="00B40033">
              <w:rPr>
                <w:b/>
                <w:sz w:val="20"/>
                <w:lang w:val="sl-SI"/>
              </w:rPr>
              <w:t>Vrednota</w:t>
            </w:r>
          </w:p>
        </w:tc>
        <w:tc>
          <w:tcPr>
            <w:tcW w:w="3886"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D4F5D57" w14:textId="77777777" w:rsidR="00F94C82" w:rsidRPr="00B40033" w:rsidRDefault="00911973">
            <w:pPr>
              <w:spacing w:after="80" w:line="259" w:lineRule="auto"/>
              <w:rPr>
                <w:lang w:val="sl-SI"/>
              </w:rPr>
            </w:pPr>
            <w:r w:rsidRPr="00B40033">
              <w:rPr>
                <w:b/>
                <w:sz w:val="20"/>
                <w:lang w:val="sl-SI"/>
              </w:rPr>
              <w:t>V prejšnjem mesecu sem jo živel, ko …</w:t>
            </w:r>
          </w:p>
        </w:tc>
        <w:tc>
          <w:tcPr>
            <w:tcW w:w="4096"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58BCAB3F" w14:textId="77777777" w:rsidR="00F94C82" w:rsidRPr="00B40033" w:rsidRDefault="00911973">
            <w:pPr>
              <w:spacing w:after="80" w:line="259" w:lineRule="auto"/>
              <w:rPr>
                <w:lang w:val="sl-SI"/>
              </w:rPr>
            </w:pPr>
            <w:r w:rsidRPr="00B40033">
              <w:rPr>
                <w:b/>
                <w:sz w:val="20"/>
                <w:lang w:val="sl-SI"/>
              </w:rPr>
              <w:t>Naslednji teden jo bom živel tako, da …</w:t>
            </w:r>
          </w:p>
        </w:tc>
      </w:tr>
      <w:tr w:rsidR="00F94C82" w:rsidRPr="00B40033" w14:paraId="33C3240B" w14:textId="77777777">
        <w:trPr>
          <w:cantSplit/>
          <w:trHeight w:val="510"/>
          <w:jc w:val="center"/>
        </w:trPr>
        <w:tc>
          <w:tcPr>
            <w:tcW w:w="142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BEF7E21" w14:textId="77777777" w:rsidR="00F94C82" w:rsidRPr="00B40033" w:rsidRDefault="00F94C82">
            <w:pPr>
              <w:spacing w:after="80" w:line="259" w:lineRule="auto"/>
              <w:rPr>
                <w:lang w:val="sl-SI"/>
              </w:rPr>
            </w:pPr>
          </w:p>
        </w:tc>
        <w:tc>
          <w:tcPr>
            <w:tcW w:w="388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DC6A695" w14:textId="77777777" w:rsidR="00F94C82" w:rsidRPr="00B40033" w:rsidRDefault="00F94C82">
            <w:pPr>
              <w:spacing w:after="80" w:line="259" w:lineRule="auto"/>
              <w:rPr>
                <w:lang w:val="sl-SI"/>
              </w:rPr>
            </w:pPr>
          </w:p>
        </w:tc>
        <w:tc>
          <w:tcPr>
            <w:tcW w:w="409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8F17FDE" w14:textId="77777777" w:rsidR="00F94C82" w:rsidRPr="00B40033" w:rsidRDefault="00F94C82">
            <w:pPr>
              <w:spacing w:after="80" w:line="259" w:lineRule="auto"/>
              <w:rPr>
                <w:lang w:val="sl-SI"/>
              </w:rPr>
            </w:pPr>
          </w:p>
        </w:tc>
      </w:tr>
      <w:tr w:rsidR="00F94C82" w:rsidRPr="00B40033" w14:paraId="6B4B70BB" w14:textId="77777777">
        <w:trPr>
          <w:cantSplit/>
          <w:trHeight w:val="510"/>
          <w:jc w:val="center"/>
        </w:trPr>
        <w:tc>
          <w:tcPr>
            <w:tcW w:w="142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04A7CE8" w14:textId="77777777" w:rsidR="00F94C82" w:rsidRPr="00B40033" w:rsidRDefault="00F94C82">
            <w:pPr>
              <w:spacing w:after="80" w:line="259" w:lineRule="auto"/>
              <w:rPr>
                <w:lang w:val="sl-SI"/>
              </w:rPr>
            </w:pPr>
          </w:p>
        </w:tc>
        <w:tc>
          <w:tcPr>
            <w:tcW w:w="388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4A6B1FD" w14:textId="77777777" w:rsidR="00F94C82" w:rsidRPr="00B40033" w:rsidRDefault="00F94C82">
            <w:pPr>
              <w:spacing w:after="80" w:line="259" w:lineRule="auto"/>
              <w:rPr>
                <w:lang w:val="sl-SI"/>
              </w:rPr>
            </w:pPr>
          </w:p>
        </w:tc>
        <w:tc>
          <w:tcPr>
            <w:tcW w:w="409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A070B5B" w14:textId="77777777" w:rsidR="00F94C82" w:rsidRPr="00B40033" w:rsidRDefault="00F94C82">
            <w:pPr>
              <w:spacing w:after="80" w:line="259" w:lineRule="auto"/>
              <w:rPr>
                <w:lang w:val="sl-SI"/>
              </w:rPr>
            </w:pPr>
          </w:p>
        </w:tc>
      </w:tr>
      <w:tr w:rsidR="00F94C82" w:rsidRPr="00B40033" w14:paraId="2A370F62" w14:textId="77777777">
        <w:trPr>
          <w:cantSplit/>
          <w:trHeight w:val="510"/>
          <w:jc w:val="center"/>
        </w:trPr>
        <w:tc>
          <w:tcPr>
            <w:tcW w:w="142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830AB7F" w14:textId="77777777" w:rsidR="00F94C82" w:rsidRPr="00B40033" w:rsidRDefault="00F94C82">
            <w:pPr>
              <w:spacing w:after="80" w:line="259" w:lineRule="auto"/>
              <w:rPr>
                <w:lang w:val="sl-SI"/>
              </w:rPr>
            </w:pPr>
          </w:p>
        </w:tc>
        <w:tc>
          <w:tcPr>
            <w:tcW w:w="388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E3000D4" w14:textId="77777777" w:rsidR="00F94C82" w:rsidRPr="00B40033" w:rsidRDefault="00F94C82">
            <w:pPr>
              <w:spacing w:after="80" w:line="259" w:lineRule="auto"/>
              <w:rPr>
                <w:lang w:val="sl-SI"/>
              </w:rPr>
            </w:pPr>
          </w:p>
        </w:tc>
        <w:tc>
          <w:tcPr>
            <w:tcW w:w="409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29C88C0" w14:textId="77777777" w:rsidR="00F94C82" w:rsidRPr="00B40033" w:rsidRDefault="00F94C82">
            <w:pPr>
              <w:spacing w:after="80" w:line="259" w:lineRule="auto"/>
              <w:rPr>
                <w:lang w:val="sl-SI"/>
              </w:rPr>
            </w:pPr>
          </w:p>
        </w:tc>
      </w:tr>
      <w:tr w:rsidR="00F94C82" w:rsidRPr="00B40033" w14:paraId="5306C05A" w14:textId="77777777">
        <w:trPr>
          <w:cantSplit/>
          <w:trHeight w:val="510"/>
          <w:jc w:val="center"/>
        </w:trPr>
        <w:tc>
          <w:tcPr>
            <w:tcW w:w="142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D55F014" w14:textId="77777777" w:rsidR="00F94C82" w:rsidRPr="00B40033" w:rsidRDefault="00F94C82">
            <w:pPr>
              <w:spacing w:after="80" w:line="259" w:lineRule="auto"/>
              <w:rPr>
                <w:lang w:val="sl-SI"/>
              </w:rPr>
            </w:pPr>
          </w:p>
        </w:tc>
        <w:tc>
          <w:tcPr>
            <w:tcW w:w="388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4E80211" w14:textId="77777777" w:rsidR="00F94C82" w:rsidRPr="00B40033" w:rsidRDefault="00F94C82">
            <w:pPr>
              <w:spacing w:after="80" w:line="259" w:lineRule="auto"/>
              <w:rPr>
                <w:lang w:val="sl-SI"/>
              </w:rPr>
            </w:pPr>
          </w:p>
        </w:tc>
        <w:tc>
          <w:tcPr>
            <w:tcW w:w="409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3A3EEA3" w14:textId="77777777" w:rsidR="00F94C82" w:rsidRPr="00B40033" w:rsidRDefault="00F94C82">
            <w:pPr>
              <w:spacing w:after="80" w:line="259" w:lineRule="auto"/>
              <w:rPr>
                <w:lang w:val="sl-SI"/>
              </w:rPr>
            </w:pPr>
          </w:p>
        </w:tc>
      </w:tr>
      <w:tr w:rsidR="00F94C82" w:rsidRPr="00B40033" w14:paraId="3B4A4D5D" w14:textId="77777777">
        <w:trPr>
          <w:cantSplit/>
          <w:trHeight w:val="510"/>
          <w:jc w:val="center"/>
        </w:trPr>
        <w:tc>
          <w:tcPr>
            <w:tcW w:w="142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50E0E11" w14:textId="77777777" w:rsidR="00F94C82" w:rsidRPr="00B40033" w:rsidRDefault="00F94C82">
            <w:pPr>
              <w:spacing w:after="80" w:line="259" w:lineRule="auto"/>
              <w:rPr>
                <w:lang w:val="sl-SI"/>
              </w:rPr>
            </w:pPr>
          </w:p>
        </w:tc>
        <w:tc>
          <w:tcPr>
            <w:tcW w:w="388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73E860E" w14:textId="77777777" w:rsidR="00F94C82" w:rsidRPr="00B40033" w:rsidRDefault="00F94C82">
            <w:pPr>
              <w:spacing w:after="80" w:line="259" w:lineRule="auto"/>
              <w:rPr>
                <w:lang w:val="sl-SI"/>
              </w:rPr>
            </w:pPr>
          </w:p>
        </w:tc>
        <w:tc>
          <w:tcPr>
            <w:tcW w:w="409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4A9A5CC" w14:textId="77777777" w:rsidR="00F94C82" w:rsidRPr="00B40033" w:rsidRDefault="00F94C82">
            <w:pPr>
              <w:spacing w:after="80" w:line="259" w:lineRule="auto"/>
              <w:rPr>
                <w:lang w:val="sl-SI"/>
              </w:rPr>
            </w:pPr>
          </w:p>
        </w:tc>
      </w:tr>
    </w:tbl>
    <w:p w14:paraId="2C86C2DA" w14:textId="77777777" w:rsidR="00F94C82" w:rsidRPr="00B40033" w:rsidRDefault="00F94C82">
      <w:pPr>
        <w:spacing w:after="40"/>
        <w:rPr>
          <w:lang w:val="sl-SI"/>
        </w:rPr>
      </w:pPr>
    </w:p>
    <w:p w14:paraId="48EDE569" w14:textId="4C562457" w:rsidR="00F94C82" w:rsidRPr="00B40033" w:rsidRDefault="004C6106">
      <w:pPr>
        <w:rPr>
          <w:lang w:val="sl-SI"/>
        </w:rPr>
      </w:pPr>
      <w:r w:rsidRPr="00B40033">
        <w:rPr>
          <w:b/>
          <w:lang w:val="sl-SI"/>
        </w:rPr>
        <w:t xml:space="preserve">Preizkus </w:t>
      </w:r>
      <w:r w:rsidR="00911973" w:rsidRPr="00B40033">
        <w:rPr>
          <w:b/>
          <w:lang w:val="sl-SI"/>
        </w:rPr>
        <w:t xml:space="preserve">odločitve (za aktualno življenjsko </w:t>
      </w:r>
      <w:r w:rsidR="00FF7C30" w:rsidRPr="00B40033">
        <w:rPr>
          <w:b/>
          <w:lang w:val="sl-SI"/>
        </w:rPr>
        <w:t>dilemo</w:t>
      </w:r>
      <w:r w:rsidR="00911973" w:rsidRPr="00B40033">
        <w:rPr>
          <w:b/>
          <w:lang w:val="sl-SI"/>
        </w:rPr>
        <w:t>):</w:t>
      </w:r>
    </w:p>
    <w:p w14:paraId="6986BA2B" w14:textId="77777777" w:rsidR="00F94C82" w:rsidRPr="00B40033" w:rsidRDefault="00911973">
      <w:pPr>
        <w:rPr>
          <w:lang w:val="sl-SI"/>
        </w:rPr>
      </w:pPr>
      <w:r w:rsidRPr="00B40033">
        <w:rPr>
          <w:lang w:val="sl-SI"/>
        </w:rPr>
        <w:t>Odločitev, pred katero stojim: _______________________________________________</w:t>
      </w:r>
    </w:p>
    <w:p w14:paraId="70A0F955" w14:textId="2DA1B6C8" w:rsidR="00F94C82" w:rsidRPr="00B40033" w:rsidRDefault="00911973">
      <w:pPr>
        <w:rPr>
          <w:lang w:val="sl-SI"/>
        </w:rPr>
      </w:pPr>
      <w:r w:rsidRPr="00B40033">
        <w:rPr>
          <w:lang w:val="sl-SI"/>
        </w:rPr>
        <w:t xml:space="preserve">Katero odločitev bi odobrila vsaka od mojih </w:t>
      </w:r>
      <w:r w:rsidR="00916183" w:rsidRPr="00B40033">
        <w:rPr>
          <w:lang w:val="sl-SI"/>
        </w:rPr>
        <w:t>najpomembnejših</w:t>
      </w:r>
      <w:r w:rsidRPr="00B40033">
        <w:rPr>
          <w:lang w:val="sl-SI"/>
        </w:rPr>
        <w:t xml:space="preserve"> vrednot, če bi lahko </w:t>
      </w:r>
      <w:r w:rsidR="00916183" w:rsidRPr="00B40033">
        <w:rPr>
          <w:lang w:val="sl-SI"/>
        </w:rPr>
        <w:t>spre</w:t>
      </w:r>
      <w:r w:rsidRPr="00B40033">
        <w:rPr>
          <w:lang w:val="sl-SI"/>
        </w:rPr>
        <w:t>govorila?</w:t>
      </w:r>
    </w:p>
    <w:p w14:paraId="6A8A196D" w14:textId="77777777" w:rsidR="00F94C82" w:rsidRPr="00B40033" w:rsidRDefault="00911973">
      <w:pPr>
        <w:pStyle w:val="Oznaenseznam"/>
        <w:rPr>
          <w:lang w:val="sl-SI"/>
        </w:rPr>
      </w:pPr>
      <w:r w:rsidRPr="00B40033">
        <w:rPr>
          <w:lang w:val="sl-SI"/>
        </w:rPr>
        <w:t>Vrednota 1 (____________): ______________________________</w:t>
      </w:r>
    </w:p>
    <w:p w14:paraId="4EFE6C00" w14:textId="77777777" w:rsidR="00F94C82" w:rsidRPr="00B40033" w:rsidRDefault="00911973">
      <w:pPr>
        <w:pStyle w:val="Oznaenseznam"/>
        <w:rPr>
          <w:lang w:val="sl-SI"/>
        </w:rPr>
      </w:pPr>
      <w:r w:rsidRPr="00B40033">
        <w:rPr>
          <w:lang w:val="sl-SI"/>
        </w:rPr>
        <w:t>Vrednota 2 (____________): ______________________________</w:t>
      </w:r>
    </w:p>
    <w:p w14:paraId="11820A14" w14:textId="77777777" w:rsidR="00F94C82" w:rsidRPr="00B40033" w:rsidRDefault="00911973">
      <w:pPr>
        <w:pStyle w:val="Oznaenseznam"/>
        <w:rPr>
          <w:lang w:val="sl-SI"/>
        </w:rPr>
      </w:pPr>
      <w:r w:rsidRPr="00B40033">
        <w:rPr>
          <w:lang w:val="sl-SI"/>
        </w:rPr>
        <w:t>Vrednota 3 (____________): ______________________________</w:t>
      </w:r>
    </w:p>
    <w:p w14:paraId="44C95F15" w14:textId="080044BB" w:rsidR="00F94C82" w:rsidRPr="00B40033" w:rsidRDefault="009E013B" w:rsidP="008F0A8F">
      <w:pPr>
        <w:jc w:val="both"/>
        <w:rPr>
          <w:lang w:val="sl-SI"/>
        </w:rPr>
      </w:pPr>
      <w:r w:rsidRPr="00B40033">
        <w:rPr>
          <w:lang w:val="sl-SI"/>
        </w:rPr>
        <w:t xml:space="preserve">Tam, kjer </w:t>
      </w:r>
      <w:r w:rsidR="00911973" w:rsidRPr="00B40033">
        <w:rPr>
          <w:lang w:val="sl-SI"/>
        </w:rPr>
        <w:t>se vrednote strinjajo</w:t>
      </w:r>
      <w:r w:rsidR="003B1948">
        <w:rPr>
          <w:lang w:val="sl-SI"/>
        </w:rPr>
        <w:t>,</w:t>
      </w:r>
      <w:r w:rsidR="00911973" w:rsidRPr="00B40033">
        <w:rPr>
          <w:lang w:val="sl-SI"/>
        </w:rPr>
        <w:t xml:space="preserve"> to je tvoja smer. </w:t>
      </w:r>
      <w:r w:rsidR="00A34AFB" w:rsidRPr="00B40033">
        <w:rPr>
          <w:lang w:val="sl-SI"/>
        </w:rPr>
        <w:t>Kjer med vrednotami prihaja do trenj</w:t>
      </w:r>
      <w:r w:rsidR="00872310">
        <w:rPr>
          <w:lang w:val="sl-SI"/>
        </w:rPr>
        <w:t>.</w:t>
      </w:r>
      <w:r w:rsidR="00A34AFB" w:rsidRPr="00B40033">
        <w:rPr>
          <w:lang w:val="sl-SI"/>
        </w:rPr>
        <w:t xml:space="preserve"> </w:t>
      </w:r>
      <w:r w:rsidR="00911973" w:rsidRPr="00B40033">
        <w:rPr>
          <w:lang w:val="sl-SI"/>
        </w:rPr>
        <w:t xml:space="preserve">to </w:t>
      </w:r>
      <w:r w:rsidR="00B463E2" w:rsidRPr="00B40033">
        <w:rPr>
          <w:lang w:val="sl-SI"/>
        </w:rPr>
        <w:t xml:space="preserve">ni </w:t>
      </w:r>
      <w:r w:rsidR="00A34AFB" w:rsidRPr="00B40033">
        <w:rPr>
          <w:lang w:val="sl-SI"/>
        </w:rPr>
        <w:t>slaba novica</w:t>
      </w:r>
      <w:r w:rsidR="00911973" w:rsidRPr="00B40033">
        <w:rPr>
          <w:lang w:val="sl-SI"/>
        </w:rPr>
        <w:t>, ampak zrela osebna dilema</w:t>
      </w:r>
      <w:r w:rsidR="00463815" w:rsidRPr="00B40033">
        <w:rPr>
          <w:lang w:val="sl-SI"/>
        </w:rPr>
        <w:t>. V tem primer</w:t>
      </w:r>
      <w:r w:rsidR="0019690A" w:rsidRPr="00B40033">
        <w:rPr>
          <w:lang w:val="sl-SI"/>
        </w:rPr>
        <w:t>u</w:t>
      </w:r>
      <w:r w:rsidR="002D17CD" w:rsidRPr="00B40033">
        <w:rPr>
          <w:lang w:val="sl-SI"/>
        </w:rPr>
        <w:t xml:space="preserve"> izberi tisto rešitev, ki podpira višje uvrščeno vrednoto na </w:t>
      </w:r>
      <w:r w:rsidR="00D40E84" w:rsidRPr="00B40033">
        <w:rPr>
          <w:lang w:val="sl-SI"/>
        </w:rPr>
        <w:t>tvojem</w:t>
      </w:r>
      <w:r w:rsidR="002D17CD" w:rsidRPr="00B40033">
        <w:rPr>
          <w:lang w:val="sl-SI"/>
        </w:rPr>
        <w:t xml:space="preserve"> turnirju</w:t>
      </w:r>
      <w:r w:rsidR="00911973" w:rsidRPr="00B40033">
        <w:rPr>
          <w:lang w:val="sl-SI"/>
        </w:rPr>
        <w:t>.</w:t>
      </w:r>
    </w:p>
    <w:p w14:paraId="7C517CD8" w14:textId="77777777" w:rsidR="00F94C82" w:rsidRPr="00B40033" w:rsidRDefault="00911973">
      <w:pPr>
        <w:pStyle w:val="Naslov2"/>
        <w:rPr>
          <w:lang w:val="sl-SI"/>
        </w:rPr>
      </w:pPr>
      <w:r w:rsidRPr="00B40033">
        <w:rPr>
          <w:lang w:val="sl-SI"/>
        </w:rPr>
        <w:t>3.5 Refleksija</w:t>
      </w:r>
    </w:p>
    <w:p w14:paraId="5D2F70F7" w14:textId="0D597CEC" w:rsidR="00F94C82" w:rsidRPr="00B40033" w:rsidRDefault="003320D9" w:rsidP="008F0A8F">
      <w:pPr>
        <w:pStyle w:val="Oznaenseznam"/>
        <w:jc w:val="both"/>
        <w:rPr>
          <w:lang w:val="sl-SI"/>
        </w:rPr>
      </w:pPr>
      <w:r w:rsidRPr="00B40033">
        <w:rPr>
          <w:lang w:val="sl-SI"/>
        </w:rPr>
        <w:t xml:space="preserve">Kateri vrednoti se </w:t>
      </w:r>
      <w:r w:rsidR="001138D1" w:rsidRPr="00B40033">
        <w:rPr>
          <w:lang w:val="sl-SI"/>
        </w:rPr>
        <w:t>mi</w:t>
      </w:r>
      <w:r w:rsidRPr="00B40033">
        <w:rPr>
          <w:lang w:val="sl-SI"/>
        </w:rPr>
        <w:t xml:space="preserve"> je bilo med turnirjem najtežje odreči (ali jo izpustiti)</w:t>
      </w:r>
      <w:r w:rsidR="00911973" w:rsidRPr="00B40033">
        <w:rPr>
          <w:lang w:val="sl-SI"/>
        </w:rPr>
        <w:t xml:space="preserve"> in kaj to pove o </w:t>
      </w:r>
      <w:r w:rsidR="001138D1" w:rsidRPr="00B40033">
        <w:rPr>
          <w:lang w:val="sl-SI"/>
        </w:rPr>
        <w:t>mojem</w:t>
      </w:r>
      <w:r w:rsidR="00514DC5" w:rsidRPr="00B40033">
        <w:rPr>
          <w:lang w:val="sl-SI"/>
        </w:rPr>
        <w:t xml:space="preserve"> trenutnem življenjskem obdobju</w:t>
      </w:r>
      <w:r w:rsidR="00911973" w:rsidRPr="00B40033">
        <w:rPr>
          <w:lang w:val="sl-SI"/>
        </w:rPr>
        <w:t>?</w:t>
      </w:r>
    </w:p>
    <w:p w14:paraId="000D8F5F" w14:textId="1C24A19B" w:rsidR="00F94C82" w:rsidRPr="00B40033" w:rsidRDefault="00911973" w:rsidP="008F0A8F">
      <w:pPr>
        <w:pStyle w:val="Oznaenseznam"/>
        <w:jc w:val="both"/>
        <w:rPr>
          <w:lang w:val="sl-SI"/>
        </w:rPr>
      </w:pPr>
      <w:r w:rsidRPr="00B40033">
        <w:rPr>
          <w:lang w:val="sl-SI"/>
        </w:rPr>
        <w:t xml:space="preserve">Kje v življenju ravnam </w:t>
      </w:r>
      <w:r w:rsidR="00670ABA" w:rsidRPr="00B40033">
        <w:rPr>
          <w:lang w:val="sl-SI"/>
        </w:rPr>
        <w:t xml:space="preserve">v nasprotju s svojo najpomembnejšo vrednoto, čeprav jo globoko </w:t>
      </w:r>
      <w:r w:rsidR="001138D1" w:rsidRPr="00B40033">
        <w:rPr>
          <w:lang w:val="sl-SI"/>
        </w:rPr>
        <w:t>cenim</w:t>
      </w:r>
      <w:r w:rsidRPr="00B40033">
        <w:rPr>
          <w:lang w:val="sl-SI"/>
        </w:rPr>
        <w:t>?</w:t>
      </w:r>
    </w:p>
    <w:p w14:paraId="2341E89C" w14:textId="77777777" w:rsidR="00F94C82" w:rsidRPr="00B40033" w:rsidRDefault="00911973">
      <w:pPr>
        <w:pStyle w:val="Naslov2"/>
        <w:rPr>
          <w:lang w:val="sl-SI"/>
        </w:rPr>
      </w:pPr>
      <w:r w:rsidRPr="00B40033">
        <w:rPr>
          <w:lang w:val="sl-SI"/>
        </w:rPr>
        <w:t>3.6 Majhna akcija</w:t>
      </w:r>
    </w:p>
    <w:p w14:paraId="32856BE3" w14:textId="3AA640A0" w:rsidR="00F94C82" w:rsidRPr="00B40033" w:rsidRDefault="00911973" w:rsidP="008F0A8F">
      <w:pPr>
        <w:jc w:val="both"/>
        <w:rPr>
          <w:lang w:val="sl-SI"/>
        </w:rPr>
      </w:pPr>
      <w:r w:rsidRPr="00B40033">
        <w:rPr>
          <w:lang w:val="sl-SI"/>
        </w:rPr>
        <w:t xml:space="preserve">Izberi dan v tem tednu, ko boš eno </w:t>
      </w:r>
      <w:r w:rsidR="00800C1E" w:rsidRPr="00B40033">
        <w:rPr>
          <w:lang w:val="sl-SI"/>
        </w:rPr>
        <w:t>od svojih najpomembnejših vrednot</w:t>
      </w:r>
      <w:r w:rsidRPr="00B40033">
        <w:rPr>
          <w:lang w:val="sl-SI"/>
        </w:rPr>
        <w:t xml:space="preserve"> živel </w:t>
      </w:r>
      <w:r w:rsidRPr="00B40033">
        <w:rPr>
          <w:b/>
          <w:lang w:val="sl-SI"/>
        </w:rPr>
        <w:t>namenoma in opazno</w:t>
      </w:r>
      <w:r w:rsidR="00872310">
        <w:rPr>
          <w:lang w:val="sl-SI"/>
        </w:rPr>
        <w:t>:</w:t>
      </w:r>
      <w:r w:rsidRPr="00B40033">
        <w:rPr>
          <w:lang w:val="sl-SI"/>
        </w:rPr>
        <w:t xml:space="preserve"> tako, da bi tudi </w:t>
      </w:r>
      <w:r w:rsidR="008C5686" w:rsidRPr="00B40033">
        <w:rPr>
          <w:lang w:val="sl-SI"/>
        </w:rPr>
        <w:t xml:space="preserve">nepristranski </w:t>
      </w:r>
      <w:r w:rsidRPr="00B40033">
        <w:rPr>
          <w:lang w:val="sl-SI"/>
        </w:rPr>
        <w:t>opazovalec rekel: »To je bila njegova/njena vrednota v dejanju.«</w:t>
      </w:r>
    </w:p>
    <w:p w14:paraId="4388A1F5" w14:textId="77777777" w:rsidR="00F94C82" w:rsidRPr="00B40033" w:rsidRDefault="00911973">
      <w:pPr>
        <w:pStyle w:val="Naslov1"/>
        <w:pBdr>
          <w:bottom w:val="single" w:sz="8" w:space="9" w:color="EBC5A7"/>
        </w:pBdr>
        <w:rPr>
          <w:lang w:val="sl-SI"/>
        </w:rPr>
      </w:pPr>
      <w:r w:rsidRPr="00B40033">
        <w:rPr>
          <w:lang w:val="sl-SI"/>
        </w:rPr>
        <w:lastRenderedPageBreak/>
        <w:t>4. Telesna zavest</w:t>
      </w:r>
    </w:p>
    <w:p w14:paraId="6BB9FA36" w14:textId="77777777" w:rsidR="00F94C82" w:rsidRPr="00B40033" w:rsidRDefault="00911973">
      <w:pPr>
        <w:pStyle w:val="Naslov2"/>
        <w:rPr>
          <w:lang w:val="sl-SI"/>
        </w:rPr>
      </w:pPr>
      <w:r w:rsidRPr="00B40033">
        <w:rPr>
          <w:lang w:val="sl-SI"/>
        </w:rPr>
        <w:t>4.1 Razlaga</w:t>
      </w:r>
    </w:p>
    <w:p w14:paraId="58C0CB06" w14:textId="51DB2347" w:rsidR="00F94C82" w:rsidRPr="00B40033" w:rsidRDefault="00911973" w:rsidP="008F0A8F">
      <w:pPr>
        <w:jc w:val="both"/>
        <w:rPr>
          <w:lang w:val="sl-SI"/>
        </w:rPr>
      </w:pPr>
      <w:r w:rsidRPr="00B40033">
        <w:rPr>
          <w:lang w:val="sl-SI"/>
        </w:rPr>
        <w:t xml:space="preserve">Vsako čustvo lahko spremljajo telesni občutki: pospešen srčni utrip, stisnjena čeljust, hlad v trebuhu, težka prsa, vročina v obrazu. </w:t>
      </w:r>
      <w:proofErr w:type="spellStart"/>
      <w:r w:rsidRPr="00B40033">
        <w:rPr>
          <w:lang w:val="sl-SI"/>
        </w:rPr>
        <w:t>Interocepcija</w:t>
      </w:r>
      <w:proofErr w:type="spellEnd"/>
      <w:r w:rsidRPr="00B40033">
        <w:rPr>
          <w:lang w:val="sl-SI"/>
        </w:rPr>
        <w:t xml:space="preserve"> pomeni zaznavanje notranjih telesnih signalov (občutek položaja</w:t>
      </w:r>
      <w:r w:rsidR="006F7DE2" w:rsidRPr="00B40033">
        <w:rPr>
          <w:lang w:val="sl-SI"/>
        </w:rPr>
        <w:t xml:space="preserve"> lastnega</w:t>
      </w:r>
      <w:r w:rsidRPr="00B40033">
        <w:rPr>
          <w:lang w:val="sl-SI"/>
        </w:rPr>
        <w:t xml:space="preserve"> telesa pa imenujemo </w:t>
      </w:r>
      <w:proofErr w:type="spellStart"/>
      <w:r w:rsidRPr="00B40033">
        <w:rPr>
          <w:lang w:val="sl-SI"/>
        </w:rPr>
        <w:t>propriocepcija</w:t>
      </w:r>
      <w:proofErr w:type="spellEnd"/>
      <w:r w:rsidRPr="00B40033">
        <w:rPr>
          <w:lang w:val="sl-SI"/>
        </w:rPr>
        <w:t xml:space="preserve">). Raziskave </w:t>
      </w:r>
      <w:proofErr w:type="spellStart"/>
      <w:r w:rsidRPr="00B40033">
        <w:rPr>
          <w:lang w:val="sl-SI"/>
        </w:rPr>
        <w:t>interocepcijo</w:t>
      </w:r>
      <w:proofErr w:type="spellEnd"/>
      <w:r w:rsidRPr="00B40033">
        <w:rPr>
          <w:lang w:val="sl-SI"/>
        </w:rPr>
        <w:t xml:space="preserve"> povezujejo z uravnavanjem čustev, vendar </w:t>
      </w:r>
      <w:r w:rsidR="007869FA" w:rsidRPr="00B40033">
        <w:rPr>
          <w:lang w:val="sl-SI"/>
        </w:rPr>
        <w:t xml:space="preserve">zgolj usmerjanje večje </w:t>
      </w:r>
      <w:r w:rsidRPr="00B40033">
        <w:rPr>
          <w:lang w:val="sl-SI"/>
        </w:rPr>
        <w:t xml:space="preserve">pozornosti telesu ni zagotovilo za manjšo stisko </w:t>
      </w:r>
      <w:hyperlink r:id="rId15">
        <w:r w:rsidR="00F94C82" w:rsidRPr="00B40033">
          <w:rPr>
            <w:color w:val="01696F"/>
            <w:u w:val="single"/>
            <w:lang w:val="sl-SI"/>
          </w:rPr>
          <w:t>(</w:t>
        </w:r>
        <w:proofErr w:type="spellStart"/>
        <w:r w:rsidR="00F94C82" w:rsidRPr="00B40033">
          <w:rPr>
            <w:color w:val="01696F"/>
            <w:u w:val="single"/>
            <w:lang w:val="sl-SI"/>
          </w:rPr>
          <w:t>Price</w:t>
        </w:r>
        <w:proofErr w:type="spellEnd"/>
        <w:r w:rsidR="00F94C82" w:rsidRPr="00B40033">
          <w:rPr>
            <w:color w:val="01696F"/>
            <w:u w:val="single"/>
            <w:lang w:val="sl-SI"/>
          </w:rPr>
          <w:t xml:space="preserve"> in </w:t>
        </w:r>
        <w:proofErr w:type="spellStart"/>
        <w:r w:rsidR="00F94C82" w:rsidRPr="00B40033">
          <w:rPr>
            <w:color w:val="01696F"/>
            <w:u w:val="single"/>
            <w:lang w:val="sl-SI"/>
          </w:rPr>
          <w:t>Hooven</w:t>
        </w:r>
        <w:proofErr w:type="spellEnd"/>
        <w:r w:rsidR="00F94C82" w:rsidRPr="00B40033">
          <w:rPr>
            <w:color w:val="01696F"/>
            <w:u w:val="single"/>
            <w:lang w:val="sl-SI"/>
          </w:rPr>
          <w:t>, 2018)</w:t>
        </w:r>
      </w:hyperlink>
      <w:r w:rsidRPr="00B40033">
        <w:rPr>
          <w:lang w:val="sl-SI"/>
        </w:rPr>
        <w:t>. Telesna zavest je zato za čustveno suverenost pomembna iz dveh razlogov:</w:t>
      </w:r>
    </w:p>
    <w:p w14:paraId="7739841C" w14:textId="2BC86779" w:rsidR="00F94C82" w:rsidRPr="00B40033" w:rsidRDefault="00911973" w:rsidP="008F0A8F">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Je vhodna točka za uravnavanje.</w:t>
      </w:r>
      <w:r w:rsidRPr="00B40033">
        <w:rPr>
          <w:lang w:val="sl-SI"/>
        </w:rPr>
        <w:t xml:space="preserve"> Dih, drža in mišična napetost so spremenljivi</w:t>
      </w:r>
      <w:r w:rsidR="00872310">
        <w:rPr>
          <w:lang w:val="sl-SI"/>
        </w:rPr>
        <w:t>,</w:t>
      </w:r>
      <w:r w:rsidRPr="00B40033">
        <w:rPr>
          <w:lang w:val="sl-SI"/>
        </w:rPr>
        <w:t xml:space="preserve"> skozi njih </w:t>
      </w:r>
      <w:r w:rsidR="001A474D" w:rsidRPr="00B40033">
        <w:rPr>
          <w:lang w:val="sl-SI"/>
        </w:rPr>
        <w:t xml:space="preserve">lahko </w:t>
      </w:r>
      <w:r w:rsidRPr="00B40033">
        <w:rPr>
          <w:lang w:val="sl-SI"/>
        </w:rPr>
        <w:t xml:space="preserve">na </w:t>
      </w:r>
      <w:r w:rsidR="001A474D" w:rsidRPr="00B40033">
        <w:rPr>
          <w:lang w:val="sl-SI"/>
        </w:rPr>
        <w:t xml:space="preserve">svoje </w:t>
      </w:r>
      <w:r w:rsidRPr="00B40033">
        <w:rPr>
          <w:lang w:val="sl-SI"/>
        </w:rPr>
        <w:t xml:space="preserve">čustveno stanje </w:t>
      </w:r>
      <w:r w:rsidR="001A474D" w:rsidRPr="00B40033">
        <w:rPr>
          <w:lang w:val="sl-SI"/>
        </w:rPr>
        <w:t xml:space="preserve">vplivamo </w:t>
      </w:r>
      <w:r w:rsidRPr="00B40033">
        <w:rPr>
          <w:lang w:val="sl-SI"/>
        </w:rPr>
        <w:t>od spodaj navzgor.</w:t>
      </w:r>
    </w:p>
    <w:p w14:paraId="748E2BB1" w14:textId="5B150A0E" w:rsidR="00F94C82" w:rsidRPr="00B40033" w:rsidRDefault="00911973" w:rsidP="008F0A8F">
      <w:pPr>
        <w:tabs>
          <w:tab w:val="left" w:pos="425"/>
        </w:tabs>
        <w:spacing w:after="60"/>
        <w:ind w:left="425" w:hanging="425"/>
        <w:jc w:val="both"/>
        <w:rPr>
          <w:lang w:val="sl-SI"/>
        </w:rPr>
      </w:pPr>
      <w:r w:rsidRPr="00B40033">
        <w:rPr>
          <w:lang w:val="sl-SI"/>
        </w:rPr>
        <w:t>2.</w:t>
      </w:r>
      <w:r w:rsidRPr="00B40033">
        <w:rPr>
          <w:lang w:val="sl-SI"/>
        </w:rPr>
        <w:tab/>
      </w:r>
      <w:r w:rsidR="001A474D" w:rsidRPr="00B40033">
        <w:rPr>
          <w:b/>
          <w:lang w:val="sl-SI"/>
        </w:rPr>
        <w:t>Omogoča r</w:t>
      </w:r>
      <w:r w:rsidRPr="00B40033">
        <w:rPr>
          <w:b/>
          <w:lang w:val="sl-SI"/>
        </w:rPr>
        <w:t>azlikovanje med občutkom in tolmačenjem.</w:t>
      </w:r>
      <w:r w:rsidRPr="00B40033">
        <w:rPr>
          <w:lang w:val="sl-SI"/>
        </w:rPr>
        <w:t xml:space="preserve"> »Tesno v prsih« je </w:t>
      </w:r>
      <w:r w:rsidR="002A563B" w:rsidRPr="00B40033">
        <w:rPr>
          <w:lang w:val="sl-SI"/>
        </w:rPr>
        <w:t>telesni občutek</w:t>
      </w:r>
      <w:r w:rsidRPr="00B40033">
        <w:rPr>
          <w:lang w:val="sl-SI"/>
        </w:rPr>
        <w:t xml:space="preserve">; »zato, ker me zapušča« </w:t>
      </w:r>
      <w:r w:rsidR="000401DD" w:rsidRPr="00B40033">
        <w:rPr>
          <w:lang w:val="sl-SI"/>
        </w:rPr>
        <w:t xml:space="preserve">pa </w:t>
      </w:r>
      <w:r w:rsidRPr="00B40033">
        <w:rPr>
          <w:lang w:val="sl-SI"/>
        </w:rPr>
        <w:t xml:space="preserve">je </w:t>
      </w:r>
      <w:r w:rsidR="000401DD" w:rsidRPr="00B40033">
        <w:rPr>
          <w:lang w:val="sl-SI"/>
        </w:rPr>
        <w:t xml:space="preserve">naša </w:t>
      </w:r>
      <w:r w:rsidRPr="00B40033">
        <w:rPr>
          <w:lang w:val="sl-SI"/>
        </w:rPr>
        <w:t xml:space="preserve">interpretacija. Suverenost se začne točno tu: </w:t>
      </w:r>
      <w:r w:rsidR="009C1890" w:rsidRPr="00B40033">
        <w:rPr>
          <w:lang w:val="sl-SI"/>
        </w:rPr>
        <w:t>v sposobnosti, da ločimo to</w:t>
      </w:r>
      <w:r w:rsidRPr="00B40033">
        <w:rPr>
          <w:lang w:val="sl-SI"/>
        </w:rPr>
        <w:t xml:space="preserve">, </w:t>
      </w:r>
      <w:r w:rsidR="009C1890" w:rsidRPr="00B40033">
        <w:rPr>
          <w:lang w:val="sl-SI"/>
        </w:rPr>
        <w:t xml:space="preserve">kar </w:t>
      </w:r>
      <w:r w:rsidRPr="00B40033">
        <w:rPr>
          <w:lang w:val="sl-SI"/>
        </w:rPr>
        <w:t xml:space="preserve">telo poroča, od </w:t>
      </w:r>
      <w:r w:rsidR="00011131" w:rsidRPr="00B40033">
        <w:rPr>
          <w:lang w:val="sl-SI"/>
        </w:rPr>
        <w:t>zgodbe, ki jo tej senzaciji dopišemo sami</w:t>
      </w:r>
      <w:r w:rsidRPr="00B40033">
        <w:rPr>
          <w:lang w:val="sl-SI"/>
        </w:rPr>
        <w:t>.</w:t>
      </w:r>
    </w:p>
    <w:p w14:paraId="0D2F1985" w14:textId="77777777" w:rsidR="00F94C82" w:rsidRPr="00B40033" w:rsidRDefault="00911973">
      <w:pPr>
        <w:pStyle w:val="Naslov2"/>
        <w:rPr>
          <w:lang w:val="sl-SI"/>
        </w:rPr>
      </w:pPr>
      <w:r w:rsidRPr="00B40033">
        <w:rPr>
          <w:lang w:val="sl-SI"/>
        </w:rPr>
        <w:t xml:space="preserve">4.2 Vaja: trije načini </w:t>
      </w:r>
      <w:proofErr w:type="spellStart"/>
      <w:r w:rsidRPr="00B40033">
        <w:rPr>
          <w:lang w:val="sl-SI"/>
        </w:rPr>
        <w:t>prizemljitve</w:t>
      </w:r>
      <w:proofErr w:type="spellEnd"/>
      <w:r w:rsidRPr="00B40033">
        <w:rPr>
          <w:lang w:val="sl-SI"/>
        </w:rPr>
        <w:t xml:space="preserve"> (2–5 minut)</w:t>
      </w:r>
    </w:p>
    <w:p w14:paraId="62F2AC4D" w14:textId="1795D59A" w:rsidR="00F94C82" w:rsidRPr="00B40033" w:rsidRDefault="00911973" w:rsidP="008F0A8F">
      <w:pPr>
        <w:jc w:val="both"/>
        <w:rPr>
          <w:lang w:val="sl-SI"/>
        </w:rPr>
      </w:pPr>
      <w:proofErr w:type="spellStart"/>
      <w:r w:rsidRPr="00B40033">
        <w:rPr>
          <w:lang w:val="sl-SI"/>
        </w:rPr>
        <w:t>Prizemljitev</w:t>
      </w:r>
      <w:proofErr w:type="spellEnd"/>
      <w:r w:rsidRPr="00B40033">
        <w:rPr>
          <w:lang w:val="sl-SI"/>
        </w:rPr>
        <w:t xml:space="preserve"> je vaja prve pomoči: usmerja pozornost v zunanje, trenutno</w:t>
      </w:r>
      <w:r w:rsidR="00E574F1" w:rsidRPr="00B40033">
        <w:rPr>
          <w:lang w:val="sl-SI"/>
        </w:rPr>
        <w:t xml:space="preserve"> in</w:t>
      </w:r>
      <w:r w:rsidRPr="00B40033">
        <w:rPr>
          <w:lang w:val="sl-SI"/>
        </w:rPr>
        <w:t xml:space="preserve"> oprijemljivo</w:t>
      </w:r>
      <w:r w:rsidR="00C12950" w:rsidRPr="00B40033">
        <w:rPr>
          <w:lang w:val="sl-SI"/>
        </w:rPr>
        <w:t>,</w:t>
      </w:r>
      <w:r w:rsidRPr="00B40033">
        <w:rPr>
          <w:lang w:val="sl-SI"/>
        </w:rPr>
        <w:t xml:space="preserve"> s čimer umirja živčni sistem, ne da bi </w:t>
      </w:r>
      <w:r w:rsidR="0067247A" w:rsidRPr="00B40033">
        <w:rPr>
          <w:lang w:val="sl-SI"/>
        </w:rPr>
        <w:t xml:space="preserve">vam bilo treba </w:t>
      </w:r>
      <w:r w:rsidRPr="00B40033">
        <w:rPr>
          <w:lang w:val="sl-SI"/>
        </w:rPr>
        <w:t>karkoli »reševati«.</w:t>
      </w:r>
    </w:p>
    <w:p w14:paraId="50BDDB25" w14:textId="6A302233" w:rsidR="00FD2F3C" w:rsidRPr="00B40033" w:rsidRDefault="00911973" w:rsidP="008F0A8F">
      <w:pPr>
        <w:jc w:val="both"/>
        <w:rPr>
          <w:lang w:val="sl-SI"/>
        </w:rPr>
      </w:pPr>
      <w:r w:rsidRPr="00B40033">
        <w:rPr>
          <w:b/>
          <w:lang w:val="sl-SI"/>
        </w:rPr>
        <w:t xml:space="preserve">A. </w:t>
      </w:r>
      <w:r w:rsidR="00164793" w:rsidRPr="00B40033">
        <w:rPr>
          <w:b/>
          <w:lang w:val="sl-SI"/>
        </w:rPr>
        <w:t xml:space="preserve">Tehnika </w:t>
      </w:r>
      <w:r w:rsidRPr="00B40033">
        <w:rPr>
          <w:b/>
          <w:lang w:val="sl-SI"/>
        </w:rPr>
        <w:t>5–4–3–2–1 (</w:t>
      </w:r>
      <w:r w:rsidR="00164793" w:rsidRPr="00B40033">
        <w:rPr>
          <w:b/>
          <w:lang w:val="sl-SI"/>
        </w:rPr>
        <w:t>klasična</w:t>
      </w:r>
      <w:r w:rsidRPr="00B40033">
        <w:rPr>
          <w:b/>
          <w:lang w:val="sl-SI"/>
        </w:rPr>
        <w:t>)</w:t>
      </w:r>
      <w:r w:rsidR="00FD2F3C" w:rsidRPr="00B40033">
        <w:rPr>
          <w:lang w:val="sl-SI"/>
        </w:rPr>
        <w:t xml:space="preserve"> </w:t>
      </w:r>
    </w:p>
    <w:p w14:paraId="12C8ED87" w14:textId="4BBB415F" w:rsidR="00F94C82" w:rsidRPr="00B40033" w:rsidRDefault="008E1409" w:rsidP="008F0A8F">
      <w:pPr>
        <w:jc w:val="both"/>
        <w:rPr>
          <w:lang w:val="sl-SI"/>
        </w:rPr>
      </w:pPr>
      <w:r w:rsidRPr="00B40033">
        <w:rPr>
          <w:lang w:val="sl-SI"/>
        </w:rPr>
        <w:t>V prostoru okoli sebe p</w:t>
      </w:r>
      <w:r w:rsidR="00FD2F3C" w:rsidRPr="00B40033">
        <w:rPr>
          <w:lang w:val="sl-SI"/>
        </w:rPr>
        <w:t>oišči in poimenuj:</w:t>
      </w:r>
    </w:p>
    <w:p w14:paraId="414D0891" w14:textId="539CF3A4" w:rsidR="00F94C82" w:rsidRPr="00B40033" w:rsidRDefault="00911973" w:rsidP="008F0A8F">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5 stvari, ki jih vidiš</w:t>
      </w:r>
      <w:r w:rsidRPr="00B40033">
        <w:rPr>
          <w:lang w:val="sl-SI"/>
        </w:rPr>
        <w:t xml:space="preserve"> (brez vrednotenja: »rjav rob mize, utripajoča luč …«).</w:t>
      </w:r>
    </w:p>
    <w:p w14:paraId="434E892E" w14:textId="473BB0BF" w:rsidR="00F94C82" w:rsidRPr="00B40033" w:rsidRDefault="00911973" w:rsidP="008F0A8F">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4 stvari, ki jih slišiš</w:t>
      </w:r>
      <w:r w:rsidRPr="00B40033">
        <w:rPr>
          <w:lang w:val="sl-SI"/>
        </w:rPr>
        <w:t xml:space="preserve"> (tudi tišina šteje).</w:t>
      </w:r>
    </w:p>
    <w:p w14:paraId="36F16FC5" w14:textId="57F864E1" w:rsidR="00F94C82" w:rsidRPr="00B40033" w:rsidRDefault="00911973" w:rsidP="008F0A8F">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3 stvari, ki se jih lahko dotakneš</w:t>
      </w:r>
      <w:r w:rsidRPr="00B40033">
        <w:rPr>
          <w:lang w:val="sl-SI"/>
        </w:rPr>
        <w:t xml:space="preserve"> </w:t>
      </w:r>
      <w:r w:rsidR="00092E7B" w:rsidRPr="00B40033">
        <w:rPr>
          <w:lang w:val="sl-SI"/>
        </w:rPr>
        <w:t>(</w:t>
      </w:r>
      <w:r w:rsidRPr="00B40033">
        <w:rPr>
          <w:lang w:val="sl-SI"/>
        </w:rPr>
        <w:t xml:space="preserve">in </w:t>
      </w:r>
      <w:r w:rsidR="008435C0" w:rsidRPr="00B40033">
        <w:rPr>
          <w:lang w:val="sl-SI"/>
        </w:rPr>
        <w:t xml:space="preserve">se jih </w:t>
      </w:r>
      <w:r w:rsidR="008B0AB1" w:rsidRPr="00B40033">
        <w:rPr>
          <w:lang w:val="sl-SI"/>
        </w:rPr>
        <w:t xml:space="preserve">resnično </w:t>
      </w:r>
      <w:r w:rsidRPr="00B40033">
        <w:rPr>
          <w:lang w:val="sl-SI"/>
        </w:rPr>
        <w:t xml:space="preserve">dotakni: </w:t>
      </w:r>
      <w:r w:rsidRPr="00D4358E">
        <w:rPr>
          <w:lang w:val="sl-SI"/>
        </w:rPr>
        <w:t>občutek podplatov</w:t>
      </w:r>
      <w:r w:rsidR="00092E7B" w:rsidRPr="00D4358E">
        <w:rPr>
          <w:lang w:val="sl-SI"/>
        </w:rPr>
        <w:t xml:space="preserve"> na tleh</w:t>
      </w:r>
      <w:r w:rsidRPr="00D4358E">
        <w:rPr>
          <w:lang w:val="sl-SI"/>
        </w:rPr>
        <w:t>,</w:t>
      </w:r>
      <w:r w:rsidRPr="00B40033">
        <w:rPr>
          <w:lang w:val="sl-SI"/>
        </w:rPr>
        <w:t xml:space="preserve"> tekstura puloverja</w:t>
      </w:r>
      <w:r w:rsidR="00092E7B" w:rsidRPr="00B40033">
        <w:rPr>
          <w:lang w:val="sl-SI"/>
        </w:rPr>
        <w:t>)</w:t>
      </w:r>
      <w:r w:rsidRPr="00B40033">
        <w:rPr>
          <w:lang w:val="sl-SI"/>
        </w:rPr>
        <w:t>.</w:t>
      </w:r>
    </w:p>
    <w:p w14:paraId="6759AC09" w14:textId="6F42EF3E" w:rsidR="00F94C82" w:rsidRPr="00B40033" w:rsidRDefault="00911973" w:rsidP="008F0A8F">
      <w:pPr>
        <w:tabs>
          <w:tab w:val="left" w:pos="425"/>
        </w:tabs>
        <w:spacing w:after="60"/>
        <w:ind w:left="425" w:hanging="425"/>
        <w:jc w:val="both"/>
        <w:rPr>
          <w:lang w:val="sl-SI"/>
        </w:rPr>
      </w:pPr>
      <w:r w:rsidRPr="00B40033">
        <w:rPr>
          <w:lang w:val="sl-SI"/>
        </w:rPr>
        <w:t>4.</w:t>
      </w:r>
      <w:r w:rsidRPr="00B40033">
        <w:rPr>
          <w:lang w:val="sl-SI"/>
        </w:rPr>
        <w:tab/>
      </w:r>
      <w:r w:rsidRPr="00B40033">
        <w:rPr>
          <w:b/>
          <w:lang w:val="sl-SI"/>
        </w:rPr>
        <w:t>2 stvari, ki jih vonjaš</w:t>
      </w:r>
      <w:r w:rsidRPr="00B40033">
        <w:rPr>
          <w:lang w:val="sl-SI"/>
        </w:rPr>
        <w:t xml:space="preserve"> (ali </w:t>
      </w:r>
      <w:r w:rsidR="00722538" w:rsidRPr="00B40033">
        <w:rPr>
          <w:lang w:val="sl-SI"/>
        </w:rPr>
        <w:t xml:space="preserve">naredi dva </w:t>
      </w:r>
      <w:r w:rsidRPr="00B40033">
        <w:rPr>
          <w:lang w:val="sl-SI"/>
        </w:rPr>
        <w:t>vdiha z zavedanjem zraka).</w:t>
      </w:r>
    </w:p>
    <w:p w14:paraId="7629BC71" w14:textId="75E0FFC0" w:rsidR="00F94C82" w:rsidRPr="00B40033" w:rsidRDefault="00911973" w:rsidP="008F0A8F">
      <w:pPr>
        <w:tabs>
          <w:tab w:val="left" w:pos="425"/>
        </w:tabs>
        <w:spacing w:after="60"/>
        <w:ind w:left="425" w:hanging="425"/>
        <w:jc w:val="both"/>
        <w:rPr>
          <w:lang w:val="sl-SI"/>
        </w:rPr>
      </w:pPr>
      <w:r w:rsidRPr="00B40033">
        <w:rPr>
          <w:lang w:val="sl-SI"/>
        </w:rPr>
        <w:t>5.</w:t>
      </w:r>
      <w:r w:rsidRPr="00B40033">
        <w:rPr>
          <w:lang w:val="sl-SI"/>
        </w:rPr>
        <w:tab/>
      </w:r>
      <w:r w:rsidRPr="00B40033">
        <w:rPr>
          <w:b/>
          <w:lang w:val="sl-SI"/>
        </w:rPr>
        <w:t>1 stvar, ki jo okusiš</w:t>
      </w:r>
      <w:r w:rsidRPr="00B40033">
        <w:rPr>
          <w:lang w:val="sl-SI"/>
        </w:rPr>
        <w:t xml:space="preserve"> </w:t>
      </w:r>
      <w:r w:rsidR="00722538" w:rsidRPr="00B40033">
        <w:rPr>
          <w:lang w:val="sl-SI"/>
        </w:rPr>
        <w:t>(</w:t>
      </w:r>
      <w:r w:rsidRPr="00B40033">
        <w:rPr>
          <w:lang w:val="sl-SI"/>
        </w:rPr>
        <w:t xml:space="preserve">ali </w:t>
      </w:r>
      <w:r w:rsidR="0095708C" w:rsidRPr="00B40033">
        <w:rPr>
          <w:lang w:val="sl-SI"/>
        </w:rPr>
        <w:t xml:space="preserve">naredi en </w:t>
      </w:r>
      <w:r w:rsidRPr="00B40033">
        <w:rPr>
          <w:lang w:val="sl-SI"/>
        </w:rPr>
        <w:t>počasen, dolg izdih</w:t>
      </w:r>
      <w:r w:rsidR="0095708C" w:rsidRPr="00B40033">
        <w:rPr>
          <w:lang w:val="sl-SI"/>
        </w:rPr>
        <w:t>)</w:t>
      </w:r>
      <w:r w:rsidRPr="00B40033">
        <w:rPr>
          <w:lang w:val="sl-SI"/>
        </w:rPr>
        <w:t>.</w:t>
      </w:r>
    </w:p>
    <w:p w14:paraId="3A2F3FD3" w14:textId="479CC138" w:rsidR="00F94C82" w:rsidRPr="00B40033" w:rsidRDefault="00911973" w:rsidP="008F0A8F">
      <w:pPr>
        <w:jc w:val="both"/>
        <w:rPr>
          <w:lang w:val="sl-SI"/>
        </w:rPr>
      </w:pPr>
      <w:r w:rsidRPr="00B40033">
        <w:rPr>
          <w:b/>
          <w:lang w:val="sl-SI"/>
        </w:rPr>
        <w:t>B. Stopala in teža (1 minuta, diskretno</w:t>
      </w:r>
      <w:r w:rsidR="00054C25">
        <w:rPr>
          <w:b/>
          <w:lang w:val="sl-SI"/>
        </w:rPr>
        <w:t xml:space="preserve">: </w:t>
      </w:r>
      <w:r w:rsidRPr="00B40033">
        <w:rPr>
          <w:b/>
          <w:lang w:val="sl-SI"/>
        </w:rPr>
        <w:t xml:space="preserve"> uporabno</w:t>
      </w:r>
      <w:r w:rsidR="00054C25">
        <w:rPr>
          <w:b/>
          <w:lang w:val="sl-SI"/>
        </w:rPr>
        <w:t xml:space="preserve"> lahko</w:t>
      </w:r>
      <w:r w:rsidRPr="00B40033">
        <w:rPr>
          <w:b/>
          <w:lang w:val="sl-SI"/>
        </w:rPr>
        <w:t xml:space="preserve"> tudi v javnosti)</w:t>
      </w:r>
    </w:p>
    <w:p w14:paraId="41B05665" w14:textId="0A95A00C" w:rsidR="00F94C82" w:rsidRPr="00B40033" w:rsidRDefault="00911973" w:rsidP="008F0A8F">
      <w:pPr>
        <w:jc w:val="both"/>
        <w:rPr>
          <w:lang w:val="sl-SI"/>
        </w:rPr>
      </w:pPr>
      <w:r w:rsidRPr="00B40033">
        <w:rPr>
          <w:lang w:val="sl-SI"/>
        </w:rPr>
        <w:t>Pozornost usmeri v podplate. Občuti, kje</w:t>
      </w:r>
      <w:r w:rsidR="00716226" w:rsidRPr="00B40033">
        <w:rPr>
          <w:lang w:val="sl-SI"/>
        </w:rPr>
        <w:t xml:space="preserve"> vse</w:t>
      </w:r>
      <w:r w:rsidRPr="00B40033">
        <w:rPr>
          <w:lang w:val="sl-SI"/>
        </w:rPr>
        <w:t xml:space="preserve"> se stopalo dotika tal: peto, blazinice, prste. </w:t>
      </w:r>
      <w:r w:rsidR="003C2EB6" w:rsidRPr="00B40033">
        <w:rPr>
          <w:lang w:val="sl-SI"/>
        </w:rPr>
        <w:t xml:space="preserve">Naredi tri vdihe in </w:t>
      </w:r>
      <w:r w:rsidRPr="00B40033">
        <w:rPr>
          <w:lang w:val="sl-SI"/>
        </w:rPr>
        <w:t xml:space="preserve">ob vsakem </w:t>
      </w:r>
      <w:r w:rsidR="00B826AD" w:rsidRPr="00B40033">
        <w:rPr>
          <w:lang w:val="sl-SI"/>
        </w:rPr>
        <w:t>izmed njih v mislih ponovi</w:t>
      </w:r>
      <w:r w:rsidRPr="00B40033">
        <w:rPr>
          <w:lang w:val="sl-SI"/>
        </w:rPr>
        <w:t>: »Tukaj sem. Ta tla me nosijo.«</w:t>
      </w:r>
    </w:p>
    <w:p w14:paraId="24EF4B3E" w14:textId="77777777" w:rsidR="00F94C82" w:rsidRPr="00B40033" w:rsidRDefault="00911973" w:rsidP="008F0A8F">
      <w:pPr>
        <w:jc w:val="both"/>
        <w:rPr>
          <w:lang w:val="sl-SI"/>
        </w:rPr>
      </w:pPr>
      <w:r w:rsidRPr="00B40033">
        <w:rPr>
          <w:b/>
          <w:lang w:val="sl-SI"/>
        </w:rPr>
        <w:t>C. Hladna točka</w:t>
      </w:r>
    </w:p>
    <w:p w14:paraId="0B26483E" w14:textId="710D5E93" w:rsidR="00F94C82" w:rsidRPr="00B40033" w:rsidRDefault="00444DDD" w:rsidP="008F0A8F">
      <w:pPr>
        <w:jc w:val="both"/>
        <w:rPr>
          <w:lang w:val="sl-SI"/>
        </w:rPr>
      </w:pPr>
      <w:r w:rsidRPr="00B40033">
        <w:rPr>
          <w:lang w:val="sl-SI"/>
        </w:rPr>
        <w:t>Na telesu poišči</w:t>
      </w:r>
      <w:r w:rsidR="00911973" w:rsidRPr="00B40033">
        <w:rPr>
          <w:lang w:val="sl-SI"/>
        </w:rPr>
        <w:t xml:space="preserve"> eno fizično točko, kjer je občutek drugačen: hlad na zapestju, zunanji zrak na obrazu, </w:t>
      </w:r>
      <w:r w:rsidR="002C67AA" w:rsidRPr="00B40033">
        <w:rPr>
          <w:lang w:val="sl-SI"/>
        </w:rPr>
        <w:t xml:space="preserve">prsti </w:t>
      </w:r>
      <w:r w:rsidR="00911973" w:rsidRPr="00B40033">
        <w:rPr>
          <w:lang w:val="sl-SI"/>
        </w:rPr>
        <w:t xml:space="preserve">na hladni skodelici. </w:t>
      </w:r>
      <w:r w:rsidR="00E86CAC" w:rsidRPr="00B40033">
        <w:rPr>
          <w:lang w:val="sl-SI"/>
        </w:rPr>
        <w:t>Svojo pozornost zadrži na tej točki naslednjih deset vdihov</w:t>
      </w:r>
      <w:r w:rsidR="00911973" w:rsidRPr="00B40033">
        <w:rPr>
          <w:lang w:val="sl-SI"/>
        </w:rPr>
        <w:t>.</w:t>
      </w:r>
    </w:p>
    <w:p w14:paraId="56AE2746" w14:textId="28F22A62" w:rsidR="00F94C82" w:rsidRPr="00B40033" w:rsidRDefault="00911973" w:rsidP="008F0A8F">
      <w:pPr>
        <w:jc w:val="both"/>
        <w:rPr>
          <w:lang w:val="sl-SI"/>
        </w:rPr>
      </w:pPr>
      <w:r w:rsidRPr="00B40033">
        <w:rPr>
          <w:lang w:val="sl-SI"/>
        </w:rPr>
        <w:t xml:space="preserve">Vse tri </w:t>
      </w:r>
      <w:r w:rsidR="003B7C22" w:rsidRPr="00B40033">
        <w:rPr>
          <w:lang w:val="sl-SI"/>
        </w:rPr>
        <w:t xml:space="preserve">vaje </w:t>
      </w:r>
      <w:r w:rsidRPr="00B40033">
        <w:rPr>
          <w:lang w:val="sl-SI"/>
        </w:rPr>
        <w:t>lahko izvedeš z odprtimi očmi. To ni pomanjkanje discipline</w:t>
      </w:r>
      <w:r w:rsidR="003B7C22" w:rsidRPr="00B40033">
        <w:rPr>
          <w:lang w:val="sl-SI"/>
        </w:rPr>
        <w:t>,</w:t>
      </w:r>
      <w:r w:rsidRPr="00B40033">
        <w:rPr>
          <w:lang w:val="sl-SI"/>
        </w:rPr>
        <w:t xml:space="preserve"> </w:t>
      </w:r>
      <w:r w:rsidR="003B7C22" w:rsidRPr="00B40033">
        <w:rPr>
          <w:lang w:val="sl-SI"/>
        </w:rPr>
        <w:t>temveč</w:t>
      </w:r>
      <w:r w:rsidRPr="00B40033">
        <w:rPr>
          <w:lang w:val="sl-SI"/>
        </w:rPr>
        <w:t xml:space="preserve"> je izbira, ki jo telo ceni.</w:t>
      </w:r>
    </w:p>
    <w:p w14:paraId="72257D78" w14:textId="24F9054B" w:rsidR="00F94C82" w:rsidRPr="00B40033" w:rsidRDefault="00911973">
      <w:pPr>
        <w:pStyle w:val="Naslov2"/>
        <w:rPr>
          <w:lang w:val="sl-SI"/>
        </w:rPr>
      </w:pPr>
      <w:r w:rsidRPr="00B40033">
        <w:rPr>
          <w:lang w:val="sl-SI"/>
        </w:rPr>
        <w:t>4.3 Vaja: hitri pregled telesa (</w:t>
      </w:r>
      <w:proofErr w:type="spellStart"/>
      <w:r w:rsidRPr="00B40033">
        <w:rPr>
          <w:lang w:val="sl-SI"/>
        </w:rPr>
        <w:t>body</w:t>
      </w:r>
      <w:proofErr w:type="spellEnd"/>
      <w:r w:rsidRPr="00B40033">
        <w:rPr>
          <w:lang w:val="sl-SI"/>
        </w:rPr>
        <w:t xml:space="preserve"> scan, 5–10 minut)</w:t>
      </w:r>
    </w:p>
    <w:p w14:paraId="234B6B04" w14:textId="77777777" w:rsidR="00F94C82" w:rsidRPr="00B40033" w:rsidRDefault="00911973">
      <w:pPr>
        <w:rPr>
          <w:lang w:val="sl-SI"/>
        </w:rPr>
      </w:pPr>
      <w:r w:rsidRPr="00B40033">
        <w:rPr>
          <w:b/>
          <w:lang w:val="sl-SI"/>
        </w:rPr>
        <w:t>Navodila:</w:t>
      </w:r>
    </w:p>
    <w:p w14:paraId="1F554D33" w14:textId="6A467A1D" w:rsidR="00F94C82" w:rsidRPr="00B40033" w:rsidRDefault="00911973" w:rsidP="008F0A8F">
      <w:pPr>
        <w:tabs>
          <w:tab w:val="left" w:pos="425"/>
        </w:tabs>
        <w:spacing w:after="60"/>
        <w:ind w:left="425" w:hanging="425"/>
        <w:jc w:val="both"/>
        <w:rPr>
          <w:lang w:val="sl-SI"/>
        </w:rPr>
      </w:pPr>
      <w:r w:rsidRPr="00B40033">
        <w:rPr>
          <w:lang w:val="sl-SI"/>
        </w:rPr>
        <w:t>1.</w:t>
      </w:r>
      <w:r w:rsidRPr="00B40033">
        <w:rPr>
          <w:lang w:val="sl-SI"/>
        </w:rPr>
        <w:tab/>
      </w:r>
      <w:r w:rsidR="00153292" w:rsidRPr="00B40033">
        <w:rPr>
          <w:lang w:val="sl-SI"/>
        </w:rPr>
        <w:t>Udobno se namesti</w:t>
      </w:r>
      <w:r w:rsidR="00D73DC3" w:rsidRPr="00B40033">
        <w:rPr>
          <w:lang w:val="sl-SI"/>
        </w:rPr>
        <w:t>. Lahko sedi</w:t>
      </w:r>
      <w:r w:rsidR="0018305B">
        <w:rPr>
          <w:lang w:val="sl-SI"/>
        </w:rPr>
        <w:t>š</w:t>
      </w:r>
      <w:r w:rsidR="00D73DC3" w:rsidRPr="00B40033">
        <w:rPr>
          <w:lang w:val="sl-SI"/>
        </w:rPr>
        <w:t xml:space="preserve"> ali leži</w:t>
      </w:r>
      <w:r w:rsidR="0018305B">
        <w:rPr>
          <w:lang w:val="sl-SI"/>
        </w:rPr>
        <w:t>š</w:t>
      </w:r>
      <w:r w:rsidR="00D73DC3" w:rsidRPr="00B40033">
        <w:rPr>
          <w:lang w:val="sl-SI"/>
        </w:rPr>
        <w:t>.</w:t>
      </w:r>
      <w:r w:rsidRPr="00B40033">
        <w:rPr>
          <w:lang w:val="sl-SI"/>
        </w:rPr>
        <w:t xml:space="preserve"> </w:t>
      </w:r>
      <w:r w:rsidR="00D73DC3" w:rsidRPr="00B40033">
        <w:rPr>
          <w:lang w:val="sl-SI"/>
        </w:rPr>
        <w:t xml:space="preserve">Oči </w:t>
      </w:r>
      <w:r w:rsidR="00C872BA" w:rsidRPr="00B40033">
        <w:rPr>
          <w:lang w:val="sl-SI"/>
        </w:rPr>
        <w:t xml:space="preserve">so </w:t>
      </w:r>
      <w:r w:rsidRPr="00B40033">
        <w:rPr>
          <w:lang w:val="sl-SI"/>
        </w:rPr>
        <w:t>lahko odprte.</w:t>
      </w:r>
    </w:p>
    <w:p w14:paraId="267F61B7" w14:textId="52A8AE9D" w:rsidR="00F94C82" w:rsidRPr="00B40033" w:rsidRDefault="00911973" w:rsidP="008F0A8F">
      <w:pPr>
        <w:tabs>
          <w:tab w:val="left" w:pos="425"/>
        </w:tabs>
        <w:spacing w:after="60"/>
        <w:ind w:left="425" w:hanging="425"/>
        <w:jc w:val="both"/>
        <w:rPr>
          <w:lang w:val="sl-SI"/>
        </w:rPr>
      </w:pPr>
      <w:r w:rsidRPr="00B40033">
        <w:rPr>
          <w:lang w:val="sl-SI"/>
        </w:rPr>
        <w:t>2.</w:t>
      </w:r>
      <w:r w:rsidRPr="00B40033">
        <w:rPr>
          <w:lang w:val="sl-SI"/>
        </w:rPr>
        <w:tab/>
      </w:r>
      <w:r w:rsidR="0058520E" w:rsidRPr="00B40033">
        <w:rPr>
          <w:lang w:val="sl-SI"/>
        </w:rPr>
        <w:t xml:space="preserve">Trikrat počasi vdihni </w:t>
      </w:r>
      <w:r w:rsidRPr="00B40033">
        <w:rPr>
          <w:lang w:val="sl-SI"/>
        </w:rPr>
        <w:t xml:space="preserve">skozi nos, izdih </w:t>
      </w:r>
      <w:r w:rsidR="0058520E" w:rsidRPr="00B40033">
        <w:rPr>
          <w:lang w:val="sl-SI"/>
        </w:rPr>
        <w:t xml:space="preserve">je daljši </w:t>
      </w:r>
      <w:r w:rsidRPr="00B40033">
        <w:rPr>
          <w:lang w:val="sl-SI"/>
        </w:rPr>
        <w:t>kot vdih (npr. štej do 4 pri vdihu, do 6 pri izdihu). Pazi</w:t>
      </w:r>
      <w:r w:rsidR="00B313AB" w:rsidRPr="00B40033">
        <w:rPr>
          <w:lang w:val="sl-SI"/>
        </w:rPr>
        <w:t>, naj bo</w:t>
      </w:r>
      <w:r w:rsidRPr="00B40033">
        <w:rPr>
          <w:lang w:val="sl-SI"/>
        </w:rPr>
        <w:t xml:space="preserve"> dih udoben, ne »prisiljen globok«</w:t>
      </w:r>
      <w:r w:rsidR="00054C25">
        <w:rPr>
          <w:lang w:val="sl-SI"/>
        </w:rPr>
        <w:t xml:space="preserve">, </w:t>
      </w:r>
      <w:r w:rsidRPr="00B40033">
        <w:rPr>
          <w:lang w:val="sl-SI"/>
        </w:rPr>
        <w:t xml:space="preserve">če </w:t>
      </w:r>
      <w:r w:rsidR="0018305B">
        <w:rPr>
          <w:lang w:val="sl-SI"/>
        </w:rPr>
        <w:t xml:space="preserve">ti </w:t>
      </w:r>
      <w:r w:rsidRPr="00B40033">
        <w:rPr>
          <w:lang w:val="sl-SI"/>
        </w:rPr>
        <w:t xml:space="preserve">globoko dihanje </w:t>
      </w:r>
      <w:r w:rsidR="00B313AB" w:rsidRPr="00B40033">
        <w:rPr>
          <w:lang w:val="sl-SI"/>
        </w:rPr>
        <w:t>povzroča</w:t>
      </w:r>
      <w:r w:rsidR="00BB4363" w:rsidRPr="00B40033">
        <w:rPr>
          <w:lang w:val="sl-SI"/>
        </w:rPr>
        <w:t xml:space="preserve"> kakršnokoli</w:t>
      </w:r>
      <w:r w:rsidR="00B313AB" w:rsidRPr="00B40033">
        <w:rPr>
          <w:lang w:val="sl-SI"/>
        </w:rPr>
        <w:t xml:space="preserve"> </w:t>
      </w:r>
      <w:r w:rsidRPr="00B40033">
        <w:rPr>
          <w:lang w:val="sl-SI"/>
        </w:rPr>
        <w:t xml:space="preserve">nelagodje, se vrni k naravnemu </w:t>
      </w:r>
      <w:r w:rsidR="00A42A6E" w:rsidRPr="00B40033">
        <w:rPr>
          <w:lang w:val="sl-SI"/>
        </w:rPr>
        <w:t xml:space="preserve">dihanju </w:t>
      </w:r>
      <w:r w:rsidRPr="00B40033">
        <w:rPr>
          <w:lang w:val="sl-SI"/>
        </w:rPr>
        <w:t xml:space="preserve">in pozornost usmeri </w:t>
      </w:r>
      <w:r w:rsidR="001D1933" w:rsidRPr="00B40033">
        <w:rPr>
          <w:lang w:val="sl-SI"/>
        </w:rPr>
        <w:t>v okolico</w:t>
      </w:r>
      <w:r w:rsidRPr="00B40033">
        <w:rPr>
          <w:lang w:val="sl-SI"/>
        </w:rPr>
        <w:t>.</w:t>
      </w:r>
    </w:p>
    <w:p w14:paraId="7DB8F4CC" w14:textId="77777777" w:rsidR="002D4D64" w:rsidRDefault="00911973" w:rsidP="008F0A8F">
      <w:pPr>
        <w:tabs>
          <w:tab w:val="left" w:pos="425"/>
        </w:tabs>
        <w:spacing w:after="60"/>
        <w:ind w:left="425" w:hanging="425"/>
        <w:jc w:val="both"/>
        <w:rPr>
          <w:b/>
          <w:bCs/>
          <w:lang w:val="sl-SI"/>
        </w:rPr>
      </w:pPr>
      <w:r w:rsidRPr="00B40033">
        <w:rPr>
          <w:lang w:val="sl-SI"/>
        </w:rPr>
        <w:lastRenderedPageBreak/>
        <w:t>3.</w:t>
      </w:r>
      <w:r w:rsidRPr="00B40033">
        <w:rPr>
          <w:lang w:val="sl-SI"/>
        </w:rPr>
        <w:tab/>
        <w:t xml:space="preserve">Pozornost usmerjaj po telesu po </w:t>
      </w:r>
      <w:r w:rsidR="00EC61BB" w:rsidRPr="00B40033">
        <w:rPr>
          <w:lang w:val="sl-SI"/>
        </w:rPr>
        <w:t>vrstnem redu</w:t>
      </w:r>
      <w:r w:rsidR="00054C25" w:rsidRPr="00054C25">
        <w:rPr>
          <w:b/>
          <w:bCs/>
          <w:lang w:val="sl-SI"/>
        </w:rPr>
        <w:t xml:space="preserve">: </w:t>
      </w:r>
      <w:r w:rsidR="00EC61BB" w:rsidRPr="00054C25">
        <w:rPr>
          <w:b/>
          <w:bCs/>
          <w:lang w:val="sl-SI"/>
        </w:rPr>
        <w:t xml:space="preserve"> </w:t>
      </w:r>
      <w:r w:rsidRPr="00054C25">
        <w:rPr>
          <w:b/>
          <w:bCs/>
          <w:lang w:val="sl-SI"/>
        </w:rPr>
        <w:t xml:space="preserve">stopala </w:t>
      </w:r>
      <w:r w:rsidR="00A42A6E" w:rsidRPr="00054C25">
        <w:rPr>
          <w:b/>
          <w:bCs/>
          <w:lang w:val="sl-SI"/>
        </w:rPr>
        <w:t>–</w:t>
      </w:r>
      <w:r w:rsidR="002D4D64">
        <w:rPr>
          <w:b/>
          <w:bCs/>
          <w:lang w:val="sl-SI"/>
        </w:rPr>
        <w:t>&gt;</w:t>
      </w:r>
      <w:r w:rsidRPr="00054C25">
        <w:rPr>
          <w:b/>
          <w:bCs/>
          <w:lang w:val="sl-SI"/>
        </w:rPr>
        <w:t xml:space="preserve"> meča </w:t>
      </w:r>
      <w:r w:rsidR="00A42A6E" w:rsidRPr="00054C25">
        <w:rPr>
          <w:b/>
          <w:bCs/>
          <w:lang w:val="sl-SI"/>
        </w:rPr>
        <w:t>–</w:t>
      </w:r>
      <w:r w:rsidR="002D4D64">
        <w:rPr>
          <w:b/>
          <w:bCs/>
          <w:lang w:val="sl-SI"/>
        </w:rPr>
        <w:t xml:space="preserve">&gt; </w:t>
      </w:r>
      <w:r w:rsidRPr="00054C25">
        <w:rPr>
          <w:b/>
          <w:bCs/>
          <w:lang w:val="sl-SI"/>
        </w:rPr>
        <w:t xml:space="preserve">kolena </w:t>
      </w:r>
      <w:r w:rsidR="00A42A6E" w:rsidRPr="00054C25">
        <w:rPr>
          <w:b/>
          <w:bCs/>
          <w:lang w:val="sl-SI"/>
        </w:rPr>
        <w:t>–</w:t>
      </w:r>
      <w:r w:rsidRPr="00054C25">
        <w:rPr>
          <w:b/>
          <w:bCs/>
          <w:lang w:val="sl-SI"/>
        </w:rPr>
        <w:t xml:space="preserve"> </w:t>
      </w:r>
      <w:r w:rsidR="002D4D64">
        <w:rPr>
          <w:b/>
          <w:bCs/>
          <w:lang w:val="sl-SI"/>
        </w:rPr>
        <w:t xml:space="preserve">&gt; </w:t>
      </w:r>
      <w:r w:rsidRPr="00054C25">
        <w:rPr>
          <w:b/>
          <w:bCs/>
          <w:lang w:val="sl-SI"/>
        </w:rPr>
        <w:t xml:space="preserve">boki </w:t>
      </w:r>
      <w:r w:rsidR="00A42A6E" w:rsidRPr="00054C25">
        <w:rPr>
          <w:b/>
          <w:bCs/>
          <w:lang w:val="sl-SI"/>
        </w:rPr>
        <w:t>–</w:t>
      </w:r>
      <w:r w:rsidR="002D4D64">
        <w:rPr>
          <w:b/>
          <w:bCs/>
          <w:lang w:val="sl-SI"/>
        </w:rPr>
        <w:t>&gt;</w:t>
      </w:r>
      <w:r w:rsidRPr="00054C25">
        <w:rPr>
          <w:b/>
          <w:bCs/>
          <w:lang w:val="sl-SI"/>
        </w:rPr>
        <w:t xml:space="preserve"> trebuh </w:t>
      </w:r>
    </w:p>
    <w:p w14:paraId="7FD46831" w14:textId="0E472DD9" w:rsidR="00F94C82" w:rsidRPr="00054C25" w:rsidRDefault="00A42A6E" w:rsidP="008F0A8F">
      <w:pPr>
        <w:tabs>
          <w:tab w:val="left" w:pos="425"/>
        </w:tabs>
        <w:spacing w:after="60"/>
        <w:ind w:left="425" w:hanging="425"/>
        <w:jc w:val="both"/>
        <w:rPr>
          <w:b/>
          <w:bCs/>
          <w:lang w:val="sl-SI"/>
        </w:rPr>
      </w:pPr>
      <w:r w:rsidRPr="00054C25">
        <w:rPr>
          <w:b/>
          <w:bCs/>
          <w:lang w:val="sl-SI"/>
        </w:rPr>
        <w:t>–</w:t>
      </w:r>
      <w:r w:rsidR="002D4D64">
        <w:rPr>
          <w:b/>
          <w:bCs/>
          <w:lang w:val="sl-SI"/>
        </w:rPr>
        <w:t xml:space="preserve">&gt; </w:t>
      </w:r>
      <w:r w:rsidR="00911973" w:rsidRPr="00054C25">
        <w:rPr>
          <w:b/>
          <w:bCs/>
          <w:lang w:val="sl-SI"/>
        </w:rPr>
        <w:t xml:space="preserve">prsni koš </w:t>
      </w:r>
      <w:r w:rsidRPr="00054C25">
        <w:rPr>
          <w:b/>
          <w:bCs/>
          <w:lang w:val="sl-SI"/>
        </w:rPr>
        <w:t>–</w:t>
      </w:r>
      <w:r w:rsidR="002D4D64">
        <w:rPr>
          <w:b/>
          <w:bCs/>
          <w:lang w:val="sl-SI"/>
        </w:rPr>
        <w:t>&gt;</w:t>
      </w:r>
      <w:r w:rsidR="00911973" w:rsidRPr="00054C25">
        <w:rPr>
          <w:b/>
          <w:bCs/>
          <w:lang w:val="sl-SI"/>
        </w:rPr>
        <w:t xml:space="preserve"> hrbet </w:t>
      </w:r>
      <w:r w:rsidRPr="00054C25">
        <w:rPr>
          <w:b/>
          <w:bCs/>
          <w:lang w:val="sl-SI"/>
        </w:rPr>
        <w:t>–</w:t>
      </w:r>
      <w:r w:rsidR="002D4D64">
        <w:rPr>
          <w:b/>
          <w:bCs/>
          <w:lang w:val="sl-SI"/>
        </w:rPr>
        <w:t xml:space="preserve">&gt; </w:t>
      </w:r>
      <w:r w:rsidR="00911973" w:rsidRPr="00054C25">
        <w:rPr>
          <w:b/>
          <w:bCs/>
          <w:lang w:val="sl-SI"/>
        </w:rPr>
        <w:t xml:space="preserve">ramena </w:t>
      </w:r>
      <w:r w:rsidRPr="00054C25">
        <w:rPr>
          <w:b/>
          <w:bCs/>
          <w:lang w:val="sl-SI"/>
        </w:rPr>
        <w:t>–</w:t>
      </w:r>
      <w:r w:rsidR="002D4D64">
        <w:rPr>
          <w:b/>
          <w:bCs/>
          <w:lang w:val="sl-SI"/>
        </w:rPr>
        <w:t>&gt;</w:t>
      </w:r>
      <w:r w:rsidR="00911973" w:rsidRPr="00054C25">
        <w:rPr>
          <w:b/>
          <w:bCs/>
          <w:lang w:val="sl-SI"/>
        </w:rPr>
        <w:t xml:space="preserve"> vrat </w:t>
      </w:r>
      <w:r w:rsidRPr="00054C25">
        <w:rPr>
          <w:b/>
          <w:bCs/>
          <w:lang w:val="sl-SI"/>
        </w:rPr>
        <w:t>–</w:t>
      </w:r>
      <w:r w:rsidR="002D4D64">
        <w:rPr>
          <w:b/>
          <w:bCs/>
          <w:lang w:val="sl-SI"/>
        </w:rPr>
        <w:t>&gt;</w:t>
      </w:r>
      <w:r w:rsidR="00911973" w:rsidRPr="00054C25">
        <w:rPr>
          <w:b/>
          <w:bCs/>
          <w:lang w:val="sl-SI"/>
        </w:rPr>
        <w:t xml:space="preserve"> obraz </w:t>
      </w:r>
      <w:r w:rsidR="00EC61BB" w:rsidRPr="00054C25">
        <w:rPr>
          <w:b/>
          <w:bCs/>
          <w:lang w:val="sl-SI"/>
        </w:rPr>
        <w:t>–</w:t>
      </w:r>
      <w:r w:rsidR="002D4D64">
        <w:rPr>
          <w:b/>
          <w:bCs/>
          <w:lang w:val="sl-SI"/>
        </w:rPr>
        <w:t>&gt; teme</w:t>
      </w:r>
      <w:r w:rsidR="00911973" w:rsidRPr="00054C25">
        <w:rPr>
          <w:b/>
          <w:bCs/>
          <w:lang w:val="sl-SI"/>
        </w:rPr>
        <w:t>.</w:t>
      </w:r>
    </w:p>
    <w:p w14:paraId="12AE2148" w14:textId="529CBD4C" w:rsidR="00F94C82" w:rsidRPr="00B40033" w:rsidRDefault="00911973" w:rsidP="008F0A8F">
      <w:pPr>
        <w:tabs>
          <w:tab w:val="left" w:pos="425"/>
        </w:tabs>
        <w:spacing w:after="60"/>
        <w:ind w:left="425" w:hanging="425"/>
        <w:jc w:val="both"/>
        <w:rPr>
          <w:lang w:val="sl-SI"/>
        </w:rPr>
      </w:pPr>
      <w:r w:rsidRPr="00B40033">
        <w:rPr>
          <w:lang w:val="sl-SI"/>
        </w:rPr>
        <w:t>4.</w:t>
      </w:r>
      <w:r w:rsidRPr="00B40033">
        <w:rPr>
          <w:lang w:val="sl-SI"/>
        </w:rPr>
        <w:tab/>
        <w:t xml:space="preserve">Na vsakem delu se ustavi in le </w:t>
      </w:r>
      <w:r w:rsidRPr="00B40033">
        <w:rPr>
          <w:b/>
          <w:lang w:val="sl-SI"/>
        </w:rPr>
        <w:t>registriraj</w:t>
      </w:r>
      <w:r w:rsidRPr="00B40033">
        <w:rPr>
          <w:lang w:val="sl-SI"/>
        </w:rPr>
        <w:t>: temperatura, napetost, mravljinčenje, teža, ničesar. Nič</w:t>
      </w:r>
      <w:r w:rsidR="00877C99" w:rsidRPr="00B40033">
        <w:rPr>
          <w:lang w:val="sl-SI"/>
        </w:rPr>
        <w:t>esar</w:t>
      </w:r>
      <w:r w:rsidRPr="00B40033">
        <w:rPr>
          <w:lang w:val="sl-SI"/>
        </w:rPr>
        <w:t xml:space="preserve"> ne </w:t>
      </w:r>
      <w:r w:rsidR="00877C99" w:rsidRPr="00B40033">
        <w:rPr>
          <w:lang w:val="sl-SI"/>
        </w:rPr>
        <w:t>popravljaj</w:t>
      </w:r>
      <w:r w:rsidR="000B3DCE" w:rsidRPr="00B40033">
        <w:rPr>
          <w:lang w:val="sl-SI"/>
        </w:rPr>
        <w:t xml:space="preserve"> in ne spreminjaj</w:t>
      </w:r>
      <w:r w:rsidR="007A0365">
        <w:rPr>
          <w:lang w:val="sl-SI"/>
        </w:rPr>
        <w:t xml:space="preserve">: </w:t>
      </w:r>
      <w:r w:rsidRPr="00B40033">
        <w:rPr>
          <w:lang w:val="sl-SI"/>
        </w:rPr>
        <w:t xml:space="preserve"> to je </w:t>
      </w:r>
      <w:r w:rsidR="000B3DCE" w:rsidRPr="00B40033">
        <w:rPr>
          <w:lang w:val="sl-SI"/>
        </w:rPr>
        <w:t xml:space="preserve">samo </w:t>
      </w:r>
      <w:r w:rsidRPr="00B40033">
        <w:rPr>
          <w:lang w:val="sl-SI"/>
        </w:rPr>
        <w:t>vaja opazovanja.</w:t>
      </w:r>
    </w:p>
    <w:p w14:paraId="3D3F75D6" w14:textId="4ED5C4B1" w:rsidR="00F94C82" w:rsidRPr="00B40033" w:rsidRDefault="00911973" w:rsidP="008F0A8F">
      <w:pPr>
        <w:tabs>
          <w:tab w:val="left" w:pos="425"/>
        </w:tabs>
        <w:spacing w:after="60"/>
        <w:ind w:left="425" w:hanging="425"/>
        <w:jc w:val="both"/>
        <w:rPr>
          <w:lang w:val="sl-SI"/>
        </w:rPr>
      </w:pPr>
      <w:r w:rsidRPr="00B40033">
        <w:rPr>
          <w:lang w:val="sl-SI"/>
        </w:rPr>
        <w:t>5.</w:t>
      </w:r>
      <w:r w:rsidRPr="00B40033">
        <w:rPr>
          <w:lang w:val="sl-SI"/>
        </w:rPr>
        <w:tab/>
        <w:t>Kje je najmočnejša napetost? Ne spreminjaj je</w:t>
      </w:r>
      <w:r w:rsidR="007A0365">
        <w:rPr>
          <w:lang w:val="sl-SI"/>
        </w:rPr>
        <w:t>,</w:t>
      </w:r>
      <w:r w:rsidRPr="00B40033">
        <w:rPr>
          <w:lang w:val="sl-SI"/>
        </w:rPr>
        <w:t xml:space="preserve"> samo njeno mejo nariši v mislih: »To je velikosti krožnika in se nahaja v levem ramenu.«</w:t>
      </w:r>
    </w:p>
    <w:p w14:paraId="469872CD" w14:textId="257BFE8D" w:rsidR="00F94C82" w:rsidRPr="00B40033" w:rsidRDefault="00911973" w:rsidP="008F0A8F">
      <w:pPr>
        <w:tabs>
          <w:tab w:val="left" w:pos="425"/>
        </w:tabs>
        <w:spacing w:after="60"/>
        <w:ind w:left="425" w:hanging="425"/>
        <w:jc w:val="both"/>
        <w:rPr>
          <w:lang w:val="sl-SI"/>
        </w:rPr>
      </w:pPr>
      <w:r w:rsidRPr="00B40033">
        <w:rPr>
          <w:lang w:val="sl-SI"/>
        </w:rPr>
        <w:t>6.</w:t>
      </w:r>
      <w:r w:rsidRPr="00B40033">
        <w:rPr>
          <w:lang w:val="sl-SI"/>
        </w:rPr>
        <w:tab/>
        <w:t xml:space="preserve">Zaključi s </w:t>
      </w:r>
      <w:proofErr w:type="spellStart"/>
      <w:r w:rsidRPr="00B40033">
        <w:rPr>
          <w:lang w:val="sl-SI"/>
        </w:rPr>
        <w:t>prizemljitvijo</w:t>
      </w:r>
      <w:proofErr w:type="spellEnd"/>
      <w:r w:rsidRPr="00B40033">
        <w:rPr>
          <w:lang w:val="sl-SI"/>
        </w:rPr>
        <w:t xml:space="preserve"> (4.2 B ali C).</w:t>
      </w:r>
    </w:p>
    <w:p w14:paraId="6178F711" w14:textId="3E400F28" w:rsidR="00F94C82" w:rsidRPr="00B40033" w:rsidRDefault="00911973" w:rsidP="008F0A8F">
      <w:pPr>
        <w:jc w:val="both"/>
        <w:rPr>
          <w:lang w:val="sl-SI"/>
        </w:rPr>
      </w:pPr>
      <w:r w:rsidRPr="00B40033">
        <w:rPr>
          <w:b/>
          <w:lang w:val="sl-SI"/>
        </w:rPr>
        <w:t>Opomba za začetnike:</w:t>
      </w:r>
      <w:r w:rsidRPr="00B40033">
        <w:rPr>
          <w:lang w:val="sl-SI"/>
        </w:rPr>
        <w:t xml:space="preserve"> </w:t>
      </w:r>
      <w:r w:rsidR="00F82757" w:rsidRPr="00B40033">
        <w:rPr>
          <w:lang w:val="sl-SI"/>
        </w:rPr>
        <w:t xml:space="preserve">Nič ni narobe, če </w:t>
      </w:r>
      <w:r w:rsidR="008E6294">
        <w:rPr>
          <w:lang w:val="sl-SI"/>
        </w:rPr>
        <w:t>ti</w:t>
      </w:r>
      <w:r w:rsidR="00F82757" w:rsidRPr="00B40033">
        <w:rPr>
          <w:lang w:val="sl-SI"/>
        </w:rPr>
        <w:t xml:space="preserve"> pozornost večkrat uide</w:t>
      </w:r>
      <w:r w:rsidRPr="00B40033">
        <w:rPr>
          <w:lang w:val="sl-SI"/>
        </w:rPr>
        <w:t xml:space="preserve">. Ko opaziš, da </w:t>
      </w:r>
      <w:r w:rsidR="00925506" w:rsidRPr="00B40033">
        <w:rPr>
          <w:lang w:val="sl-SI"/>
        </w:rPr>
        <w:t>so misli odtavale</w:t>
      </w:r>
      <w:r w:rsidRPr="00B40033">
        <w:rPr>
          <w:lang w:val="sl-SI"/>
        </w:rPr>
        <w:t xml:space="preserve">, </w:t>
      </w:r>
      <w:r w:rsidR="00925506" w:rsidRPr="00B40033">
        <w:rPr>
          <w:lang w:val="sl-SI"/>
        </w:rPr>
        <w:t xml:space="preserve">se </w:t>
      </w:r>
      <w:r w:rsidRPr="00B40033">
        <w:rPr>
          <w:lang w:val="sl-SI"/>
        </w:rPr>
        <w:t>nežno vrni k opazovanju.</w:t>
      </w:r>
    </w:p>
    <w:p w14:paraId="78AB23C9" w14:textId="77777777" w:rsidR="00F94C82" w:rsidRPr="00B40033" w:rsidRDefault="00911973">
      <w:pPr>
        <w:pStyle w:val="Naslov2"/>
        <w:rPr>
          <w:lang w:val="sl-SI"/>
        </w:rPr>
      </w:pPr>
      <w:r w:rsidRPr="00B40033">
        <w:rPr>
          <w:lang w:val="sl-SI"/>
        </w:rPr>
        <w:t xml:space="preserve">4.4 Vaja: čustvo kot telesni dogodek (dnevna </w:t>
      </w:r>
      <w:proofErr w:type="spellStart"/>
      <w:r w:rsidRPr="00B40033">
        <w:rPr>
          <w:lang w:val="sl-SI"/>
        </w:rPr>
        <w:t>mikrovadba</w:t>
      </w:r>
      <w:proofErr w:type="spellEnd"/>
      <w:r w:rsidRPr="00B40033">
        <w:rPr>
          <w:lang w:val="sl-SI"/>
        </w:rPr>
        <w:t>, 3 minute)</w:t>
      </w:r>
    </w:p>
    <w:p w14:paraId="5888C357" w14:textId="3A9238B7" w:rsidR="00F94C82" w:rsidRPr="00B40033" w:rsidRDefault="00911973" w:rsidP="008F0A8F">
      <w:pPr>
        <w:jc w:val="both"/>
        <w:rPr>
          <w:lang w:val="sl-SI"/>
        </w:rPr>
      </w:pPr>
      <w:r w:rsidRPr="00B40033">
        <w:rPr>
          <w:lang w:val="sl-SI"/>
        </w:rPr>
        <w:t>Namen</w:t>
      </w:r>
      <w:r w:rsidR="0063376C" w:rsidRPr="00B40033">
        <w:rPr>
          <w:lang w:val="sl-SI"/>
        </w:rPr>
        <w:t xml:space="preserve"> </w:t>
      </w:r>
      <w:r w:rsidR="00050029" w:rsidRPr="00B40033">
        <w:rPr>
          <w:lang w:val="sl-SI"/>
        </w:rPr>
        <w:t>tehnike</w:t>
      </w:r>
      <w:r w:rsidR="0063376C" w:rsidRPr="00B40033">
        <w:rPr>
          <w:lang w:val="sl-SI"/>
        </w:rPr>
        <w:t xml:space="preserve"> je</w:t>
      </w:r>
      <w:r w:rsidRPr="00B40033">
        <w:rPr>
          <w:lang w:val="sl-SI"/>
        </w:rPr>
        <w:t xml:space="preserve"> vzgojiti navado, da čustvo najprej doživiš telesno, ne </w:t>
      </w:r>
      <w:r w:rsidRPr="008E6294">
        <w:rPr>
          <w:lang w:val="sl-SI"/>
        </w:rPr>
        <w:t>zgodbeno</w:t>
      </w:r>
      <w:r w:rsidRPr="00B40033">
        <w:rPr>
          <w:lang w:val="sl-SI"/>
        </w:rPr>
        <w:t>.</w:t>
      </w:r>
    </w:p>
    <w:p w14:paraId="11BABB0C" w14:textId="1AF058AA" w:rsidR="00F94C82" w:rsidRPr="00B40033" w:rsidRDefault="00911973" w:rsidP="008F0A8F">
      <w:pPr>
        <w:tabs>
          <w:tab w:val="left" w:pos="425"/>
        </w:tabs>
        <w:spacing w:after="60"/>
        <w:ind w:left="425" w:hanging="425"/>
        <w:jc w:val="both"/>
        <w:rPr>
          <w:lang w:val="sl-SI"/>
        </w:rPr>
      </w:pPr>
      <w:r w:rsidRPr="00B40033">
        <w:rPr>
          <w:lang w:val="sl-SI"/>
        </w:rPr>
        <w:t>1.</w:t>
      </w:r>
      <w:r w:rsidRPr="00B40033">
        <w:rPr>
          <w:lang w:val="sl-SI"/>
        </w:rPr>
        <w:tab/>
        <w:t>Ko opaziš čustvo (p</w:t>
      </w:r>
      <w:r w:rsidR="00FC21B3">
        <w:rPr>
          <w:lang w:val="sl-SI"/>
        </w:rPr>
        <w:t xml:space="preserve">rijetno </w:t>
      </w:r>
      <w:r w:rsidRPr="00B40033">
        <w:rPr>
          <w:lang w:val="sl-SI"/>
        </w:rPr>
        <w:t>ali ne</w:t>
      </w:r>
      <w:r w:rsidR="00FC21B3">
        <w:rPr>
          <w:lang w:val="sl-SI"/>
        </w:rPr>
        <w:t>prijetno</w:t>
      </w:r>
      <w:r w:rsidRPr="00B40033">
        <w:rPr>
          <w:lang w:val="sl-SI"/>
        </w:rPr>
        <w:t>), se ustavi in vprašaj</w:t>
      </w:r>
      <w:r w:rsidR="003135ED" w:rsidRPr="00B40033">
        <w:rPr>
          <w:lang w:val="sl-SI"/>
        </w:rPr>
        <w:t>,</w:t>
      </w:r>
      <w:r w:rsidRPr="00B40033">
        <w:rPr>
          <w:lang w:val="sl-SI"/>
        </w:rPr>
        <w:t xml:space="preserve"> </w:t>
      </w:r>
      <w:r w:rsidRPr="00B40033">
        <w:rPr>
          <w:b/>
          <w:lang w:val="sl-SI"/>
        </w:rPr>
        <w:t xml:space="preserve">kje v telesu to </w:t>
      </w:r>
      <w:r w:rsidR="003135ED" w:rsidRPr="00B40033">
        <w:rPr>
          <w:b/>
          <w:lang w:val="sl-SI"/>
        </w:rPr>
        <w:t>čuti</w:t>
      </w:r>
      <w:r w:rsidR="00AA0671">
        <w:rPr>
          <w:b/>
          <w:lang w:val="sl-SI"/>
        </w:rPr>
        <w:t>š</w:t>
      </w:r>
      <w:r w:rsidR="003135ED" w:rsidRPr="00B40033">
        <w:rPr>
          <w:b/>
          <w:lang w:val="sl-SI"/>
        </w:rPr>
        <w:t>.</w:t>
      </w:r>
    </w:p>
    <w:p w14:paraId="43A6780D" w14:textId="5F0E52E8" w:rsidR="00F94C82" w:rsidRPr="00B40033" w:rsidRDefault="00911973" w:rsidP="008F0A8F">
      <w:pPr>
        <w:tabs>
          <w:tab w:val="left" w:pos="425"/>
        </w:tabs>
        <w:spacing w:after="60"/>
        <w:ind w:left="425" w:hanging="425"/>
        <w:jc w:val="both"/>
        <w:rPr>
          <w:lang w:val="sl-SI"/>
        </w:rPr>
      </w:pPr>
      <w:r w:rsidRPr="00B40033">
        <w:rPr>
          <w:lang w:val="sl-SI"/>
        </w:rPr>
        <w:t>2.</w:t>
      </w:r>
      <w:r w:rsidRPr="00B40033">
        <w:rPr>
          <w:lang w:val="sl-SI"/>
        </w:rPr>
        <w:tab/>
        <w:t>Opredeli po lastnostih: temperatura (toplo/hladno), gibanje (mirno/vetrič/orkan), velikost, teža, oblika.</w:t>
      </w:r>
    </w:p>
    <w:p w14:paraId="64586981" w14:textId="2ED8A7B0" w:rsidR="00F94C82" w:rsidRPr="00B40033" w:rsidRDefault="00911973" w:rsidP="008F0A8F">
      <w:pPr>
        <w:tabs>
          <w:tab w:val="left" w:pos="425"/>
        </w:tabs>
        <w:spacing w:after="60"/>
        <w:ind w:left="425" w:hanging="425"/>
        <w:jc w:val="both"/>
        <w:rPr>
          <w:lang w:val="sl-SI"/>
        </w:rPr>
      </w:pPr>
      <w:r w:rsidRPr="00B40033">
        <w:rPr>
          <w:lang w:val="sl-SI"/>
        </w:rPr>
        <w:t>3.</w:t>
      </w:r>
      <w:r w:rsidRPr="00B40033">
        <w:rPr>
          <w:lang w:val="sl-SI"/>
        </w:rPr>
        <w:tab/>
      </w:r>
      <w:r w:rsidR="005713CC">
        <w:rPr>
          <w:lang w:val="sl-SI"/>
        </w:rPr>
        <w:t>Poimenuj</w:t>
      </w:r>
      <w:r w:rsidR="0044329D">
        <w:rPr>
          <w:lang w:val="sl-SI"/>
        </w:rPr>
        <w:t xml:space="preserve"> ga</w:t>
      </w:r>
      <w:r w:rsidR="0044329D" w:rsidRPr="00AA0671">
        <w:rPr>
          <w:lang w:val="sl-SI"/>
        </w:rPr>
        <w:t xml:space="preserve"> </w:t>
      </w:r>
      <w:r w:rsidRPr="00AA0671">
        <w:rPr>
          <w:lang w:val="sl-SI"/>
        </w:rPr>
        <w:t xml:space="preserve">brez </w:t>
      </w:r>
      <w:r w:rsidR="0044329D">
        <w:rPr>
          <w:lang w:val="sl-SI"/>
        </w:rPr>
        <w:t xml:space="preserve">besede </w:t>
      </w:r>
      <w:r w:rsidRPr="00AA0671">
        <w:rPr>
          <w:lang w:val="sl-SI"/>
        </w:rPr>
        <w:t>»ker …«</w:t>
      </w:r>
      <w:r w:rsidR="0006370F">
        <w:rPr>
          <w:lang w:val="sl-SI"/>
        </w:rPr>
        <w:t>.</w:t>
      </w:r>
      <w:r w:rsidRPr="00AA0671">
        <w:rPr>
          <w:lang w:val="sl-SI"/>
        </w:rPr>
        <w:t xml:space="preserve"> </w:t>
      </w:r>
      <w:r w:rsidR="0006370F" w:rsidRPr="00AA0671">
        <w:rPr>
          <w:lang w:val="sl-SI"/>
        </w:rPr>
        <w:t>N</w:t>
      </w:r>
      <w:r w:rsidRPr="00AA0671">
        <w:rPr>
          <w:lang w:val="sl-SI"/>
        </w:rPr>
        <w:t>amesto</w:t>
      </w:r>
      <w:r w:rsidR="0006370F">
        <w:rPr>
          <w:lang w:val="sl-SI"/>
        </w:rPr>
        <w:t xml:space="preserve"> misli</w:t>
      </w:r>
      <w:r w:rsidRPr="00AA0671">
        <w:rPr>
          <w:lang w:val="sl-SI"/>
        </w:rPr>
        <w:t xml:space="preserve"> »</w:t>
      </w:r>
      <w:r w:rsidR="005713CC">
        <w:rPr>
          <w:lang w:val="sl-SI"/>
        </w:rPr>
        <w:t>čutim tesnobo</w:t>
      </w:r>
      <w:r w:rsidRPr="00AA0671">
        <w:rPr>
          <w:lang w:val="sl-SI"/>
        </w:rPr>
        <w:t>, ker me sin ni poklical«</w:t>
      </w:r>
      <w:r w:rsidR="0006370F">
        <w:rPr>
          <w:lang w:val="sl-SI"/>
        </w:rPr>
        <w:t>, reci</w:t>
      </w:r>
      <w:r w:rsidRPr="00AA0671">
        <w:rPr>
          <w:lang w:val="sl-SI"/>
        </w:rPr>
        <w:t xml:space="preserve"> samo: »</w:t>
      </w:r>
      <w:r w:rsidR="00C018FA">
        <w:rPr>
          <w:lang w:val="sl-SI"/>
        </w:rPr>
        <w:t>čutim tesnobo</w:t>
      </w:r>
      <w:r w:rsidR="00C018FA" w:rsidRPr="00AA0671">
        <w:rPr>
          <w:lang w:val="sl-SI"/>
        </w:rPr>
        <w:t xml:space="preserve"> </w:t>
      </w:r>
      <w:r w:rsidRPr="00AA0671">
        <w:rPr>
          <w:lang w:val="sl-SI"/>
        </w:rPr>
        <w:t xml:space="preserve">v prsih, </w:t>
      </w:r>
      <w:r w:rsidR="00C018FA">
        <w:rPr>
          <w:lang w:val="sl-SI"/>
        </w:rPr>
        <w:t xml:space="preserve">je </w:t>
      </w:r>
      <w:r w:rsidRPr="00AA0671">
        <w:rPr>
          <w:lang w:val="sl-SI"/>
        </w:rPr>
        <w:t>velikosti kamna</w:t>
      </w:r>
      <w:r w:rsidR="00B17FE6">
        <w:rPr>
          <w:lang w:val="sl-SI"/>
        </w:rPr>
        <w:t xml:space="preserve"> in</w:t>
      </w:r>
      <w:r w:rsidRPr="00AA0671">
        <w:rPr>
          <w:lang w:val="sl-SI"/>
        </w:rPr>
        <w:t xml:space="preserve"> topl</w:t>
      </w:r>
      <w:r w:rsidR="00C018FA">
        <w:rPr>
          <w:lang w:val="sl-SI"/>
        </w:rPr>
        <w:t>a</w:t>
      </w:r>
      <w:r w:rsidRPr="00AA0671">
        <w:rPr>
          <w:lang w:val="sl-SI"/>
        </w:rPr>
        <w:t>.«</w:t>
      </w:r>
    </w:p>
    <w:p w14:paraId="2ED47173" w14:textId="187BABFD" w:rsidR="00F94C82" w:rsidRPr="00B40033" w:rsidRDefault="00911973" w:rsidP="008F0A8F">
      <w:pPr>
        <w:tabs>
          <w:tab w:val="left" w:pos="425"/>
        </w:tabs>
        <w:spacing w:after="60"/>
        <w:ind w:left="425" w:hanging="425"/>
        <w:jc w:val="both"/>
        <w:rPr>
          <w:lang w:val="sl-SI"/>
        </w:rPr>
      </w:pPr>
      <w:r w:rsidRPr="00B40033">
        <w:rPr>
          <w:lang w:val="sl-SI"/>
        </w:rPr>
        <w:t>4.</w:t>
      </w:r>
      <w:r w:rsidRPr="00B40033">
        <w:rPr>
          <w:lang w:val="sl-SI"/>
        </w:rPr>
        <w:tab/>
      </w:r>
      <w:r w:rsidRPr="00A12A1B">
        <w:rPr>
          <w:lang w:val="sl-SI"/>
        </w:rPr>
        <w:t>Zadrži pozornost na občutku</w:t>
      </w:r>
      <w:r w:rsidR="00524DB5" w:rsidRPr="00B40033">
        <w:rPr>
          <w:lang w:val="sl-SI"/>
        </w:rPr>
        <w:t xml:space="preserve"> in</w:t>
      </w:r>
      <w:r w:rsidRPr="00B40033">
        <w:rPr>
          <w:lang w:val="sl-SI"/>
        </w:rPr>
        <w:t xml:space="preserve"> </w:t>
      </w:r>
      <w:r w:rsidR="00FE07E3" w:rsidRPr="00B40033">
        <w:rPr>
          <w:lang w:val="sl-SI"/>
        </w:rPr>
        <w:t>trikrat vdihni</w:t>
      </w:r>
      <w:r w:rsidRPr="00B40033">
        <w:rPr>
          <w:lang w:val="sl-SI"/>
        </w:rPr>
        <w:t xml:space="preserve">. Opazuj, ali se </w:t>
      </w:r>
      <w:r w:rsidR="00064085" w:rsidRPr="00B40033">
        <w:rPr>
          <w:lang w:val="sl-SI"/>
        </w:rPr>
        <w:t xml:space="preserve">je </w:t>
      </w:r>
      <w:r w:rsidRPr="00B40033">
        <w:rPr>
          <w:lang w:val="sl-SI"/>
        </w:rPr>
        <w:t>kaj spremeni</w:t>
      </w:r>
      <w:r w:rsidR="00064085" w:rsidRPr="00B40033">
        <w:rPr>
          <w:lang w:val="sl-SI"/>
        </w:rPr>
        <w:t>lo.</w:t>
      </w:r>
      <w:r w:rsidRPr="00B40033">
        <w:rPr>
          <w:lang w:val="sl-SI"/>
        </w:rPr>
        <w:t xml:space="preserve"> </w:t>
      </w:r>
      <w:r w:rsidR="00064085" w:rsidRPr="00B40033">
        <w:rPr>
          <w:lang w:val="sl-SI"/>
        </w:rPr>
        <w:t>T</w:t>
      </w:r>
      <w:r w:rsidRPr="00B40033">
        <w:rPr>
          <w:lang w:val="sl-SI"/>
        </w:rPr>
        <w:t>udi</w:t>
      </w:r>
      <w:r w:rsidR="00064085" w:rsidRPr="00B40033">
        <w:rPr>
          <w:lang w:val="sl-SI"/>
        </w:rPr>
        <w:t xml:space="preserve"> če se</w:t>
      </w:r>
      <w:r w:rsidRPr="00B40033">
        <w:rPr>
          <w:lang w:val="sl-SI"/>
        </w:rPr>
        <w:t xml:space="preserve"> </w:t>
      </w:r>
      <w:r w:rsidR="00064085" w:rsidRPr="00B40033">
        <w:rPr>
          <w:lang w:val="sl-SI"/>
        </w:rPr>
        <w:t xml:space="preserve">ni </w:t>
      </w:r>
      <w:r w:rsidRPr="00B40033">
        <w:rPr>
          <w:lang w:val="sl-SI"/>
        </w:rPr>
        <w:t>nič</w:t>
      </w:r>
      <w:r w:rsidR="00E67A28">
        <w:rPr>
          <w:lang w:val="sl-SI"/>
        </w:rPr>
        <w:t xml:space="preserve"> </w:t>
      </w:r>
      <w:r w:rsidRPr="00B40033">
        <w:rPr>
          <w:lang w:val="sl-SI"/>
        </w:rPr>
        <w:t>spremenilo</w:t>
      </w:r>
      <w:r w:rsidR="00064085" w:rsidRPr="00B40033">
        <w:rPr>
          <w:lang w:val="sl-SI"/>
        </w:rPr>
        <w:t>,</w:t>
      </w:r>
      <w:r w:rsidRPr="00B40033">
        <w:rPr>
          <w:lang w:val="sl-SI"/>
        </w:rPr>
        <w:t xml:space="preserve"> je rezultat.</w:t>
      </w:r>
    </w:p>
    <w:p w14:paraId="27111EB9" w14:textId="77777777" w:rsidR="00F94C82" w:rsidRPr="00B40033" w:rsidRDefault="00911973">
      <w:pPr>
        <w:pStyle w:val="Naslov2"/>
        <w:rPr>
          <w:lang w:val="sl-SI"/>
        </w:rPr>
      </w:pPr>
      <w:r w:rsidRPr="00B40033">
        <w:rPr>
          <w:lang w:val="sl-SI"/>
        </w:rPr>
        <w:t>4.5 Delovni list: telesna mapa čustev</w:t>
      </w:r>
    </w:p>
    <w:p w14:paraId="56D45FCB" w14:textId="0107A35B" w:rsidR="00F94C82" w:rsidRPr="00B40033" w:rsidRDefault="00911973" w:rsidP="008F0A8F">
      <w:pPr>
        <w:jc w:val="both"/>
        <w:rPr>
          <w:lang w:val="sl-SI"/>
        </w:rPr>
      </w:pPr>
      <w:r w:rsidRPr="00B40033">
        <w:rPr>
          <w:lang w:val="sl-SI"/>
        </w:rPr>
        <w:t>Izpolni</w:t>
      </w:r>
      <w:r w:rsidR="00BE1602" w:rsidRPr="00B40033">
        <w:rPr>
          <w:lang w:val="sl-SI"/>
        </w:rPr>
        <w:t>te</w:t>
      </w:r>
      <w:r w:rsidRPr="00B40033">
        <w:rPr>
          <w:lang w:val="sl-SI"/>
        </w:rPr>
        <w:t xml:space="preserve"> po eno vrstico na dan, vsaj teden dni. Cilj</w:t>
      </w:r>
      <w:r w:rsidR="00BF5114" w:rsidRPr="00B40033">
        <w:rPr>
          <w:lang w:val="sl-SI"/>
        </w:rPr>
        <w:t xml:space="preserve"> izpolnjevanja je</w:t>
      </w:r>
      <w:r w:rsidRPr="00B40033">
        <w:rPr>
          <w:lang w:val="sl-SI"/>
        </w:rPr>
        <w:t xml:space="preserve"> zbiranje svojega osebnega slovarja telesnih podpisov čustev.</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96"/>
        <w:gridCol w:w="1542"/>
        <w:gridCol w:w="1099"/>
        <w:gridCol w:w="2480"/>
        <w:gridCol w:w="2145"/>
        <w:gridCol w:w="1743"/>
      </w:tblGrid>
      <w:tr w:rsidR="00F94C82" w:rsidRPr="00B40033" w14:paraId="2D162C4E" w14:textId="77777777">
        <w:trPr>
          <w:cantSplit/>
          <w:tblHeader/>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C6BDE9E" w14:textId="77777777" w:rsidR="00F94C82" w:rsidRPr="00B40033" w:rsidRDefault="00911973" w:rsidP="00B75BEE">
            <w:pPr>
              <w:spacing w:after="80" w:line="259" w:lineRule="auto"/>
              <w:jc w:val="center"/>
              <w:rPr>
                <w:lang w:val="sl-SI"/>
              </w:rPr>
            </w:pPr>
            <w:r w:rsidRPr="00B40033">
              <w:rPr>
                <w:b/>
                <w:sz w:val="20"/>
                <w:lang w:val="sl-SI"/>
              </w:rPr>
              <w:t>Dan</w:t>
            </w:r>
          </w:p>
        </w:tc>
        <w:tc>
          <w:tcPr>
            <w:tcW w:w="149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1480E24" w14:textId="77777777" w:rsidR="00F94C82" w:rsidRPr="00B40033" w:rsidRDefault="00911973" w:rsidP="00B75BEE">
            <w:pPr>
              <w:spacing w:after="80" w:line="259" w:lineRule="auto"/>
              <w:jc w:val="center"/>
              <w:rPr>
                <w:lang w:val="sl-SI"/>
              </w:rPr>
            </w:pPr>
            <w:r w:rsidRPr="00B40033">
              <w:rPr>
                <w:b/>
                <w:sz w:val="20"/>
                <w:lang w:val="sl-SI"/>
              </w:rPr>
              <w:t>Situacija v eni vrstici</w:t>
            </w:r>
          </w:p>
        </w:tc>
        <w:tc>
          <w:tcPr>
            <w:tcW w:w="1066"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4536482" w14:textId="3B998710" w:rsidR="00F94C82" w:rsidRPr="00B40033" w:rsidRDefault="00911973" w:rsidP="00B75BEE">
            <w:pPr>
              <w:spacing w:after="80" w:line="259" w:lineRule="auto"/>
              <w:jc w:val="center"/>
              <w:rPr>
                <w:lang w:val="sl-SI"/>
              </w:rPr>
            </w:pPr>
            <w:r w:rsidRPr="00B40033">
              <w:rPr>
                <w:b/>
                <w:sz w:val="20"/>
                <w:lang w:val="sl-SI"/>
              </w:rPr>
              <w:t>Kje v telesu</w:t>
            </w:r>
            <w:r w:rsidR="00645877" w:rsidRPr="00B40033">
              <w:rPr>
                <w:b/>
                <w:sz w:val="20"/>
                <w:lang w:val="sl-SI"/>
              </w:rPr>
              <w:t>?</w:t>
            </w:r>
          </w:p>
        </w:tc>
        <w:tc>
          <w:tcPr>
            <w:tcW w:w="240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E437226" w14:textId="1D127DCD" w:rsidR="00F94C82" w:rsidRPr="00B40033" w:rsidRDefault="00911973" w:rsidP="00B75BEE">
            <w:pPr>
              <w:spacing w:after="80" w:line="259" w:lineRule="auto"/>
              <w:jc w:val="center"/>
              <w:rPr>
                <w:lang w:val="sl-SI"/>
              </w:rPr>
            </w:pPr>
            <w:r w:rsidRPr="00B40033">
              <w:rPr>
                <w:b/>
                <w:sz w:val="20"/>
                <w:lang w:val="sl-SI"/>
              </w:rPr>
              <w:t>Kakšen občutek (temp</w:t>
            </w:r>
            <w:r w:rsidR="003E3805" w:rsidRPr="00B40033">
              <w:rPr>
                <w:b/>
                <w:sz w:val="20"/>
                <w:lang w:val="sl-SI"/>
              </w:rPr>
              <w:t>eratura</w:t>
            </w:r>
            <w:r w:rsidRPr="00B40033">
              <w:rPr>
                <w:b/>
                <w:sz w:val="20"/>
                <w:lang w:val="sl-SI"/>
              </w:rPr>
              <w:t>, teža, gibanje)</w:t>
            </w:r>
            <w:r w:rsidR="00645877" w:rsidRPr="00B40033">
              <w:rPr>
                <w:b/>
                <w:sz w:val="20"/>
                <w:lang w:val="sl-SI"/>
              </w:rPr>
              <w:t>?</w:t>
            </w:r>
          </w:p>
        </w:tc>
        <w:tc>
          <w:tcPr>
            <w:tcW w:w="208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C7EC1A5" w14:textId="4B9A7880" w:rsidR="00F94C82" w:rsidRPr="00B40033" w:rsidRDefault="00911973" w:rsidP="00B75BEE">
            <w:pPr>
              <w:spacing w:after="80" w:line="259" w:lineRule="auto"/>
              <w:jc w:val="center"/>
              <w:rPr>
                <w:lang w:val="sl-SI"/>
              </w:rPr>
            </w:pPr>
            <w:r w:rsidRPr="00B40033">
              <w:rPr>
                <w:b/>
                <w:sz w:val="20"/>
                <w:lang w:val="sl-SI"/>
              </w:rPr>
              <w:t xml:space="preserve">Katero čustvo sem </w:t>
            </w:r>
            <w:r w:rsidRPr="00B17FE6">
              <w:rPr>
                <w:b/>
                <w:sz w:val="20"/>
                <w:lang w:val="sl-SI"/>
              </w:rPr>
              <w:t>potem</w:t>
            </w:r>
            <w:r w:rsidRPr="00B40033">
              <w:rPr>
                <w:b/>
                <w:sz w:val="20"/>
                <w:lang w:val="sl-SI"/>
              </w:rPr>
              <w:t xml:space="preserve"> imenoval</w:t>
            </w:r>
            <w:r w:rsidR="00645877" w:rsidRPr="00B40033">
              <w:rPr>
                <w:b/>
                <w:sz w:val="20"/>
                <w:lang w:val="sl-SI"/>
              </w:rPr>
              <w:t>?</w:t>
            </w:r>
          </w:p>
        </w:tc>
        <w:tc>
          <w:tcPr>
            <w:tcW w:w="169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35D7A65E" w14:textId="6970ED99" w:rsidR="00F94C82" w:rsidRPr="00B40033" w:rsidRDefault="00645877" w:rsidP="00B75BEE">
            <w:pPr>
              <w:spacing w:after="80" w:line="259" w:lineRule="auto"/>
              <w:jc w:val="center"/>
              <w:rPr>
                <w:lang w:val="sl-SI"/>
              </w:rPr>
            </w:pPr>
            <w:r w:rsidRPr="00B40033">
              <w:rPr>
                <w:b/>
                <w:sz w:val="20"/>
                <w:lang w:val="sl-SI"/>
              </w:rPr>
              <w:t>A</w:t>
            </w:r>
            <w:r w:rsidR="003E3805" w:rsidRPr="00B40033">
              <w:rPr>
                <w:b/>
                <w:sz w:val="20"/>
                <w:lang w:val="sl-SI"/>
              </w:rPr>
              <w:t xml:space="preserve">li sta </w:t>
            </w:r>
            <w:r w:rsidR="00911973" w:rsidRPr="00B40033">
              <w:rPr>
                <w:b/>
                <w:sz w:val="20"/>
                <w:lang w:val="sl-SI"/>
              </w:rPr>
              <w:t>se telo in ime ujemali?</w:t>
            </w:r>
          </w:p>
        </w:tc>
      </w:tr>
      <w:tr w:rsidR="00F94C82" w:rsidRPr="00B40033" w14:paraId="3CA8B885"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6AE831A" w14:textId="77777777" w:rsidR="00F94C82" w:rsidRPr="00B40033" w:rsidRDefault="00F94C82">
            <w:pPr>
              <w:spacing w:after="80" w:line="259" w:lineRule="auto"/>
              <w:rPr>
                <w:lang w:val="sl-SI"/>
              </w:rPr>
            </w:pPr>
          </w:p>
        </w:tc>
        <w:tc>
          <w:tcPr>
            <w:tcW w:w="149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FE86353" w14:textId="77777777" w:rsidR="00F94C82" w:rsidRPr="00B40033" w:rsidRDefault="00F94C82">
            <w:pPr>
              <w:spacing w:after="80" w:line="259" w:lineRule="auto"/>
              <w:rPr>
                <w:lang w:val="sl-SI"/>
              </w:rPr>
            </w:pPr>
          </w:p>
        </w:tc>
        <w:tc>
          <w:tcPr>
            <w:tcW w:w="106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13729B1" w14:textId="77777777" w:rsidR="00F94C82" w:rsidRPr="00B40033" w:rsidRDefault="00F94C82">
            <w:pPr>
              <w:spacing w:after="80" w:line="259" w:lineRule="auto"/>
              <w:rPr>
                <w:lang w:val="sl-SI"/>
              </w:rPr>
            </w:pPr>
          </w:p>
        </w:tc>
        <w:tc>
          <w:tcPr>
            <w:tcW w:w="240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C472A2B" w14:textId="77777777" w:rsidR="00F94C82" w:rsidRPr="00B40033" w:rsidRDefault="00F94C82">
            <w:pPr>
              <w:spacing w:after="80" w:line="259" w:lineRule="auto"/>
              <w:rPr>
                <w:lang w:val="sl-SI"/>
              </w:rPr>
            </w:pPr>
          </w:p>
        </w:tc>
        <w:tc>
          <w:tcPr>
            <w:tcW w:w="208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1297650" w14:textId="77777777" w:rsidR="00F94C82" w:rsidRPr="00B40033" w:rsidRDefault="00F94C82">
            <w:pPr>
              <w:spacing w:after="80" w:line="259" w:lineRule="auto"/>
              <w:rPr>
                <w:lang w:val="sl-SI"/>
              </w:rPr>
            </w:pPr>
          </w:p>
        </w:tc>
        <w:tc>
          <w:tcPr>
            <w:tcW w:w="169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EAC8CF6" w14:textId="77777777" w:rsidR="00F94C82" w:rsidRPr="00B40033" w:rsidRDefault="00F94C82">
            <w:pPr>
              <w:spacing w:after="80" w:line="259" w:lineRule="auto"/>
              <w:rPr>
                <w:lang w:val="sl-SI"/>
              </w:rPr>
            </w:pPr>
          </w:p>
        </w:tc>
      </w:tr>
      <w:tr w:rsidR="00F94C82" w:rsidRPr="00B40033" w14:paraId="7044BF9C"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FBBA999" w14:textId="77777777" w:rsidR="00F94C82" w:rsidRPr="00B40033" w:rsidRDefault="00F94C82">
            <w:pPr>
              <w:spacing w:after="80" w:line="259" w:lineRule="auto"/>
              <w:rPr>
                <w:lang w:val="sl-SI"/>
              </w:rPr>
            </w:pPr>
          </w:p>
        </w:tc>
        <w:tc>
          <w:tcPr>
            <w:tcW w:w="149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D661FE8" w14:textId="77777777" w:rsidR="00F94C82" w:rsidRPr="00B40033" w:rsidRDefault="00F94C82">
            <w:pPr>
              <w:spacing w:after="80" w:line="259" w:lineRule="auto"/>
              <w:rPr>
                <w:lang w:val="sl-SI"/>
              </w:rPr>
            </w:pPr>
          </w:p>
        </w:tc>
        <w:tc>
          <w:tcPr>
            <w:tcW w:w="106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1E2F280" w14:textId="77777777" w:rsidR="00F94C82" w:rsidRPr="00B40033" w:rsidRDefault="00F94C82">
            <w:pPr>
              <w:spacing w:after="80" w:line="259" w:lineRule="auto"/>
              <w:rPr>
                <w:lang w:val="sl-SI"/>
              </w:rPr>
            </w:pPr>
          </w:p>
        </w:tc>
        <w:tc>
          <w:tcPr>
            <w:tcW w:w="240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A7E15EE" w14:textId="77777777" w:rsidR="00F94C82" w:rsidRPr="00B40033" w:rsidRDefault="00F94C82">
            <w:pPr>
              <w:spacing w:after="80" w:line="259" w:lineRule="auto"/>
              <w:rPr>
                <w:lang w:val="sl-SI"/>
              </w:rPr>
            </w:pPr>
          </w:p>
        </w:tc>
        <w:tc>
          <w:tcPr>
            <w:tcW w:w="208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21C27D9" w14:textId="77777777" w:rsidR="00F94C82" w:rsidRPr="00B40033" w:rsidRDefault="00F94C82">
            <w:pPr>
              <w:spacing w:after="80" w:line="259" w:lineRule="auto"/>
              <w:rPr>
                <w:lang w:val="sl-SI"/>
              </w:rPr>
            </w:pPr>
          </w:p>
        </w:tc>
        <w:tc>
          <w:tcPr>
            <w:tcW w:w="169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D31883E" w14:textId="77777777" w:rsidR="00F94C82" w:rsidRPr="00B40033" w:rsidRDefault="00F94C82">
            <w:pPr>
              <w:spacing w:after="80" w:line="259" w:lineRule="auto"/>
              <w:rPr>
                <w:lang w:val="sl-SI"/>
              </w:rPr>
            </w:pPr>
          </w:p>
        </w:tc>
      </w:tr>
      <w:tr w:rsidR="00F94C82" w:rsidRPr="00B40033" w14:paraId="1BBD6E80"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877C513" w14:textId="77777777" w:rsidR="00F94C82" w:rsidRPr="00B40033" w:rsidRDefault="00F94C82">
            <w:pPr>
              <w:spacing w:after="80" w:line="259" w:lineRule="auto"/>
              <w:rPr>
                <w:lang w:val="sl-SI"/>
              </w:rPr>
            </w:pPr>
          </w:p>
        </w:tc>
        <w:tc>
          <w:tcPr>
            <w:tcW w:w="149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5D0380D" w14:textId="77777777" w:rsidR="00F94C82" w:rsidRPr="00B40033" w:rsidRDefault="00F94C82">
            <w:pPr>
              <w:spacing w:after="80" w:line="259" w:lineRule="auto"/>
              <w:rPr>
                <w:lang w:val="sl-SI"/>
              </w:rPr>
            </w:pPr>
          </w:p>
        </w:tc>
        <w:tc>
          <w:tcPr>
            <w:tcW w:w="106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00335DE" w14:textId="77777777" w:rsidR="00F94C82" w:rsidRPr="00B40033" w:rsidRDefault="00F94C82">
            <w:pPr>
              <w:spacing w:after="80" w:line="259" w:lineRule="auto"/>
              <w:rPr>
                <w:lang w:val="sl-SI"/>
              </w:rPr>
            </w:pPr>
          </w:p>
        </w:tc>
        <w:tc>
          <w:tcPr>
            <w:tcW w:w="240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6367C1B" w14:textId="77777777" w:rsidR="00F94C82" w:rsidRPr="00B40033" w:rsidRDefault="00F94C82">
            <w:pPr>
              <w:spacing w:after="80" w:line="259" w:lineRule="auto"/>
              <w:rPr>
                <w:lang w:val="sl-SI"/>
              </w:rPr>
            </w:pPr>
          </w:p>
        </w:tc>
        <w:tc>
          <w:tcPr>
            <w:tcW w:w="208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3441EAE" w14:textId="77777777" w:rsidR="00F94C82" w:rsidRPr="00B40033" w:rsidRDefault="00F94C82">
            <w:pPr>
              <w:spacing w:after="80" w:line="259" w:lineRule="auto"/>
              <w:rPr>
                <w:lang w:val="sl-SI"/>
              </w:rPr>
            </w:pPr>
          </w:p>
        </w:tc>
        <w:tc>
          <w:tcPr>
            <w:tcW w:w="169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759D141" w14:textId="77777777" w:rsidR="00F94C82" w:rsidRPr="00B40033" w:rsidRDefault="00F94C82">
            <w:pPr>
              <w:spacing w:after="80" w:line="259" w:lineRule="auto"/>
              <w:rPr>
                <w:lang w:val="sl-SI"/>
              </w:rPr>
            </w:pPr>
          </w:p>
        </w:tc>
      </w:tr>
      <w:tr w:rsidR="00F94C82" w:rsidRPr="00B40033" w14:paraId="016AEC75"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D44EDB4" w14:textId="77777777" w:rsidR="00F94C82" w:rsidRPr="00B40033" w:rsidRDefault="00F94C82">
            <w:pPr>
              <w:spacing w:after="80" w:line="259" w:lineRule="auto"/>
              <w:rPr>
                <w:lang w:val="sl-SI"/>
              </w:rPr>
            </w:pPr>
          </w:p>
        </w:tc>
        <w:tc>
          <w:tcPr>
            <w:tcW w:w="149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85FFDFC" w14:textId="77777777" w:rsidR="00F94C82" w:rsidRPr="00B40033" w:rsidRDefault="00F94C82">
            <w:pPr>
              <w:spacing w:after="80" w:line="259" w:lineRule="auto"/>
              <w:rPr>
                <w:lang w:val="sl-SI"/>
              </w:rPr>
            </w:pPr>
          </w:p>
        </w:tc>
        <w:tc>
          <w:tcPr>
            <w:tcW w:w="106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59FA675" w14:textId="77777777" w:rsidR="00F94C82" w:rsidRPr="00B40033" w:rsidRDefault="00F94C82">
            <w:pPr>
              <w:spacing w:after="80" w:line="259" w:lineRule="auto"/>
              <w:rPr>
                <w:lang w:val="sl-SI"/>
              </w:rPr>
            </w:pPr>
          </w:p>
        </w:tc>
        <w:tc>
          <w:tcPr>
            <w:tcW w:w="240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8C19E4A" w14:textId="77777777" w:rsidR="00F94C82" w:rsidRPr="00B40033" w:rsidRDefault="00F94C82">
            <w:pPr>
              <w:spacing w:after="80" w:line="259" w:lineRule="auto"/>
              <w:rPr>
                <w:lang w:val="sl-SI"/>
              </w:rPr>
            </w:pPr>
          </w:p>
        </w:tc>
        <w:tc>
          <w:tcPr>
            <w:tcW w:w="208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6E230CF" w14:textId="77777777" w:rsidR="00F94C82" w:rsidRPr="00B40033" w:rsidRDefault="00F94C82">
            <w:pPr>
              <w:spacing w:after="80" w:line="259" w:lineRule="auto"/>
              <w:rPr>
                <w:lang w:val="sl-SI"/>
              </w:rPr>
            </w:pPr>
          </w:p>
        </w:tc>
        <w:tc>
          <w:tcPr>
            <w:tcW w:w="169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E774A51" w14:textId="77777777" w:rsidR="00F94C82" w:rsidRPr="00B40033" w:rsidRDefault="00F94C82">
            <w:pPr>
              <w:spacing w:after="80" w:line="259" w:lineRule="auto"/>
              <w:rPr>
                <w:lang w:val="sl-SI"/>
              </w:rPr>
            </w:pPr>
          </w:p>
        </w:tc>
      </w:tr>
      <w:tr w:rsidR="00F94C82" w:rsidRPr="00B40033" w14:paraId="16C3C2A6"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DFDEE9C" w14:textId="77777777" w:rsidR="00F94C82" w:rsidRPr="00B40033" w:rsidRDefault="00F94C82">
            <w:pPr>
              <w:spacing w:after="80" w:line="259" w:lineRule="auto"/>
              <w:rPr>
                <w:lang w:val="sl-SI"/>
              </w:rPr>
            </w:pPr>
          </w:p>
        </w:tc>
        <w:tc>
          <w:tcPr>
            <w:tcW w:w="149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1B7DA07" w14:textId="77777777" w:rsidR="00F94C82" w:rsidRPr="00B40033" w:rsidRDefault="00F94C82">
            <w:pPr>
              <w:spacing w:after="80" w:line="259" w:lineRule="auto"/>
              <w:rPr>
                <w:lang w:val="sl-SI"/>
              </w:rPr>
            </w:pPr>
          </w:p>
        </w:tc>
        <w:tc>
          <w:tcPr>
            <w:tcW w:w="106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533E73A" w14:textId="77777777" w:rsidR="00F94C82" w:rsidRPr="00B40033" w:rsidRDefault="00F94C82">
            <w:pPr>
              <w:spacing w:after="80" w:line="259" w:lineRule="auto"/>
              <w:rPr>
                <w:lang w:val="sl-SI"/>
              </w:rPr>
            </w:pPr>
          </w:p>
        </w:tc>
        <w:tc>
          <w:tcPr>
            <w:tcW w:w="240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33A8E1C" w14:textId="77777777" w:rsidR="00F94C82" w:rsidRPr="00B40033" w:rsidRDefault="00F94C82">
            <w:pPr>
              <w:spacing w:after="80" w:line="259" w:lineRule="auto"/>
              <w:rPr>
                <w:lang w:val="sl-SI"/>
              </w:rPr>
            </w:pPr>
          </w:p>
        </w:tc>
        <w:tc>
          <w:tcPr>
            <w:tcW w:w="208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86AB38B" w14:textId="77777777" w:rsidR="00F94C82" w:rsidRPr="00B40033" w:rsidRDefault="00F94C82">
            <w:pPr>
              <w:spacing w:after="80" w:line="259" w:lineRule="auto"/>
              <w:rPr>
                <w:lang w:val="sl-SI"/>
              </w:rPr>
            </w:pPr>
          </w:p>
        </w:tc>
        <w:tc>
          <w:tcPr>
            <w:tcW w:w="169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076C07F" w14:textId="77777777" w:rsidR="00F94C82" w:rsidRPr="00B40033" w:rsidRDefault="00F94C82">
            <w:pPr>
              <w:spacing w:after="80" w:line="259" w:lineRule="auto"/>
              <w:rPr>
                <w:lang w:val="sl-SI"/>
              </w:rPr>
            </w:pPr>
          </w:p>
        </w:tc>
      </w:tr>
    </w:tbl>
    <w:p w14:paraId="6F0F0D2E" w14:textId="77777777" w:rsidR="00F94C82" w:rsidRPr="00B40033" w:rsidRDefault="00F94C82">
      <w:pPr>
        <w:spacing w:after="40"/>
        <w:rPr>
          <w:lang w:val="sl-SI"/>
        </w:rPr>
      </w:pPr>
    </w:p>
    <w:p w14:paraId="2F79845D" w14:textId="0B0704A0" w:rsidR="00F94C82" w:rsidRPr="00B40033" w:rsidRDefault="00911973">
      <w:pPr>
        <w:rPr>
          <w:lang w:val="sl-SI"/>
        </w:rPr>
      </w:pPr>
      <w:r w:rsidRPr="00582207">
        <w:rPr>
          <w:b/>
          <w:lang w:val="sl-SI"/>
        </w:rPr>
        <w:t>Po tednu odgovori</w:t>
      </w:r>
      <w:r w:rsidR="00AB380E">
        <w:rPr>
          <w:b/>
          <w:lang w:val="sl-SI"/>
        </w:rPr>
        <w:t xml:space="preserve"> na vprašanji</w:t>
      </w:r>
      <w:r w:rsidRPr="00B40033">
        <w:rPr>
          <w:b/>
          <w:lang w:val="sl-SI"/>
        </w:rPr>
        <w:t>:</w:t>
      </w:r>
    </w:p>
    <w:p w14:paraId="63D7B7EE" w14:textId="77777777" w:rsidR="00F94C82" w:rsidRPr="00B40033" w:rsidRDefault="00911973">
      <w:pPr>
        <w:pStyle w:val="Oznaenseznam"/>
        <w:rPr>
          <w:lang w:val="sl-SI"/>
        </w:rPr>
      </w:pPr>
      <w:r w:rsidRPr="00B40033">
        <w:rPr>
          <w:lang w:val="sl-SI"/>
        </w:rPr>
        <w:t>Kateri del telesa je moj »zvočnik« najmočnejših čustev? ______________________</w:t>
      </w:r>
    </w:p>
    <w:p w14:paraId="65B7FEA0" w14:textId="77777777" w:rsidR="00F94C82" w:rsidRPr="00B40033" w:rsidRDefault="00911973">
      <w:pPr>
        <w:pStyle w:val="Oznaenseznam"/>
        <w:rPr>
          <w:lang w:val="sl-SI"/>
        </w:rPr>
      </w:pPr>
      <w:r w:rsidRPr="00B40033">
        <w:rPr>
          <w:lang w:val="sl-SI"/>
        </w:rPr>
        <w:t>Katero čustvo sem najlažje zamenjal za drugo (npr. jezo za strah, utrujenost za žalost)? ______________________</w:t>
      </w:r>
    </w:p>
    <w:p w14:paraId="5EB01FCF" w14:textId="77777777" w:rsidR="00F94C82" w:rsidRPr="00B40033" w:rsidRDefault="00911973">
      <w:pPr>
        <w:pStyle w:val="Naslov2"/>
        <w:rPr>
          <w:lang w:val="sl-SI"/>
        </w:rPr>
      </w:pPr>
      <w:r w:rsidRPr="00B40033">
        <w:rPr>
          <w:lang w:val="sl-SI"/>
        </w:rPr>
        <w:lastRenderedPageBreak/>
        <w:t>4.6 Refleksija</w:t>
      </w:r>
    </w:p>
    <w:p w14:paraId="25C12051" w14:textId="2C5800E7" w:rsidR="00F94C82" w:rsidRPr="00B40033" w:rsidRDefault="00911973" w:rsidP="008F0A8F">
      <w:pPr>
        <w:pStyle w:val="Oznaenseznam"/>
        <w:jc w:val="both"/>
        <w:rPr>
          <w:lang w:val="sl-SI"/>
        </w:rPr>
      </w:pPr>
      <w:r w:rsidRPr="00B40033">
        <w:rPr>
          <w:lang w:val="sl-SI"/>
        </w:rPr>
        <w:t xml:space="preserve">Kako dolgo po telesnem znaku </w:t>
      </w:r>
      <w:proofErr w:type="spellStart"/>
      <w:r w:rsidRPr="00B40033">
        <w:rPr>
          <w:lang w:val="sl-SI"/>
        </w:rPr>
        <w:t>ponavadi</w:t>
      </w:r>
      <w:proofErr w:type="spellEnd"/>
      <w:r w:rsidRPr="00B40033">
        <w:rPr>
          <w:lang w:val="sl-SI"/>
        </w:rPr>
        <w:t xml:space="preserve"> začnem »reševati« čustvo z mislimi? (Razlika med </w:t>
      </w:r>
      <w:r w:rsidR="00452234" w:rsidRPr="00B40033">
        <w:rPr>
          <w:lang w:val="sl-SI"/>
        </w:rPr>
        <w:t xml:space="preserve">tema </w:t>
      </w:r>
      <w:r w:rsidRPr="002E198E">
        <w:rPr>
          <w:lang w:val="sl-SI"/>
        </w:rPr>
        <w:t>dvema</w:t>
      </w:r>
      <w:r w:rsidRPr="00B40033">
        <w:rPr>
          <w:lang w:val="sl-SI"/>
        </w:rPr>
        <w:t xml:space="preserve"> je tvoj trenutni »prostor suverenosti«.)</w:t>
      </w:r>
    </w:p>
    <w:p w14:paraId="7D018E47" w14:textId="50553D35" w:rsidR="00F94C82" w:rsidRPr="00B40033" w:rsidRDefault="00911973" w:rsidP="008F0A8F">
      <w:pPr>
        <w:pStyle w:val="Oznaenseznam"/>
        <w:jc w:val="both"/>
        <w:rPr>
          <w:lang w:val="sl-SI"/>
        </w:rPr>
      </w:pPr>
      <w:r w:rsidRPr="00B40033">
        <w:rPr>
          <w:lang w:val="sl-SI"/>
        </w:rPr>
        <w:t xml:space="preserve">Kateremu delu telesa </w:t>
      </w:r>
      <w:r w:rsidR="00BC7D40" w:rsidRPr="00B40033">
        <w:rPr>
          <w:lang w:val="sl-SI"/>
        </w:rPr>
        <w:t>najpogostej</w:t>
      </w:r>
      <w:r w:rsidR="000538DC" w:rsidRPr="00B40033">
        <w:rPr>
          <w:lang w:val="sl-SI"/>
        </w:rPr>
        <w:t>e</w:t>
      </w:r>
      <w:r w:rsidR="00BC7D40" w:rsidRPr="00B40033">
        <w:rPr>
          <w:lang w:val="sl-SI"/>
        </w:rPr>
        <w:t xml:space="preserve"> </w:t>
      </w:r>
      <w:r w:rsidRPr="00B40033">
        <w:rPr>
          <w:lang w:val="sl-SI"/>
        </w:rPr>
        <w:t>ne posvečam pozornosti? Kaj bi se lahko zgodilo, če bi mu namenil tri vdihe na dan?</w:t>
      </w:r>
    </w:p>
    <w:p w14:paraId="3FBC253E" w14:textId="77777777" w:rsidR="00F94C82" w:rsidRPr="00B40033" w:rsidRDefault="00911973">
      <w:pPr>
        <w:pStyle w:val="Naslov2"/>
        <w:rPr>
          <w:lang w:val="sl-SI"/>
        </w:rPr>
      </w:pPr>
      <w:r w:rsidRPr="00B40033">
        <w:rPr>
          <w:lang w:val="sl-SI"/>
        </w:rPr>
        <w:t>4.7 Majhna akcija</w:t>
      </w:r>
    </w:p>
    <w:p w14:paraId="2FED8148" w14:textId="669C3C70" w:rsidR="00F94C82" w:rsidRPr="00B40033" w:rsidRDefault="00C875EC" w:rsidP="008F0A8F">
      <w:pPr>
        <w:jc w:val="both"/>
        <w:rPr>
          <w:lang w:val="sl-SI"/>
        </w:rPr>
      </w:pPr>
      <w:r w:rsidRPr="00B40033">
        <w:rPr>
          <w:lang w:val="sl-SI"/>
        </w:rPr>
        <w:t>Določi</w:t>
      </w:r>
      <w:r w:rsidR="00911973" w:rsidRPr="00B40033">
        <w:rPr>
          <w:lang w:val="sl-SI"/>
        </w:rPr>
        <w:t xml:space="preserve"> tri »telesne </w:t>
      </w:r>
      <w:r w:rsidR="000538DC" w:rsidRPr="00B40033">
        <w:rPr>
          <w:lang w:val="sl-SI"/>
        </w:rPr>
        <w:t>kontrolne točke</w:t>
      </w:r>
      <w:r w:rsidR="00911973" w:rsidRPr="00B40033">
        <w:rPr>
          <w:lang w:val="sl-SI"/>
        </w:rPr>
        <w:t>« na dan (npr. ob prebujanju, pred kosilom, pred spanjem)</w:t>
      </w:r>
      <w:r w:rsidRPr="00B40033">
        <w:rPr>
          <w:lang w:val="sl-SI"/>
        </w:rPr>
        <w:t>.</w:t>
      </w:r>
      <w:r w:rsidR="00911973" w:rsidRPr="00B40033">
        <w:rPr>
          <w:lang w:val="sl-SI"/>
        </w:rPr>
        <w:t xml:space="preserve"> </w:t>
      </w:r>
      <w:r w:rsidRPr="00B40033">
        <w:rPr>
          <w:lang w:val="sl-SI"/>
        </w:rPr>
        <w:t>O</w:t>
      </w:r>
      <w:r w:rsidR="00911973" w:rsidRPr="00B40033">
        <w:rPr>
          <w:lang w:val="sl-SI"/>
        </w:rPr>
        <w:t xml:space="preserve">b </w:t>
      </w:r>
      <w:r w:rsidRPr="00B40033">
        <w:rPr>
          <w:lang w:val="sl-SI"/>
        </w:rPr>
        <w:t xml:space="preserve">vsaki </w:t>
      </w:r>
      <w:r w:rsidR="005C247E" w:rsidRPr="00B40033">
        <w:rPr>
          <w:lang w:val="sl-SI"/>
        </w:rPr>
        <w:t xml:space="preserve">naredi </w:t>
      </w:r>
      <w:r w:rsidR="00911973" w:rsidRPr="00B40033">
        <w:rPr>
          <w:lang w:val="sl-SI"/>
        </w:rPr>
        <w:t xml:space="preserve">le </w:t>
      </w:r>
      <w:r w:rsidR="003339E7">
        <w:rPr>
          <w:lang w:val="sl-SI"/>
        </w:rPr>
        <w:t>tri</w:t>
      </w:r>
      <w:r w:rsidR="003339E7" w:rsidRPr="00B40033">
        <w:rPr>
          <w:lang w:val="sl-SI"/>
        </w:rPr>
        <w:t xml:space="preserve"> </w:t>
      </w:r>
      <w:r w:rsidR="000538DC" w:rsidRPr="00B40033">
        <w:rPr>
          <w:lang w:val="sl-SI"/>
        </w:rPr>
        <w:t xml:space="preserve">vdihe </w:t>
      </w:r>
      <w:r w:rsidR="00911973" w:rsidRPr="00B40033">
        <w:rPr>
          <w:lang w:val="sl-SI"/>
        </w:rPr>
        <w:t>z vajo 4.4. Po tednu primerjaj, ali si čustva začel opažati prej.</w:t>
      </w:r>
    </w:p>
    <w:p w14:paraId="4585851E" w14:textId="77777777" w:rsidR="00F94C82" w:rsidRPr="00B40033" w:rsidRDefault="00911973">
      <w:pPr>
        <w:pStyle w:val="Naslov1"/>
        <w:pBdr>
          <w:bottom w:val="single" w:sz="8" w:space="9" w:color="EBC5A7"/>
        </w:pBdr>
        <w:rPr>
          <w:lang w:val="sl-SI"/>
        </w:rPr>
      </w:pPr>
      <w:r w:rsidRPr="00B40033">
        <w:rPr>
          <w:lang w:val="sl-SI"/>
        </w:rPr>
        <w:lastRenderedPageBreak/>
        <w:t>5. Smisel</w:t>
      </w:r>
    </w:p>
    <w:p w14:paraId="2E50A132" w14:textId="77777777" w:rsidR="00F94C82" w:rsidRPr="00B40033" w:rsidRDefault="00911973">
      <w:pPr>
        <w:pStyle w:val="Naslov2"/>
        <w:rPr>
          <w:lang w:val="sl-SI"/>
        </w:rPr>
      </w:pPr>
      <w:r w:rsidRPr="00B40033">
        <w:rPr>
          <w:lang w:val="sl-SI"/>
        </w:rPr>
        <w:t>5.1 Razlaga</w:t>
      </w:r>
    </w:p>
    <w:p w14:paraId="6644D813" w14:textId="1F4E30AA" w:rsidR="00F94C82" w:rsidRPr="00B40033" w:rsidRDefault="00911973" w:rsidP="00C875EC">
      <w:pPr>
        <w:jc w:val="both"/>
        <w:rPr>
          <w:lang w:val="sl-SI"/>
        </w:rPr>
      </w:pPr>
      <w:r w:rsidRPr="00B40033">
        <w:rPr>
          <w:lang w:val="sl-SI"/>
        </w:rPr>
        <w:t>Viktor Frankl, dunajski psihiater in ustanovitelj logoterapije (zdravljenje s smislom), je smisel postavil v središče človekovega delovanja</w:t>
      </w:r>
      <w:r w:rsidR="008B5DB0" w:rsidRPr="00B40033">
        <w:rPr>
          <w:lang w:val="sl-SI"/>
        </w:rPr>
        <w:t>.</w:t>
      </w:r>
      <w:r w:rsidRPr="00B40033">
        <w:rPr>
          <w:lang w:val="sl-SI"/>
        </w:rPr>
        <w:t xml:space="preserve"> </w:t>
      </w:r>
      <w:r w:rsidR="008B5DB0" w:rsidRPr="00B40033">
        <w:rPr>
          <w:lang w:val="sl-SI"/>
        </w:rPr>
        <w:t>S</w:t>
      </w:r>
      <w:r w:rsidRPr="00B40033">
        <w:rPr>
          <w:lang w:val="sl-SI"/>
        </w:rPr>
        <w:t xml:space="preserve">misel ni </w:t>
      </w:r>
      <w:r w:rsidR="005B2027" w:rsidRPr="00B40033">
        <w:rPr>
          <w:lang w:val="sl-SI"/>
        </w:rPr>
        <w:t>luksuz</w:t>
      </w:r>
      <w:r w:rsidRPr="00B40033">
        <w:rPr>
          <w:lang w:val="sl-SI"/>
        </w:rPr>
        <w:t xml:space="preserve"> razmišljajočih</w:t>
      </w:r>
      <w:r w:rsidR="005B2027" w:rsidRPr="00B40033">
        <w:rPr>
          <w:lang w:val="sl-SI"/>
        </w:rPr>
        <w:t>,</w:t>
      </w:r>
      <w:r w:rsidRPr="00B40033">
        <w:rPr>
          <w:lang w:val="sl-SI"/>
        </w:rPr>
        <w:t xml:space="preserve"> </w:t>
      </w:r>
      <w:r w:rsidR="005B2027" w:rsidRPr="00B40033">
        <w:rPr>
          <w:lang w:val="sl-SI"/>
        </w:rPr>
        <w:t>temveč</w:t>
      </w:r>
      <w:r w:rsidRPr="00B40033">
        <w:rPr>
          <w:lang w:val="sl-SI"/>
        </w:rPr>
        <w:t xml:space="preserve"> je </w:t>
      </w:r>
      <w:r w:rsidRPr="00B40033">
        <w:rPr>
          <w:b/>
          <w:lang w:val="sl-SI"/>
        </w:rPr>
        <w:t>osnovna gonilna sila</w:t>
      </w:r>
      <w:r w:rsidRPr="00B40033">
        <w:rPr>
          <w:lang w:val="sl-SI"/>
        </w:rPr>
        <w:t>, ki človeku daje vzdržljivost, kadar čustev ni mogoče ukazati.</w:t>
      </w:r>
    </w:p>
    <w:p w14:paraId="7A2233BB" w14:textId="3EEEDD77" w:rsidR="00F94C82" w:rsidRPr="00B40033" w:rsidRDefault="00911973" w:rsidP="00C875EC">
      <w:pPr>
        <w:jc w:val="both"/>
        <w:rPr>
          <w:lang w:val="sl-SI"/>
        </w:rPr>
      </w:pPr>
      <w:r w:rsidRPr="00B40033">
        <w:rPr>
          <w:lang w:val="sl-SI"/>
        </w:rPr>
        <w:t xml:space="preserve">Logoterapija smisel razume kot nekaj, kar človek </w:t>
      </w:r>
      <w:r w:rsidRPr="00B40033">
        <w:rPr>
          <w:b/>
          <w:lang w:val="sl-SI"/>
        </w:rPr>
        <w:t>najde v svetu</w:t>
      </w:r>
      <w:r w:rsidRPr="00B40033">
        <w:rPr>
          <w:lang w:val="sl-SI"/>
        </w:rPr>
        <w:t>,</w:t>
      </w:r>
      <w:r w:rsidR="00C955A6">
        <w:rPr>
          <w:lang w:val="sl-SI"/>
        </w:rPr>
        <w:t xml:space="preserve"> in </w:t>
      </w:r>
      <w:r w:rsidRPr="00B40033">
        <w:rPr>
          <w:lang w:val="sl-SI"/>
        </w:rPr>
        <w:t xml:space="preserve">ne </w:t>
      </w:r>
      <w:r w:rsidR="00C955A6">
        <w:rPr>
          <w:lang w:val="sl-SI"/>
        </w:rPr>
        <w:t>kot nekaj, kar</w:t>
      </w:r>
      <w:r w:rsidR="00C955A6" w:rsidRPr="00B40033">
        <w:rPr>
          <w:lang w:val="sl-SI"/>
        </w:rPr>
        <w:t xml:space="preserve"> </w:t>
      </w:r>
      <w:r w:rsidR="00A706ED" w:rsidRPr="00B40033">
        <w:rPr>
          <w:lang w:val="sl-SI"/>
        </w:rPr>
        <w:t>spozna</w:t>
      </w:r>
      <w:r w:rsidRPr="00B40033">
        <w:rPr>
          <w:lang w:val="sl-SI"/>
        </w:rPr>
        <w:t xml:space="preserve"> v sebi kot počutje. Po Franklovem okviru obstajajo tri poti do smisla</w:t>
      </w:r>
      <w:r w:rsidR="007A0365">
        <w:rPr>
          <w:lang w:val="sl-SI"/>
        </w:rPr>
        <w:t xml:space="preserve">: </w:t>
      </w:r>
      <w:r w:rsidRPr="007A0365">
        <w:rPr>
          <w:b/>
          <w:bCs/>
          <w:lang w:val="sl-SI"/>
        </w:rPr>
        <w:t xml:space="preserve"> ustvarjalna</w:t>
      </w:r>
      <w:r w:rsidRPr="00B40033">
        <w:rPr>
          <w:lang w:val="sl-SI"/>
        </w:rPr>
        <w:t xml:space="preserve"> (kar daš svetu), </w:t>
      </w:r>
      <w:r w:rsidRPr="007A0365">
        <w:rPr>
          <w:b/>
          <w:bCs/>
          <w:lang w:val="sl-SI"/>
        </w:rPr>
        <w:t>doživljajska</w:t>
      </w:r>
      <w:r w:rsidRPr="00B40033">
        <w:rPr>
          <w:lang w:val="sl-SI"/>
        </w:rPr>
        <w:t xml:space="preserve"> (kar prejmeš od sveta) in </w:t>
      </w:r>
      <w:r w:rsidRPr="007A0365">
        <w:rPr>
          <w:b/>
          <w:bCs/>
          <w:lang w:val="sl-SI"/>
        </w:rPr>
        <w:t>drža do neizogibnega trpljenja</w:t>
      </w:r>
      <w:r w:rsidRPr="00B40033">
        <w:rPr>
          <w:lang w:val="sl-SI"/>
        </w:rPr>
        <w:t xml:space="preserve"> </w:t>
      </w:r>
      <w:hyperlink r:id="rId16">
        <w:r w:rsidR="00F94C82" w:rsidRPr="00B40033">
          <w:rPr>
            <w:color w:val="01696F"/>
            <w:u w:val="single"/>
            <w:lang w:val="sl-SI"/>
          </w:rPr>
          <w:t>(Viktor Frankl Institute)</w:t>
        </w:r>
      </w:hyperlink>
      <w:r w:rsidRPr="00B40033">
        <w:rPr>
          <w:lang w:val="sl-SI"/>
        </w:rPr>
        <w:t>:</w:t>
      </w:r>
    </w:p>
    <w:p w14:paraId="0D277D2E" w14:textId="0BCAFB70" w:rsidR="00F94C82" w:rsidRPr="00B40033" w:rsidRDefault="00911973" w:rsidP="00C875EC">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Ustvarjanje ali dejanje</w:t>
      </w:r>
      <w:r w:rsidR="007A0365">
        <w:rPr>
          <w:lang w:val="sl-SI"/>
        </w:rPr>
        <w:t xml:space="preserve">: </w:t>
      </w:r>
      <w:r w:rsidRPr="00B40033">
        <w:rPr>
          <w:lang w:val="sl-SI"/>
        </w:rPr>
        <w:t xml:space="preserve"> kar daš svetu (delo, umetnost, skrb, izdelek).</w:t>
      </w:r>
    </w:p>
    <w:p w14:paraId="3EFA0515" w14:textId="3ACE5B84" w:rsidR="00F94C82" w:rsidRPr="00B40033" w:rsidRDefault="00911973" w:rsidP="00C875EC">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Doživljanje ali srečanje</w:t>
      </w:r>
      <w:r w:rsidRPr="00B40033">
        <w:rPr>
          <w:lang w:val="sl-SI"/>
        </w:rPr>
        <w:t xml:space="preserve"> </w:t>
      </w:r>
      <w:r w:rsidR="007A0365">
        <w:rPr>
          <w:lang w:val="sl-SI"/>
        </w:rPr>
        <w:t xml:space="preserve">: </w:t>
      </w:r>
      <w:r w:rsidRPr="00B40033">
        <w:rPr>
          <w:lang w:val="sl-SI"/>
        </w:rPr>
        <w:t xml:space="preserve"> kar svet da tebi (ljubezen, lepota, resnica, narava, drug človek).</w:t>
      </w:r>
    </w:p>
    <w:p w14:paraId="18A1D963" w14:textId="5B02997F" w:rsidR="00F94C82" w:rsidRPr="00B40033" w:rsidRDefault="00911973" w:rsidP="00C875EC">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Odnos do neizogibnega trpljenja</w:t>
      </w:r>
      <w:r w:rsidRPr="00B40033">
        <w:rPr>
          <w:lang w:val="sl-SI"/>
        </w:rPr>
        <w:t xml:space="preserve"> </w:t>
      </w:r>
      <w:r w:rsidR="007A0365">
        <w:rPr>
          <w:lang w:val="sl-SI"/>
        </w:rPr>
        <w:t xml:space="preserve">: </w:t>
      </w:r>
      <w:r w:rsidRPr="00B40033">
        <w:rPr>
          <w:lang w:val="sl-SI"/>
        </w:rPr>
        <w:t xml:space="preserve"> ko usode ni mogoče spremeniti, ostane svoboda spremeniti sebe v njej: držo, dostojanstvo, kar iz te izkušnje naredimo.</w:t>
      </w:r>
    </w:p>
    <w:p w14:paraId="141D6DE1" w14:textId="77777777" w:rsidR="00F94C82" w:rsidRPr="00B40033" w:rsidRDefault="00911973" w:rsidP="00C875EC">
      <w:pPr>
        <w:jc w:val="both"/>
        <w:rPr>
          <w:lang w:val="sl-SI"/>
        </w:rPr>
      </w:pPr>
      <w:r w:rsidRPr="00B40033">
        <w:rPr>
          <w:lang w:val="sl-SI"/>
        </w:rPr>
        <w:t xml:space="preserve">Pomembna opozorila, da to poglavje ostane </w:t>
      </w:r>
      <w:r w:rsidRPr="0081434F">
        <w:rPr>
          <w:lang w:val="sl-SI"/>
        </w:rPr>
        <w:t>pošteno</w:t>
      </w:r>
      <w:r w:rsidRPr="00B40033">
        <w:rPr>
          <w:lang w:val="sl-SI"/>
        </w:rPr>
        <w:t>:</w:t>
      </w:r>
    </w:p>
    <w:p w14:paraId="480D0C15" w14:textId="37D0434C" w:rsidR="00F94C82" w:rsidRPr="00B40033" w:rsidRDefault="00911973" w:rsidP="00C875EC">
      <w:pPr>
        <w:pStyle w:val="Oznaenseznam"/>
        <w:jc w:val="both"/>
        <w:rPr>
          <w:lang w:val="sl-SI"/>
        </w:rPr>
      </w:pPr>
      <w:r w:rsidRPr="00B40033">
        <w:rPr>
          <w:b/>
          <w:lang w:val="sl-SI"/>
        </w:rPr>
        <w:t>Trpljenje samo po sebi ni dobro in ni nujno smiselno.</w:t>
      </w:r>
      <w:r w:rsidRPr="00B40033">
        <w:rPr>
          <w:lang w:val="sl-SI"/>
        </w:rPr>
        <w:t xml:space="preserve"> Nič v tem priročniku ne trdi, da je treba trpljenje iskati ali da se mora vedno </w:t>
      </w:r>
      <w:r w:rsidR="00E3268B">
        <w:rPr>
          <w:lang w:val="sl-SI"/>
        </w:rPr>
        <w:t>»</w:t>
      </w:r>
      <w:r w:rsidRPr="0081434F">
        <w:rPr>
          <w:lang w:val="sl-SI"/>
        </w:rPr>
        <w:t>izplačati</w:t>
      </w:r>
      <w:r w:rsidR="00E3268B">
        <w:rPr>
          <w:lang w:val="sl-SI"/>
        </w:rPr>
        <w:t>«</w:t>
      </w:r>
      <w:r w:rsidRPr="00B40033">
        <w:rPr>
          <w:lang w:val="sl-SI"/>
        </w:rPr>
        <w:t xml:space="preserve">. Nekatero trpljenje je smiselno preživeti, drugo pa je smiselno odpraviti (revščina, zloraba, bolezen) </w:t>
      </w:r>
      <w:r w:rsidR="007A0365">
        <w:rPr>
          <w:lang w:val="sl-SI"/>
        </w:rPr>
        <w:t xml:space="preserve">. </w:t>
      </w:r>
      <w:r w:rsidRPr="00B40033">
        <w:rPr>
          <w:lang w:val="sl-SI"/>
        </w:rPr>
        <w:t>suverenost vključuje tudi to razlikovanje.</w:t>
      </w:r>
    </w:p>
    <w:p w14:paraId="37955613" w14:textId="77777777" w:rsidR="00F94C82" w:rsidRPr="00B40033" w:rsidRDefault="00911973" w:rsidP="00C875EC">
      <w:pPr>
        <w:pStyle w:val="Oznaenseznam"/>
        <w:jc w:val="both"/>
        <w:rPr>
          <w:lang w:val="sl-SI"/>
        </w:rPr>
      </w:pPr>
      <w:r w:rsidRPr="00B40033">
        <w:rPr>
          <w:b/>
          <w:lang w:val="sl-SI"/>
        </w:rPr>
        <w:t>Smisel ni enkraten in dokončen.</w:t>
      </w:r>
      <w:r w:rsidRPr="00B40033">
        <w:rPr>
          <w:lang w:val="sl-SI"/>
        </w:rPr>
        <w:t xml:space="preserve"> Je nekakšna »priložnost vsakega trenutka«: situacija postavlja vprašanje, mi odgovarjamo z dejanjem.</w:t>
      </w:r>
    </w:p>
    <w:p w14:paraId="7713E593" w14:textId="77777777" w:rsidR="00F94C82" w:rsidRPr="00B40033" w:rsidRDefault="00911973">
      <w:pPr>
        <w:pStyle w:val="Naslov2"/>
        <w:rPr>
          <w:lang w:val="sl-SI"/>
        </w:rPr>
      </w:pPr>
      <w:r w:rsidRPr="00B40033">
        <w:rPr>
          <w:lang w:val="sl-SI"/>
        </w:rPr>
        <w:t>5.2 Primer</w:t>
      </w:r>
    </w:p>
    <w:p w14:paraId="515B2DF7" w14:textId="2CC5F616" w:rsidR="00F94C82" w:rsidRPr="00B40033" w:rsidRDefault="00911973" w:rsidP="00C875EC">
      <w:pPr>
        <w:jc w:val="both"/>
        <w:rPr>
          <w:lang w:val="sl-SI"/>
        </w:rPr>
      </w:pPr>
      <w:r w:rsidRPr="00B40033">
        <w:rPr>
          <w:lang w:val="sl-SI"/>
        </w:rPr>
        <w:t xml:space="preserve">Simon </w:t>
      </w:r>
      <w:r w:rsidR="0049467A">
        <w:rPr>
          <w:lang w:val="sl-SI"/>
        </w:rPr>
        <w:t>(</w:t>
      </w:r>
      <w:r w:rsidRPr="00B40033">
        <w:rPr>
          <w:lang w:val="sl-SI"/>
        </w:rPr>
        <w:t>54 let</w:t>
      </w:r>
      <w:r w:rsidR="0049467A">
        <w:rPr>
          <w:lang w:val="sl-SI"/>
        </w:rPr>
        <w:t>)</w:t>
      </w:r>
      <w:r w:rsidRPr="00B40033">
        <w:rPr>
          <w:lang w:val="sl-SI"/>
        </w:rPr>
        <w:t xml:space="preserve"> </w:t>
      </w:r>
      <w:r w:rsidR="0049467A">
        <w:rPr>
          <w:lang w:val="sl-SI"/>
        </w:rPr>
        <w:t>p</w:t>
      </w:r>
      <w:r w:rsidRPr="00B40033">
        <w:rPr>
          <w:lang w:val="sl-SI"/>
        </w:rPr>
        <w:t xml:space="preserve">o očetovi smrti in koncu svoje oskrbovalne vloge občuti praznino: »Nič več ni pomembno.« Simon sčasoma poskusi vajo 5.3 in ugotovi, da je v zadnjih letih njegov smisel izhajal iz treh stvari: skrbi za očeta, poučevanja mlajših kolegov </w:t>
      </w:r>
      <w:r w:rsidR="005B07CC" w:rsidRPr="00B40033">
        <w:rPr>
          <w:lang w:val="sl-SI"/>
        </w:rPr>
        <w:t>v službi</w:t>
      </w:r>
      <w:r w:rsidRPr="00B40033">
        <w:rPr>
          <w:lang w:val="sl-SI"/>
        </w:rPr>
        <w:t xml:space="preserve">, hoje v </w:t>
      </w:r>
      <w:r w:rsidR="005B07CC" w:rsidRPr="00B40033">
        <w:rPr>
          <w:lang w:val="sl-SI"/>
        </w:rPr>
        <w:t>hribe</w:t>
      </w:r>
      <w:r w:rsidRPr="00B40033">
        <w:rPr>
          <w:lang w:val="sl-SI"/>
        </w:rPr>
        <w:t xml:space="preserve">. Dve izmed njih lahko nadaljuje v novi obliki (poučevanje, hoja), tretjo </w:t>
      </w:r>
      <w:r w:rsidR="00C86296">
        <w:rPr>
          <w:lang w:val="sl-SI"/>
        </w:rPr>
        <w:t>(</w:t>
      </w:r>
      <w:r w:rsidRPr="00B40033">
        <w:rPr>
          <w:lang w:val="sl-SI"/>
        </w:rPr>
        <w:t>skrb</w:t>
      </w:r>
      <w:r w:rsidR="00301E94">
        <w:rPr>
          <w:lang w:val="sl-SI"/>
        </w:rPr>
        <w:t>)</w:t>
      </w:r>
      <w:r w:rsidR="00C86296">
        <w:rPr>
          <w:lang w:val="sl-SI"/>
        </w:rPr>
        <w:t xml:space="preserve"> </w:t>
      </w:r>
      <w:r w:rsidRPr="00B40033">
        <w:rPr>
          <w:lang w:val="sl-SI"/>
        </w:rPr>
        <w:t xml:space="preserve">lahko živi </w:t>
      </w:r>
      <w:r w:rsidR="003B3132">
        <w:rPr>
          <w:lang w:val="sl-SI"/>
        </w:rPr>
        <w:t xml:space="preserve">na </w:t>
      </w:r>
      <w:r w:rsidRPr="00B40033">
        <w:rPr>
          <w:lang w:val="sl-SI"/>
        </w:rPr>
        <w:t xml:space="preserve">novo: s prostovoljstvom. Praznina ni izginila čez noč, a je dobila </w:t>
      </w:r>
      <w:r w:rsidRPr="00B40033">
        <w:rPr>
          <w:b/>
          <w:lang w:val="sl-SI"/>
        </w:rPr>
        <w:t>smer</w:t>
      </w:r>
      <w:r w:rsidR="00C86296">
        <w:rPr>
          <w:lang w:val="sl-SI"/>
        </w:rPr>
        <w:t>.</w:t>
      </w:r>
    </w:p>
    <w:p w14:paraId="31FF366C" w14:textId="77777777" w:rsidR="00F94C82" w:rsidRPr="00B40033" w:rsidRDefault="00911973">
      <w:pPr>
        <w:pStyle w:val="Naslov2"/>
        <w:rPr>
          <w:lang w:val="sl-SI"/>
        </w:rPr>
      </w:pPr>
      <w:r w:rsidRPr="00B40033">
        <w:rPr>
          <w:lang w:val="sl-SI"/>
        </w:rPr>
        <w:t>5.3 Vaja: trije viri mojega smisla (pisna vaja, 30–45 minut)</w:t>
      </w:r>
    </w:p>
    <w:p w14:paraId="26D790F9" w14:textId="77777777" w:rsidR="00F94C82" w:rsidRPr="00B40033" w:rsidRDefault="00911973" w:rsidP="00C875EC">
      <w:pPr>
        <w:jc w:val="both"/>
        <w:rPr>
          <w:lang w:val="sl-SI"/>
        </w:rPr>
      </w:pPr>
      <w:r w:rsidRPr="00B40033">
        <w:rPr>
          <w:b/>
          <w:lang w:val="sl-SI"/>
        </w:rPr>
        <w:t>Navodila:</w:t>
      </w:r>
    </w:p>
    <w:p w14:paraId="36E15BBA" w14:textId="104B833B" w:rsidR="00F94C82" w:rsidRPr="00B40033" w:rsidRDefault="00911973" w:rsidP="00C875EC">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 xml:space="preserve">Del A </w:t>
      </w:r>
      <w:r w:rsidR="00C86296">
        <w:rPr>
          <w:b/>
          <w:lang w:val="sl-SI"/>
        </w:rPr>
        <w:t xml:space="preserve">: </w:t>
      </w:r>
      <w:r w:rsidRPr="00B40033">
        <w:rPr>
          <w:b/>
          <w:lang w:val="sl-SI"/>
        </w:rPr>
        <w:t xml:space="preserve"> iz zadnjih dveh let.</w:t>
      </w:r>
      <w:r w:rsidRPr="00B40033">
        <w:rPr>
          <w:lang w:val="sl-SI"/>
        </w:rPr>
        <w:t xml:space="preserve"> Navedi po 3 primere za vsako Franklovo pot:</w:t>
      </w:r>
    </w:p>
    <w:p w14:paraId="7E88BC0B" w14:textId="77777777" w:rsidR="00F94C82" w:rsidRPr="00B40033" w:rsidRDefault="00911973" w:rsidP="00C875EC">
      <w:pPr>
        <w:pStyle w:val="Oznaenseznam2"/>
        <w:jc w:val="both"/>
        <w:rPr>
          <w:lang w:val="sl-SI"/>
        </w:rPr>
      </w:pPr>
      <w:r w:rsidRPr="00B40033">
        <w:rPr>
          <w:lang w:val="sl-SI"/>
        </w:rPr>
        <w:t>Kdaj sem kaj ustvaril ali storil, za kar sem čutil, da je pomembno (tudi malo)? ______________________</w:t>
      </w:r>
    </w:p>
    <w:p w14:paraId="5EA2EB27" w14:textId="77777777" w:rsidR="00F94C82" w:rsidRPr="00B40033" w:rsidRDefault="00911973" w:rsidP="00C875EC">
      <w:pPr>
        <w:pStyle w:val="Oznaenseznam2"/>
        <w:jc w:val="both"/>
        <w:rPr>
          <w:lang w:val="sl-SI"/>
        </w:rPr>
      </w:pPr>
      <w:r w:rsidRPr="00B40033">
        <w:rPr>
          <w:lang w:val="sl-SI"/>
        </w:rPr>
        <w:t>Kdaj sem kaj doživel ali srečal (osebo, lepoto, resnico), kar me je napolnilo? ______________________</w:t>
      </w:r>
    </w:p>
    <w:p w14:paraId="2B242C6F" w14:textId="77777777" w:rsidR="00F94C82" w:rsidRPr="00B40033" w:rsidRDefault="00911973" w:rsidP="00C875EC">
      <w:pPr>
        <w:pStyle w:val="Oznaenseznam2"/>
        <w:jc w:val="both"/>
        <w:rPr>
          <w:lang w:val="sl-SI"/>
        </w:rPr>
      </w:pPr>
      <w:r w:rsidRPr="00B40033">
        <w:rPr>
          <w:lang w:val="sl-SI"/>
        </w:rPr>
        <w:t>Kdaj sem v težki, neizogibni situaciji ohranil dostojanstvo ali iz nje kaj odnesel? ______________________</w:t>
      </w:r>
    </w:p>
    <w:p w14:paraId="25C95C11" w14:textId="7125F882" w:rsidR="00F94C82" w:rsidRPr="00B40033" w:rsidRDefault="00911973" w:rsidP="00C875EC">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 xml:space="preserve">Del B </w:t>
      </w:r>
      <w:r w:rsidR="00C86296">
        <w:rPr>
          <w:b/>
          <w:lang w:val="sl-SI"/>
        </w:rPr>
        <w:t xml:space="preserve">: </w:t>
      </w:r>
      <w:r w:rsidRPr="00B40033">
        <w:rPr>
          <w:b/>
          <w:lang w:val="sl-SI"/>
        </w:rPr>
        <w:t xml:space="preserve"> vzorec.</w:t>
      </w:r>
      <w:r w:rsidRPr="00B40033">
        <w:rPr>
          <w:lang w:val="sl-SI"/>
        </w:rPr>
        <w:t xml:space="preserve"> Poglej svoje odgovore</w:t>
      </w:r>
      <w:r w:rsidR="000F5634" w:rsidRPr="00B40033">
        <w:rPr>
          <w:lang w:val="sl-SI"/>
        </w:rPr>
        <w:t xml:space="preserve"> in določi,</w:t>
      </w:r>
      <w:r w:rsidRPr="00B40033">
        <w:rPr>
          <w:lang w:val="sl-SI"/>
        </w:rPr>
        <w:t xml:space="preserve"> kaj se ponavlja</w:t>
      </w:r>
      <w:r w:rsidR="000F5634" w:rsidRPr="00B40033">
        <w:rPr>
          <w:lang w:val="sl-SI"/>
        </w:rPr>
        <w:t>.</w:t>
      </w:r>
      <w:r w:rsidRPr="00B40033">
        <w:rPr>
          <w:lang w:val="sl-SI"/>
        </w:rPr>
        <w:t xml:space="preserve"> Ljudje? Ustvarjanje? Narava? Skrb? Poučevanje? Napiši en stavek</w:t>
      </w:r>
      <w:r w:rsidR="00C46541">
        <w:rPr>
          <w:lang w:val="sl-SI"/>
        </w:rPr>
        <w:t>, na primer</w:t>
      </w:r>
      <w:r w:rsidRPr="00B40033">
        <w:rPr>
          <w:lang w:val="sl-SI"/>
        </w:rPr>
        <w:t xml:space="preserve">: »Zdi se, da je </w:t>
      </w:r>
      <w:r w:rsidRPr="00603C8B">
        <w:rPr>
          <w:lang w:val="sl-SI"/>
        </w:rPr>
        <w:t>moj smisel najbolj doma</w:t>
      </w:r>
      <w:r w:rsidRPr="00B40033">
        <w:rPr>
          <w:lang w:val="sl-SI"/>
        </w:rPr>
        <w:t>, kadar …«</w:t>
      </w:r>
    </w:p>
    <w:p w14:paraId="38DDC56D" w14:textId="44208C25" w:rsidR="00F94C82" w:rsidRPr="00B40033" w:rsidRDefault="00911973" w:rsidP="00C875EC">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 xml:space="preserve">Del C </w:t>
      </w:r>
      <w:r w:rsidR="00C86296">
        <w:rPr>
          <w:b/>
          <w:lang w:val="sl-SI"/>
        </w:rPr>
        <w:t>:</w:t>
      </w:r>
      <w:r w:rsidRPr="00B40033">
        <w:rPr>
          <w:b/>
          <w:lang w:val="sl-SI"/>
        </w:rPr>
        <w:t xml:space="preserve"> prenos v prihodnost.</w:t>
      </w:r>
      <w:r w:rsidRPr="00B40033">
        <w:rPr>
          <w:lang w:val="sl-SI"/>
        </w:rPr>
        <w:t xml:space="preserve"> </w:t>
      </w:r>
      <w:r w:rsidRPr="00C46541">
        <w:rPr>
          <w:lang w:val="sl-SI"/>
        </w:rPr>
        <w:t>Kaj od tega vzorca lahko živim v naslednjem mesecu</w:t>
      </w:r>
      <w:r w:rsidR="0052464A">
        <w:rPr>
          <w:lang w:val="sl-SI"/>
        </w:rPr>
        <w:t>,</w:t>
      </w:r>
      <w:r w:rsidRPr="00C46541">
        <w:rPr>
          <w:lang w:val="sl-SI"/>
        </w:rPr>
        <w:t xml:space="preserve"> konkretno, z datumom?</w:t>
      </w:r>
    </w:p>
    <w:p w14:paraId="2EEBCADA" w14:textId="2FAD3B83" w:rsidR="00F94C82" w:rsidRPr="00B40033" w:rsidRDefault="00911973">
      <w:pPr>
        <w:pStyle w:val="Naslov2"/>
        <w:rPr>
          <w:lang w:val="sl-SI"/>
        </w:rPr>
      </w:pPr>
      <w:r w:rsidRPr="00B40033">
        <w:rPr>
          <w:lang w:val="sl-SI"/>
        </w:rPr>
        <w:lastRenderedPageBreak/>
        <w:t>5.4 Vaja: »zakaj«</w:t>
      </w:r>
      <w:r w:rsidR="00280894" w:rsidRPr="00B40033">
        <w:rPr>
          <w:lang w:val="sl-SI"/>
        </w:rPr>
        <w:t xml:space="preserve"> </w:t>
      </w:r>
      <w:r w:rsidRPr="00B40033">
        <w:rPr>
          <w:lang w:val="sl-SI"/>
        </w:rPr>
        <w:t xml:space="preserve">lestvica za </w:t>
      </w:r>
      <w:r w:rsidRPr="00C46541">
        <w:rPr>
          <w:lang w:val="sl-SI"/>
        </w:rPr>
        <w:t>eno</w:t>
      </w:r>
      <w:r w:rsidRPr="00B40033">
        <w:rPr>
          <w:lang w:val="sl-SI"/>
        </w:rPr>
        <w:t xml:space="preserve"> življenjsko področje (10 minut)</w:t>
      </w:r>
    </w:p>
    <w:p w14:paraId="26D1E863" w14:textId="7F6BE8AC" w:rsidR="00F94C82" w:rsidRPr="00B40033" w:rsidRDefault="00911973" w:rsidP="00C875EC">
      <w:pPr>
        <w:jc w:val="both"/>
        <w:rPr>
          <w:lang w:val="sl-SI"/>
        </w:rPr>
      </w:pPr>
      <w:r w:rsidRPr="00B40033">
        <w:rPr>
          <w:lang w:val="sl-SI"/>
        </w:rPr>
        <w:t xml:space="preserve">Izberi eno področje, ki te </w:t>
      </w:r>
      <w:r w:rsidR="000442B2">
        <w:rPr>
          <w:lang w:val="sl-SI"/>
        </w:rPr>
        <w:t xml:space="preserve">navdihuje </w:t>
      </w:r>
      <w:r w:rsidR="00A10CD6">
        <w:rPr>
          <w:lang w:val="sl-SI"/>
        </w:rPr>
        <w:t>in ti je pomembno</w:t>
      </w:r>
      <w:r w:rsidRPr="00B40033">
        <w:rPr>
          <w:lang w:val="sl-SI"/>
        </w:rPr>
        <w:t xml:space="preserve"> (delo, družina, šport, ustvarjanje). Vprašaj se petkrat po </w:t>
      </w:r>
      <w:r w:rsidRPr="001F3CD1">
        <w:rPr>
          <w:lang w:val="sl-SI"/>
        </w:rPr>
        <w:t>vrsti</w:t>
      </w:r>
      <w:r w:rsidRPr="00B40033">
        <w:rPr>
          <w:lang w:val="sl-SI"/>
        </w:rPr>
        <w:t xml:space="preserve">: »Zakaj mi je to pomembno?« </w:t>
      </w:r>
      <w:r w:rsidR="007D46B0">
        <w:rPr>
          <w:lang w:val="sl-SI"/>
        </w:rPr>
        <w:t>V</w:t>
      </w:r>
      <w:r w:rsidRPr="00B40033">
        <w:rPr>
          <w:lang w:val="sl-SI"/>
        </w:rPr>
        <w:t xml:space="preserve">sakič </w:t>
      </w:r>
      <w:r w:rsidR="00E80F93">
        <w:rPr>
          <w:lang w:val="sl-SI"/>
        </w:rPr>
        <w:t xml:space="preserve">si </w:t>
      </w:r>
      <w:r w:rsidRPr="00B40033">
        <w:rPr>
          <w:lang w:val="sl-SI"/>
        </w:rPr>
        <w:t>na odgovor spet</w:t>
      </w:r>
      <w:r w:rsidR="00E80F93">
        <w:rPr>
          <w:lang w:val="sl-SI"/>
        </w:rPr>
        <w:t xml:space="preserve"> zastavi isto vprašanje:</w:t>
      </w:r>
      <w:r w:rsidRPr="00B40033">
        <w:rPr>
          <w:lang w:val="sl-SI"/>
        </w:rPr>
        <w:t xml:space="preserve"> »</w:t>
      </w:r>
      <w:r w:rsidR="00E80F93">
        <w:rPr>
          <w:lang w:val="sl-SI"/>
        </w:rPr>
        <w:t>I</w:t>
      </w:r>
      <w:r w:rsidRPr="00B40033">
        <w:rPr>
          <w:lang w:val="sl-SI"/>
        </w:rPr>
        <w:t>n zakaj mi je to pomembno?« Peto vprašanje po vrsti običajno razkrije vrednoto ali smisel, ki ni odvisen od razpoloženja tistega dne.</w:t>
      </w:r>
    </w:p>
    <w:p w14:paraId="5DCCD39D" w14:textId="69CA00F9" w:rsidR="00F94C82" w:rsidRPr="00B40033" w:rsidRDefault="00911973" w:rsidP="000672DD">
      <w:pPr>
        <w:jc w:val="both"/>
        <w:rPr>
          <w:lang w:val="sl-SI"/>
        </w:rPr>
      </w:pPr>
      <w:r w:rsidRPr="00B40033">
        <w:rPr>
          <w:lang w:val="sl-SI"/>
        </w:rPr>
        <w:t xml:space="preserve">Zadnji odgovor zapiši na listek in ga prilepi na mesto, </w:t>
      </w:r>
      <w:r w:rsidRPr="000672DD">
        <w:rPr>
          <w:lang w:val="sl-SI"/>
        </w:rPr>
        <w:t xml:space="preserve">kjer </w:t>
      </w:r>
      <w:r w:rsidR="00BF2837">
        <w:rPr>
          <w:lang w:val="sl-SI"/>
        </w:rPr>
        <w:t>vsak dan sprejemaš odločitve</w:t>
      </w:r>
      <w:r w:rsidRPr="000672DD">
        <w:rPr>
          <w:lang w:val="sl-SI"/>
        </w:rPr>
        <w:t xml:space="preserve"> </w:t>
      </w:r>
      <w:r w:rsidRPr="00B40033">
        <w:rPr>
          <w:lang w:val="sl-SI"/>
        </w:rPr>
        <w:t>(monitor, vhodna vrata, ogledalo).</w:t>
      </w:r>
    </w:p>
    <w:p w14:paraId="15DF09FA" w14:textId="77777777" w:rsidR="00F94C82" w:rsidRPr="00B40033" w:rsidRDefault="00911973">
      <w:pPr>
        <w:pStyle w:val="Naslov2"/>
        <w:rPr>
          <w:lang w:val="sl-SI"/>
        </w:rPr>
      </w:pPr>
      <w:r w:rsidRPr="00B40033">
        <w:rPr>
          <w:lang w:val="sl-SI"/>
        </w:rPr>
        <w:t>5.5 Delovni list: pregled smisla</w:t>
      </w:r>
    </w:p>
    <w:p w14:paraId="288E6A6D" w14:textId="77777777" w:rsidR="00F94C82" w:rsidRPr="00B40033" w:rsidRDefault="00911973">
      <w:pPr>
        <w:rPr>
          <w:lang w:val="sl-SI"/>
        </w:rPr>
      </w:pPr>
      <w:r w:rsidRPr="00B40033">
        <w:rPr>
          <w:b/>
          <w:lang w:val="sl-SI"/>
        </w:rPr>
        <w:t>Trije stebri mojega trenutnega smisla:</w:t>
      </w:r>
    </w:p>
    <w:p w14:paraId="7A95B0AF" w14:textId="77777777" w:rsidR="00F94C82" w:rsidRPr="00B40033" w:rsidRDefault="00911973">
      <w:pPr>
        <w:tabs>
          <w:tab w:val="left" w:pos="425"/>
        </w:tabs>
        <w:spacing w:after="60"/>
        <w:ind w:left="425" w:hanging="425"/>
        <w:rPr>
          <w:lang w:val="sl-SI"/>
        </w:rPr>
      </w:pPr>
      <w:r w:rsidRPr="00B40033">
        <w:rPr>
          <w:lang w:val="sl-SI"/>
        </w:rPr>
        <w:t>1.</w:t>
      </w:r>
      <w:r w:rsidRPr="00B40033">
        <w:rPr>
          <w:lang w:val="sl-SI"/>
        </w:rPr>
        <w:tab/>
        <w:t>Kar dajem: ______________________________________</w:t>
      </w:r>
    </w:p>
    <w:p w14:paraId="5BA828A7" w14:textId="77777777" w:rsidR="00F94C82" w:rsidRPr="00B40033" w:rsidRDefault="00911973">
      <w:pPr>
        <w:tabs>
          <w:tab w:val="left" w:pos="425"/>
        </w:tabs>
        <w:spacing w:after="60"/>
        <w:ind w:left="425" w:hanging="425"/>
        <w:rPr>
          <w:lang w:val="sl-SI"/>
        </w:rPr>
      </w:pPr>
      <w:r w:rsidRPr="00B40033">
        <w:rPr>
          <w:lang w:val="sl-SI"/>
        </w:rPr>
        <w:t>2.</w:t>
      </w:r>
      <w:r w:rsidRPr="00B40033">
        <w:rPr>
          <w:lang w:val="sl-SI"/>
        </w:rPr>
        <w:tab/>
        <w:t>Kar prejemam/srečam: ______________________________________</w:t>
      </w:r>
    </w:p>
    <w:p w14:paraId="5D2C6AE7" w14:textId="77777777" w:rsidR="00F94C82" w:rsidRPr="00B40033" w:rsidRDefault="00911973">
      <w:pPr>
        <w:tabs>
          <w:tab w:val="left" w:pos="425"/>
        </w:tabs>
        <w:spacing w:after="60"/>
        <w:ind w:left="425" w:hanging="425"/>
        <w:rPr>
          <w:lang w:val="sl-SI"/>
        </w:rPr>
      </w:pPr>
      <w:r w:rsidRPr="00B40033">
        <w:rPr>
          <w:lang w:val="sl-SI"/>
        </w:rPr>
        <w:t>3.</w:t>
      </w:r>
      <w:r w:rsidRPr="00B40033">
        <w:rPr>
          <w:lang w:val="sl-SI"/>
        </w:rPr>
        <w:tab/>
        <w:t>Kako nosim tisto, česar ne morem spremeniti: ______________________________________</w:t>
      </w:r>
    </w:p>
    <w:p w14:paraId="0C0E10C3" w14:textId="73848593" w:rsidR="00F94C82" w:rsidRPr="00B40033" w:rsidRDefault="00911973">
      <w:pPr>
        <w:rPr>
          <w:lang w:val="sl-SI"/>
        </w:rPr>
      </w:pPr>
      <w:r w:rsidRPr="00B40033">
        <w:rPr>
          <w:b/>
          <w:lang w:val="sl-SI"/>
        </w:rPr>
        <w:t>Tedenski pregled (izpolni vsako nedeljo, 5 minut):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64"/>
        <w:gridCol w:w="4230"/>
        <w:gridCol w:w="1410"/>
        <w:gridCol w:w="3101"/>
      </w:tblGrid>
      <w:tr w:rsidR="00F94C82" w:rsidRPr="00B40033" w14:paraId="2037C1C2" w14:textId="77777777">
        <w:trPr>
          <w:cantSplit/>
          <w:tblHeader/>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2A5D173" w14:textId="77777777" w:rsidR="00F94C82" w:rsidRPr="00B40033" w:rsidRDefault="00911973">
            <w:pPr>
              <w:spacing w:after="80" w:line="259" w:lineRule="auto"/>
              <w:rPr>
                <w:lang w:val="sl-SI"/>
              </w:rPr>
            </w:pPr>
            <w:r w:rsidRPr="00B40033">
              <w:rPr>
                <w:b/>
                <w:sz w:val="20"/>
                <w:lang w:val="sl-SI"/>
              </w:rPr>
              <w:t>Teden</w:t>
            </w:r>
          </w:p>
        </w:tc>
        <w:tc>
          <w:tcPr>
            <w:tcW w:w="410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E60DCA0" w14:textId="77777777" w:rsidR="00F94C82" w:rsidRPr="00B40033" w:rsidRDefault="00911973">
            <w:pPr>
              <w:spacing w:after="80" w:line="259" w:lineRule="auto"/>
              <w:rPr>
                <w:lang w:val="sl-SI"/>
              </w:rPr>
            </w:pPr>
            <w:r w:rsidRPr="00B40033">
              <w:rPr>
                <w:b/>
                <w:sz w:val="20"/>
                <w:lang w:val="sl-SI"/>
              </w:rPr>
              <w:t>Kdaj sem ta teden čutil, da je nekaj »vredno truda«?</w:t>
            </w:r>
          </w:p>
        </w:tc>
        <w:tc>
          <w:tcPr>
            <w:tcW w:w="136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4FCDAA3" w14:textId="77777777" w:rsidR="00F94C82" w:rsidRPr="00B40033" w:rsidRDefault="00911973">
            <w:pPr>
              <w:spacing w:after="80" w:line="259" w:lineRule="auto"/>
              <w:rPr>
                <w:lang w:val="sl-SI"/>
              </w:rPr>
            </w:pPr>
            <w:r w:rsidRPr="00B40033">
              <w:rPr>
                <w:b/>
                <w:sz w:val="20"/>
                <w:lang w:val="sl-SI"/>
              </w:rPr>
              <w:t>Kaj je bilo to?</w:t>
            </w:r>
          </w:p>
        </w:tc>
        <w:tc>
          <w:tcPr>
            <w:tcW w:w="300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535C8A70" w14:textId="77777777" w:rsidR="00F94C82" w:rsidRPr="00B40033" w:rsidRDefault="00911973">
            <w:pPr>
              <w:spacing w:after="80" w:line="259" w:lineRule="auto"/>
              <w:rPr>
                <w:lang w:val="sl-SI"/>
              </w:rPr>
            </w:pPr>
            <w:r w:rsidRPr="00B40033">
              <w:rPr>
                <w:b/>
                <w:sz w:val="20"/>
                <w:lang w:val="sl-SI"/>
              </w:rPr>
              <w:t>Ali sem temu dal dovolj prostora?</w:t>
            </w:r>
          </w:p>
        </w:tc>
      </w:tr>
      <w:tr w:rsidR="00F94C82" w:rsidRPr="00B40033" w14:paraId="094A5E73"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610E581" w14:textId="77777777" w:rsidR="00F94C82" w:rsidRPr="00B40033" w:rsidRDefault="00911973">
            <w:pPr>
              <w:spacing w:after="80" w:line="259" w:lineRule="auto"/>
              <w:rPr>
                <w:lang w:val="sl-SI"/>
              </w:rPr>
            </w:pPr>
            <w:r w:rsidRPr="00B40033">
              <w:rPr>
                <w:sz w:val="20"/>
                <w:lang w:val="sl-SI"/>
              </w:rPr>
              <w:t>1</w:t>
            </w:r>
          </w:p>
        </w:tc>
        <w:tc>
          <w:tcPr>
            <w:tcW w:w="410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14137EB" w14:textId="77777777" w:rsidR="00F94C82" w:rsidRPr="00B40033" w:rsidRDefault="00F94C82">
            <w:pPr>
              <w:spacing w:after="80" w:line="259" w:lineRule="auto"/>
              <w:rPr>
                <w:lang w:val="sl-SI"/>
              </w:rPr>
            </w:pPr>
          </w:p>
        </w:tc>
        <w:tc>
          <w:tcPr>
            <w:tcW w:w="136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E0AF2BC" w14:textId="77777777" w:rsidR="00F94C82" w:rsidRPr="00B40033" w:rsidRDefault="00F94C82">
            <w:pPr>
              <w:spacing w:after="80" w:line="259" w:lineRule="auto"/>
              <w:rPr>
                <w:lang w:val="sl-SI"/>
              </w:rPr>
            </w:pPr>
          </w:p>
        </w:tc>
        <w:tc>
          <w:tcPr>
            <w:tcW w:w="30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50EF142" w14:textId="77777777" w:rsidR="00F94C82" w:rsidRPr="00B40033" w:rsidRDefault="00F94C82">
            <w:pPr>
              <w:spacing w:after="80" w:line="259" w:lineRule="auto"/>
              <w:rPr>
                <w:lang w:val="sl-SI"/>
              </w:rPr>
            </w:pPr>
          </w:p>
        </w:tc>
      </w:tr>
      <w:tr w:rsidR="00F94C82" w:rsidRPr="00B40033" w14:paraId="09CB2DFC"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51623B8" w14:textId="77777777" w:rsidR="00F94C82" w:rsidRPr="00B40033" w:rsidRDefault="00911973">
            <w:pPr>
              <w:spacing w:after="80" w:line="259" w:lineRule="auto"/>
              <w:rPr>
                <w:lang w:val="sl-SI"/>
              </w:rPr>
            </w:pPr>
            <w:r w:rsidRPr="00B40033">
              <w:rPr>
                <w:sz w:val="20"/>
                <w:lang w:val="sl-SI"/>
              </w:rPr>
              <w:t>2</w:t>
            </w:r>
          </w:p>
        </w:tc>
        <w:tc>
          <w:tcPr>
            <w:tcW w:w="410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D64F753" w14:textId="77777777" w:rsidR="00F94C82" w:rsidRPr="00B40033" w:rsidRDefault="00F94C82">
            <w:pPr>
              <w:spacing w:after="80" w:line="259" w:lineRule="auto"/>
              <w:rPr>
                <w:lang w:val="sl-SI"/>
              </w:rPr>
            </w:pPr>
          </w:p>
        </w:tc>
        <w:tc>
          <w:tcPr>
            <w:tcW w:w="136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5710ECE" w14:textId="77777777" w:rsidR="00F94C82" w:rsidRPr="00B40033" w:rsidRDefault="00F94C82">
            <w:pPr>
              <w:spacing w:after="80" w:line="259" w:lineRule="auto"/>
              <w:rPr>
                <w:lang w:val="sl-SI"/>
              </w:rPr>
            </w:pPr>
          </w:p>
        </w:tc>
        <w:tc>
          <w:tcPr>
            <w:tcW w:w="30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D51E501" w14:textId="77777777" w:rsidR="00F94C82" w:rsidRPr="00B40033" w:rsidRDefault="00F94C82">
            <w:pPr>
              <w:spacing w:after="80" w:line="259" w:lineRule="auto"/>
              <w:rPr>
                <w:lang w:val="sl-SI"/>
              </w:rPr>
            </w:pPr>
          </w:p>
        </w:tc>
      </w:tr>
      <w:tr w:rsidR="00F94C82" w:rsidRPr="00B40033" w14:paraId="22C5752C"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2AFCF1F" w14:textId="77777777" w:rsidR="00F94C82" w:rsidRPr="00B40033" w:rsidRDefault="00911973">
            <w:pPr>
              <w:spacing w:after="80" w:line="259" w:lineRule="auto"/>
              <w:rPr>
                <w:lang w:val="sl-SI"/>
              </w:rPr>
            </w:pPr>
            <w:r w:rsidRPr="00B40033">
              <w:rPr>
                <w:sz w:val="20"/>
                <w:lang w:val="sl-SI"/>
              </w:rPr>
              <w:t>3</w:t>
            </w:r>
          </w:p>
        </w:tc>
        <w:tc>
          <w:tcPr>
            <w:tcW w:w="410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DA9C967" w14:textId="77777777" w:rsidR="00F94C82" w:rsidRPr="00B40033" w:rsidRDefault="00F94C82">
            <w:pPr>
              <w:spacing w:after="80" w:line="259" w:lineRule="auto"/>
              <w:rPr>
                <w:lang w:val="sl-SI"/>
              </w:rPr>
            </w:pPr>
          </w:p>
        </w:tc>
        <w:tc>
          <w:tcPr>
            <w:tcW w:w="136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5A058E6" w14:textId="77777777" w:rsidR="00F94C82" w:rsidRPr="00B40033" w:rsidRDefault="00F94C82">
            <w:pPr>
              <w:spacing w:after="80" w:line="259" w:lineRule="auto"/>
              <w:rPr>
                <w:lang w:val="sl-SI"/>
              </w:rPr>
            </w:pPr>
          </w:p>
        </w:tc>
        <w:tc>
          <w:tcPr>
            <w:tcW w:w="30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37F3948" w14:textId="77777777" w:rsidR="00F94C82" w:rsidRPr="00B40033" w:rsidRDefault="00F94C82">
            <w:pPr>
              <w:spacing w:after="80" w:line="259" w:lineRule="auto"/>
              <w:rPr>
                <w:lang w:val="sl-SI"/>
              </w:rPr>
            </w:pPr>
          </w:p>
        </w:tc>
      </w:tr>
      <w:tr w:rsidR="00F94C82" w:rsidRPr="00B40033" w14:paraId="0DEEE1E7"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C2CCFAF" w14:textId="77777777" w:rsidR="00F94C82" w:rsidRPr="00B40033" w:rsidRDefault="00911973">
            <w:pPr>
              <w:spacing w:after="80" w:line="259" w:lineRule="auto"/>
              <w:rPr>
                <w:lang w:val="sl-SI"/>
              </w:rPr>
            </w:pPr>
            <w:r w:rsidRPr="00B40033">
              <w:rPr>
                <w:sz w:val="20"/>
                <w:lang w:val="sl-SI"/>
              </w:rPr>
              <w:t>4</w:t>
            </w:r>
          </w:p>
        </w:tc>
        <w:tc>
          <w:tcPr>
            <w:tcW w:w="410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E2836FB" w14:textId="77777777" w:rsidR="00F94C82" w:rsidRPr="00B40033" w:rsidRDefault="00F94C82">
            <w:pPr>
              <w:spacing w:after="80" w:line="259" w:lineRule="auto"/>
              <w:rPr>
                <w:lang w:val="sl-SI"/>
              </w:rPr>
            </w:pPr>
          </w:p>
        </w:tc>
        <w:tc>
          <w:tcPr>
            <w:tcW w:w="136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7D1FCD2" w14:textId="77777777" w:rsidR="00F94C82" w:rsidRPr="00B40033" w:rsidRDefault="00F94C82">
            <w:pPr>
              <w:spacing w:after="80" w:line="259" w:lineRule="auto"/>
              <w:rPr>
                <w:lang w:val="sl-SI"/>
              </w:rPr>
            </w:pPr>
          </w:p>
        </w:tc>
        <w:tc>
          <w:tcPr>
            <w:tcW w:w="30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DDCE2A0" w14:textId="77777777" w:rsidR="00F94C82" w:rsidRPr="00B40033" w:rsidRDefault="00F94C82">
            <w:pPr>
              <w:spacing w:after="80" w:line="259" w:lineRule="auto"/>
              <w:rPr>
                <w:lang w:val="sl-SI"/>
              </w:rPr>
            </w:pPr>
          </w:p>
        </w:tc>
      </w:tr>
    </w:tbl>
    <w:p w14:paraId="205D233A" w14:textId="77777777" w:rsidR="00F94C82" w:rsidRPr="00B40033" w:rsidRDefault="00F94C82">
      <w:pPr>
        <w:spacing w:after="40"/>
        <w:rPr>
          <w:lang w:val="sl-SI"/>
        </w:rPr>
      </w:pPr>
    </w:p>
    <w:p w14:paraId="301D2669" w14:textId="77777777" w:rsidR="00F94C82" w:rsidRPr="00B40033" w:rsidRDefault="00911973">
      <w:pPr>
        <w:pStyle w:val="Naslov2"/>
        <w:rPr>
          <w:lang w:val="sl-SI"/>
        </w:rPr>
      </w:pPr>
      <w:r w:rsidRPr="00B40033">
        <w:rPr>
          <w:lang w:val="sl-SI"/>
        </w:rPr>
        <w:t>5.6 Refleksija</w:t>
      </w:r>
    </w:p>
    <w:p w14:paraId="695768C7" w14:textId="77777777" w:rsidR="00F94C82" w:rsidRPr="00B40033" w:rsidRDefault="00911973" w:rsidP="00C875EC">
      <w:pPr>
        <w:pStyle w:val="Oznaenseznam"/>
        <w:jc w:val="both"/>
        <w:rPr>
          <w:lang w:val="sl-SI"/>
        </w:rPr>
      </w:pPr>
      <w:r w:rsidRPr="00B40033">
        <w:rPr>
          <w:lang w:val="sl-SI"/>
        </w:rPr>
        <w:t>Ali se moja dnevna poraba časa ujema z mojimi tremi stebri smisla? Kje je največja razlika?</w:t>
      </w:r>
    </w:p>
    <w:p w14:paraId="595B83F1" w14:textId="41D714EA" w:rsidR="00F94C82" w:rsidRPr="00B40033" w:rsidRDefault="00911973" w:rsidP="00C875EC">
      <w:pPr>
        <w:pStyle w:val="Oznaenseznam"/>
        <w:jc w:val="both"/>
        <w:rPr>
          <w:lang w:val="sl-SI"/>
        </w:rPr>
      </w:pPr>
      <w:r w:rsidRPr="00B40033">
        <w:rPr>
          <w:lang w:val="sl-SI"/>
        </w:rPr>
        <w:t xml:space="preserve">Katero področje življenja trenutno nosim »samo </w:t>
      </w:r>
      <w:r w:rsidR="00E56440">
        <w:rPr>
          <w:lang w:val="sl-SI"/>
        </w:rPr>
        <w:t xml:space="preserve">še </w:t>
      </w:r>
      <w:r w:rsidRPr="00B40033">
        <w:rPr>
          <w:lang w:val="sl-SI"/>
        </w:rPr>
        <w:t>po vztrajnosti«</w:t>
      </w:r>
      <w:r w:rsidR="00485258">
        <w:rPr>
          <w:lang w:val="sl-SI"/>
        </w:rPr>
        <w:t>? Kako</w:t>
      </w:r>
      <w:r w:rsidRPr="00B40033">
        <w:rPr>
          <w:lang w:val="sl-SI"/>
        </w:rPr>
        <w:t xml:space="preserve"> bi mu lahko vnovič (ali prvič) dal smisel</w:t>
      </w:r>
      <w:r w:rsidR="003B7CD2">
        <w:rPr>
          <w:lang w:val="sl-SI"/>
        </w:rPr>
        <w:t xml:space="preserve"> in</w:t>
      </w:r>
      <w:r w:rsidRPr="00B40033">
        <w:rPr>
          <w:lang w:val="sl-SI"/>
        </w:rPr>
        <w:t xml:space="preserve"> ali </w:t>
      </w:r>
      <w:r w:rsidR="00192054">
        <w:rPr>
          <w:lang w:val="sl-SI"/>
        </w:rPr>
        <w:t>sem</w:t>
      </w:r>
      <w:r w:rsidRPr="00B40033">
        <w:rPr>
          <w:lang w:val="sl-SI"/>
        </w:rPr>
        <w:t xml:space="preserve"> ga pripravljen spremeniti?</w:t>
      </w:r>
    </w:p>
    <w:p w14:paraId="26E192BD" w14:textId="77777777" w:rsidR="00F94C82" w:rsidRPr="00B40033" w:rsidRDefault="00911973">
      <w:pPr>
        <w:pStyle w:val="Naslov2"/>
        <w:rPr>
          <w:lang w:val="sl-SI"/>
        </w:rPr>
      </w:pPr>
      <w:r w:rsidRPr="00B40033">
        <w:rPr>
          <w:lang w:val="sl-SI"/>
        </w:rPr>
        <w:t>5.7 Majhna akcija</w:t>
      </w:r>
    </w:p>
    <w:p w14:paraId="36C71C80" w14:textId="7692318D" w:rsidR="00F94C82" w:rsidRPr="00B40033" w:rsidRDefault="00911973" w:rsidP="00C875EC">
      <w:pPr>
        <w:jc w:val="both"/>
        <w:rPr>
          <w:lang w:val="sl-SI"/>
        </w:rPr>
      </w:pPr>
      <w:r w:rsidRPr="00B40033">
        <w:rPr>
          <w:lang w:val="sl-SI"/>
        </w:rPr>
        <w:t xml:space="preserve">Eno izmed stvari iz stolpca »kar dajem« ali »kar srečam« naredi v naslednjih 48 urah </w:t>
      </w:r>
      <w:r w:rsidRPr="00192054">
        <w:rPr>
          <w:lang w:val="sl-SI"/>
        </w:rPr>
        <w:t>namenoma</w:t>
      </w:r>
      <w:r w:rsidR="0052464A">
        <w:rPr>
          <w:lang w:val="sl-SI"/>
        </w:rPr>
        <w:t>. To bi lahko bila</w:t>
      </w:r>
      <w:r w:rsidRPr="00B40033">
        <w:rPr>
          <w:lang w:val="sl-SI"/>
        </w:rPr>
        <w:t xml:space="preserve"> tvoja pot do smisla.</w:t>
      </w:r>
    </w:p>
    <w:p w14:paraId="0F9D2B0D" w14:textId="77777777" w:rsidR="00F94C82" w:rsidRPr="00B40033" w:rsidRDefault="00911973">
      <w:pPr>
        <w:pStyle w:val="Naslov1"/>
        <w:pBdr>
          <w:bottom w:val="single" w:sz="8" w:space="9" w:color="EBC5A7"/>
        </w:pBdr>
        <w:rPr>
          <w:lang w:val="sl-SI"/>
        </w:rPr>
      </w:pPr>
      <w:r w:rsidRPr="00B40033">
        <w:rPr>
          <w:lang w:val="sl-SI"/>
        </w:rPr>
        <w:lastRenderedPageBreak/>
        <w:t>6. Transcendenca</w:t>
      </w:r>
    </w:p>
    <w:p w14:paraId="1B894F51" w14:textId="77777777" w:rsidR="00F94C82" w:rsidRPr="00B40033" w:rsidRDefault="00911973">
      <w:pPr>
        <w:pStyle w:val="Naslov2"/>
        <w:rPr>
          <w:lang w:val="sl-SI"/>
        </w:rPr>
      </w:pPr>
      <w:r w:rsidRPr="00B40033">
        <w:rPr>
          <w:lang w:val="sl-SI"/>
        </w:rPr>
        <w:t>6.1 Razlaga</w:t>
      </w:r>
    </w:p>
    <w:p w14:paraId="7DB495BD" w14:textId="77777777" w:rsidR="00F94C82" w:rsidRPr="00B40033" w:rsidRDefault="00911973" w:rsidP="00C875EC">
      <w:pPr>
        <w:jc w:val="both"/>
        <w:rPr>
          <w:lang w:val="sl-SI"/>
        </w:rPr>
      </w:pPr>
      <w:r w:rsidRPr="00B40033">
        <w:rPr>
          <w:lang w:val="sl-SI"/>
        </w:rPr>
        <w:t xml:space="preserve">Transcendenco (presežnost) je Frankl razumel kot dejstvo, da človek ni usmerjen samo vase, ampak </w:t>
      </w:r>
      <w:r w:rsidRPr="00B40033">
        <w:rPr>
          <w:b/>
          <w:lang w:val="sl-SI"/>
        </w:rPr>
        <w:t>ven, proti</w:t>
      </w:r>
      <w:r w:rsidRPr="00B40033">
        <w:rPr>
          <w:lang w:val="sl-SI"/>
        </w:rPr>
        <w:t xml:space="preserve"> </w:t>
      </w:r>
      <w:r w:rsidRPr="00B40033">
        <w:rPr>
          <w:b/>
          <w:lang w:val="sl-SI"/>
        </w:rPr>
        <w:t>nečemu ali nekomu, kar je večje od njega</w:t>
      </w:r>
      <w:r w:rsidRPr="00B40033">
        <w:rPr>
          <w:lang w:val="sl-SI"/>
        </w:rPr>
        <w:t>: drugemu človeku, ljubljenemu delu, naravi, skupnosti, umetnosti, Bogu, prihodnosti. Sodobna psihologija jo raziskuje kot izkušnjo »majhnosti v dobrem pomenu«: občutek, da sem del nečesa večjega, hkrati pa nisem središče vesolja.</w:t>
      </w:r>
    </w:p>
    <w:p w14:paraId="13E16029" w14:textId="77777777" w:rsidR="00F94C82" w:rsidRPr="00B40033" w:rsidRDefault="00911973" w:rsidP="00C875EC">
      <w:pPr>
        <w:jc w:val="both"/>
        <w:rPr>
          <w:lang w:val="sl-SI"/>
        </w:rPr>
      </w:pPr>
      <w:r w:rsidRPr="00B40033">
        <w:rPr>
          <w:lang w:val="sl-SI"/>
        </w:rPr>
        <w:t xml:space="preserve">To poglavje je namerno oblikovano </w:t>
      </w:r>
      <w:r w:rsidRPr="00B40033">
        <w:rPr>
          <w:b/>
          <w:lang w:val="sl-SI"/>
        </w:rPr>
        <w:t>dvoglasno</w:t>
      </w:r>
      <w:r w:rsidRPr="00B40033">
        <w:rPr>
          <w:lang w:val="sl-SI"/>
        </w:rPr>
        <w:t>:</w:t>
      </w:r>
    </w:p>
    <w:p w14:paraId="4832B8F8" w14:textId="6727FDF9" w:rsidR="00F94C82" w:rsidRPr="00B40033" w:rsidRDefault="00911973" w:rsidP="00C875EC">
      <w:pPr>
        <w:pStyle w:val="Oznaenseznam"/>
        <w:jc w:val="both"/>
        <w:rPr>
          <w:lang w:val="sl-SI"/>
        </w:rPr>
      </w:pPr>
      <w:r w:rsidRPr="00B40033">
        <w:rPr>
          <w:b/>
          <w:lang w:val="sl-SI"/>
        </w:rPr>
        <w:t>Nereligiozna oblika:</w:t>
      </w:r>
      <w:r w:rsidRPr="00B40033">
        <w:rPr>
          <w:lang w:val="sl-SI"/>
        </w:rPr>
        <w:t xml:space="preserve"> občudovanje narave, hvaležnost, povezanost z bližnjimi in prihodnjimi rodovi, predanost delu ali vaji, ki jo počneš »za kaj več kot zase«.</w:t>
      </w:r>
    </w:p>
    <w:p w14:paraId="5CEEE526" w14:textId="77777777" w:rsidR="00F94C82" w:rsidRPr="00B40033" w:rsidRDefault="00911973" w:rsidP="00C875EC">
      <w:pPr>
        <w:pStyle w:val="Oznaenseznam"/>
        <w:jc w:val="both"/>
        <w:rPr>
          <w:lang w:val="sl-SI"/>
        </w:rPr>
      </w:pPr>
      <w:r w:rsidRPr="00B40033">
        <w:rPr>
          <w:b/>
          <w:lang w:val="sl-SI"/>
        </w:rPr>
        <w:t>Duhovna oblika:</w:t>
      </w:r>
      <w:r w:rsidRPr="00B40033">
        <w:rPr>
          <w:lang w:val="sl-SI"/>
        </w:rPr>
        <w:t xml:space="preserve"> molitev, kontemplacija, bogoslužje, posvečeni prostor, verska skupnost.</w:t>
      </w:r>
    </w:p>
    <w:p w14:paraId="53D9C197" w14:textId="49127AAC" w:rsidR="00F94C82" w:rsidRPr="00B40033" w:rsidRDefault="00911973" w:rsidP="00C875EC">
      <w:pPr>
        <w:jc w:val="both"/>
        <w:rPr>
          <w:lang w:val="sl-SI"/>
        </w:rPr>
      </w:pPr>
      <w:r w:rsidRPr="00B40033">
        <w:rPr>
          <w:lang w:val="sl-SI"/>
        </w:rPr>
        <w:t>Ob teh izkušnjah se čustva, kot so tesnoba, žalost ali jeza, pogosto ne izničijo</w:t>
      </w:r>
      <w:r w:rsidR="007648EA" w:rsidRPr="00B40033">
        <w:rPr>
          <w:lang w:val="sl-SI"/>
        </w:rPr>
        <w:t>,</w:t>
      </w:r>
      <w:r w:rsidRPr="00B40033">
        <w:rPr>
          <w:lang w:val="sl-SI"/>
        </w:rPr>
        <w:t xml:space="preserve"> </w:t>
      </w:r>
      <w:proofErr w:type="spellStart"/>
      <w:r w:rsidR="007462B8">
        <w:rPr>
          <w:lang w:val="sl-SI"/>
        </w:rPr>
        <w:t>ponavadi</w:t>
      </w:r>
      <w:proofErr w:type="spellEnd"/>
      <w:r w:rsidRPr="00B40033">
        <w:rPr>
          <w:lang w:val="sl-SI"/>
        </w:rPr>
        <w:t xml:space="preserve"> dobijo </w:t>
      </w:r>
      <w:r w:rsidRPr="00B40033">
        <w:rPr>
          <w:b/>
          <w:lang w:val="sl-SI"/>
        </w:rPr>
        <w:t>sorazmerje</w:t>
      </w:r>
      <w:r w:rsidRPr="00B40033">
        <w:rPr>
          <w:lang w:val="sl-SI"/>
        </w:rPr>
        <w:t>. Nič v priročniku ne zahteva vere in nič je ne prepoveduje.</w:t>
      </w:r>
    </w:p>
    <w:p w14:paraId="63E48F13" w14:textId="77777777" w:rsidR="00F94C82" w:rsidRPr="00B40033" w:rsidRDefault="00911973">
      <w:pPr>
        <w:pStyle w:val="Naslov2"/>
        <w:rPr>
          <w:lang w:val="sl-SI"/>
        </w:rPr>
      </w:pPr>
      <w:r w:rsidRPr="00B40033">
        <w:rPr>
          <w:lang w:val="sl-SI"/>
        </w:rPr>
        <w:t>6.2 Primer</w:t>
      </w:r>
    </w:p>
    <w:p w14:paraId="5251C835" w14:textId="3D9F2CC4" w:rsidR="00F94C82" w:rsidRPr="00B40033" w:rsidRDefault="00911973" w:rsidP="00771847">
      <w:pPr>
        <w:jc w:val="both"/>
        <w:rPr>
          <w:lang w:val="sl-SI"/>
        </w:rPr>
      </w:pPr>
      <w:r w:rsidRPr="00B40033">
        <w:rPr>
          <w:lang w:val="sl-SI"/>
        </w:rPr>
        <w:t xml:space="preserve">Maja se ob večerih ujame v zanko misli </w:t>
      </w:r>
      <w:r w:rsidRPr="00C90A25">
        <w:rPr>
          <w:lang w:val="sl-SI"/>
        </w:rPr>
        <w:t xml:space="preserve">o </w:t>
      </w:r>
      <w:r w:rsidR="00F1456A">
        <w:rPr>
          <w:lang w:val="sl-SI"/>
        </w:rPr>
        <w:t>službenih</w:t>
      </w:r>
      <w:r w:rsidR="00F1456A" w:rsidRPr="00C90A25">
        <w:rPr>
          <w:lang w:val="sl-SI"/>
        </w:rPr>
        <w:t xml:space="preserve"> </w:t>
      </w:r>
      <w:r w:rsidRPr="00C90A25">
        <w:rPr>
          <w:lang w:val="sl-SI"/>
        </w:rPr>
        <w:t>pritožbah</w:t>
      </w:r>
      <w:r w:rsidRPr="00B40033">
        <w:rPr>
          <w:lang w:val="sl-SI"/>
        </w:rPr>
        <w:t xml:space="preserve">. Namesto običajnega pomirjevanja </w:t>
      </w:r>
      <w:r w:rsidR="00FA13E2">
        <w:rPr>
          <w:lang w:val="sl-SI"/>
        </w:rPr>
        <w:t>same sebe</w:t>
      </w:r>
      <w:r w:rsidRPr="00B40033">
        <w:rPr>
          <w:lang w:val="sl-SI"/>
        </w:rPr>
        <w:t xml:space="preserve"> poskusi transcendenco v majhni obliki</w:t>
      </w:r>
      <w:r w:rsidR="002446D7">
        <w:rPr>
          <w:lang w:val="sl-SI"/>
        </w:rPr>
        <w:t>.</w:t>
      </w:r>
      <w:r w:rsidRPr="00B40033">
        <w:rPr>
          <w:lang w:val="sl-SI"/>
        </w:rPr>
        <w:t xml:space="preserve"> </w:t>
      </w:r>
      <w:r w:rsidR="002446D7">
        <w:rPr>
          <w:lang w:val="sl-SI"/>
        </w:rPr>
        <w:t>V</w:t>
      </w:r>
      <w:r w:rsidRPr="00B40033">
        <w:rPr>
          <w:lang w:val="sl-SI"/>
        </w:rPr>
        <w:t xml:space="preserve">sak večer, preden zaspi, </w:t>
      </w:r>
      <w:r w:rsidR="005E41E2" w:rsidRPr="00B40033">
        <w:rPr>
          <w:lang w:val="sl-SI"/>
        </w:rPr>
        <w:t xml:space="preserve">si v mislih </w:t>
      </w:r>
      <w:r w:rsidR="002446D7">
        <w:rPr>
          <w:lang w:val="sl-SI"/>
        </w:rPr>
        <w:t>izreče</w:t>
      </w:r>
      <w:r w:rsidR="005E41E2" w:rsidRPr="00B40033">
        <w:rPr>
          <w:lang w:val="sl-SI"/>
        </w:rPr>
        <w:t xml:space="preserve"> </w:t>
      </w:r>
      <w:r w:rsidRPr="00B40033">
        <w:rPr>
          <w:lang w:val="sl-SI"/>
        </w:rPr>
        <w:t xml:space="preserve">stavek hvaležnosti, ki ni </w:t>
      </w:r>
      <w:r w:rsidR="00E41E70">
        <w:rPr>
          <w:lang w:val="sl-SI"/>
        </w:rPr>
        <w:t>povezan z njo</w:t>
      </w:r>
      <w:r w:rsidR="00A043C4">
        <w:rPr>
          <w:lang w:val="sl-SI"/>
        </w:rPr>
        <w:t>:</w:t>
      </w:r>
      <w:r w:rsidRPr="00B40033">
        <w:rPr>
          <w:lang w:val="sl-SI"/>
        </w:rPr>
        <w:t xml:space="preserve"> »</w:t>
      </w:r>
      <w:r w:rsidR="00E41E70">
        <w:rPr>
          <w:lang w:val="sl-SI"/>
        </w:rPr>
        <w:t>H</w:t>
      </w:r>
      <w:r w:rsidRPr="00B40033">
        <w:rPr>
          <w:lang w:val="sl-SI"/>
        </w:rPr>
        <w:t>vala za moža, ki je danes prenesel mojo utrujenost</w:t>
      </w:r>
      <w:r w:rsidR="00A043C4">
        <w:rPr>
          <w:lang w:val="sl-SI"/>
        </w:rPr>
        <w:t>,</w:t>
      </w:r>
      <w:r w:rsidRPr="00B40033">
        <w:rPr>
          <w:lang w:val="sl-SI"/>
        </w:rPr>
        <w:t>«</w:t>
      </w:r>
      <w:r w:rsidR="00E41E70">
        <w:rPr>
          <w:lang w:val="sl-SI"/>
        </w:rPr>
        <w:t xml:space="preserve"> ali</w:t>
      </w:r>
      <w:r w:rsidRPr="00B40033">
        <w:rPr>
          <w:lang w:val="sl-SI"/>
        </w:rPr>
        <w:t xml:space="preserve"> »</w:t>
      </w:r>
      <w:r w:rsidR="00E41E70">
        <w:rPr>
          <w:lang w:val="sl-SI"/>
        </w:rPr>
        <w:t>H</w:t>
      </w:r>
      <w:r w:rsidRPr="00B40033">
        <w:rPr>
          <w:lang w:val="sl-SI"/>
        </w:rPr>
        <w:t xml:space="preserve">vala za drevo pred oknom, ki bo tu </w:t>
      </w:r>
      <w:r w:rsidRPr="005D5B61">
        <w:rPr>
          <w:lang w:val="sl-SI"/>
        </w:rPr>
        <w:t>še</w:t>
      </w:r>
      <w:r w:rsidRPr="00B40033">
        <w:rPr>
          <w:lang w:val="sl-SI"/>
        </w:rPr>
        <w:t>, ko me ne bo več</w:t>
      </w:r>
      <w:r w:rsidR="007F6B83">
        <w:rPr>
          <w:lang w:val="sl-SI"/>
        </w:rPr>
        <w:t>.</w:t>
      </w:r>
      <w:r w:rsidRPr="00B40033">
        <w:rPr>
          <w:lang w:val="sl-SI"/>
        </w:rPr>
        <w:t xml:space="preserve">« Po treh tednih </w:t>
      </w:r>
      <w:r w:rsidR="007F6B83" w:rsidRPr="007F6B83">
        <w:rPr>
          <w:lang w:val="sl-SI"/>
        </w:rPr>
        <w:t>Maja ugotavlja</w:t>
      </w:r>
      <w:r w:rsidRPr="00B40033">
        <w:rPr>
          <w:lang w:val="sl-SI"/>
        </w:rPr>
        <w:t xml:space="preserve">, da </w:t>
      </w:r>
      <w:r w:rsidR="00C025E1" w:rsidRPr="00B40033">
        <w:rPr>
          <w:lang w:val="sl-SI"/>
        </w:rPr>
        <w:t xml:space="preserve">se število </w:t>
      </w:r>
      <w:r w:rsidRPr="00B40033">
        <w:rPr>
          <w:lang w:val="sl-SI"/>
        </w:rPr>
        <w:t xml:space="preserve">pritožb </w:t>
      </w:r>
      <w:r w:rsidR="00BD0E52">
        <w:rPr>
          <w:lang w:val="sl-SI"/>
        </w:rPr>
        <w:t xml:space="preserve">v službi </w:t>
      </w:r>
      <w:r w:rsidRPr="00B40033">
        <w:rPr>
          <w:lang w:val="sl-SI"/>
        </w:rPr>
        <w:t xml:space="preserve">ni zmanjšalo </w:t>
      </w:r>
      <w:r w:rsidR="00BD0E52">
        <w:rPr>
          <w:lang w:val="sl-SI"/>
        </w:rPr>
        <w:t xml:space="preserve"> </w:t>
      </w:r>
      <w:r w:rsidR="00C025E1" w:rsidRPr="00B40033">
        <w:rPr>
          <w:lang w:val="sl-SI"/>
        </w:rPr>
        <w:t xml:space="preserve">se je </w:t>
      </w:r>
      <w:r w:rsidR="00BD0E52">
        <w:rPr>
          <w:lang w:val="sl-SI"/>
        </w:rPr>
        <w:t xml:space="preserve">pa </w:t>
      </w:r>
      <w:r w:rsidR="00C025E1" w:rsidRPr="00B40033">
        <w:rPr>
          <w:lang w:val="sl-SI"/>
        </w:rPr>
        <w:t xml:space="preserve">zmanjšala </w:t>
      </w:r>
      <w:r w:rsidRPr="00B40033">
        <w:rPr>
          <w:lang w:val="sl-SI"/>
        </w:rPr>
        <w:t>njihova »glasnost«</w:t>
      </w:r>
      <w:r w:rsidR="00AB7B10">
        <w:rPr>
          <w:lang w:val="sl-SI"/>
        </w:rPr>
        <w:t>.</w:t>
      </w:r>
    </w:p>
    <w:p w14:paraId="267A8035" w14:textId="1A9C409D" w:rsidR="00F94C82" w:rsidRPr="00B40033" w:rsidRDefault="00911973">
      <w:pPr>
        <w:rPr>
          <w:lang w:val="sl-SI"/>
        </w:rPr>
      </w:pPr>
      <w:r w:rsidRPr="00B40033">
        <w:rPr>
          <w:lang w:val="sl-SI"/>
        </w:rPr>
        <w:t xml:space="preserve">Transcendenca spreminja </w:t>
      </w:r>
      <w:r w:rsidRPr="00B40033">
        <w:rPr>
          <w:b/>
          <w:lang w:val="sl-SI"/>
        </w:rPr>
        <w:t>razmerje med nami in vsebino</w:t>
      </w:r>
      <w:r w:rsidRPr="00B40033">
        <w:rPr>
          <w:lang w:val="sl-SI"/>
        </w:rPr>
        <w:t>.</w:t>
      </w:r>
    </w:p>
    <w:p w14:paraId="44953AC2" w14:textId="77777777" w:rsidR="00F94C82" w:rsidRPr="00B40033" w:rsidRDefault="00911973">
      <w:pPr>
        <w:pStyle w:val="Naslov2"/>
        <w:rPr>
          <w:lang w:val="sl-SI"/>
        </w:rPr>
      </w:pPr>
      <w:r w:rsidRPr="00B40033">
        <w:rPr>
          <w:lang w:val="sl-SI"/>
        </w:rPr>
        <w:t>6.3 Vaja: občudovanje (</w:t>
      </w:r>
      <w:proofErr w:type="spellStart"/>
      <w:r w:rsidRPr="00B40033">
        <w:rPr>
          <w:lang w:val="sl-SI"/>
        </w:rPr>
        <w:t>awe</w:t>
      </w:r>
      <w:proofErr w:type="spellEnd"/>
      <w:r w:rsidRPr="00B40033">
        <w:rPr>
          <w:lang w:val="sl-SI"/>
        </w:rPr>
        <w:t xml:space="preserve"> </w:t>
      </w:r>
      <w:proofErr w:type="spellStart"/>
      <w:r w:rsidRPr="00B40033">
        <w:rPr>
          <w:lang w:val="sl-SI"/>
        </w:rPr>
        <w:t>walk</w:t>
      </w:r>
      <w:proofErr w:type="spellEnd"/>
      <w:r w:rsidRPr="00B40033">
        <w:rPr>
          <w:lang w:val="sl-SI"/>
        </w:rPr>
        <w:t>, 20–30 minut, enkrat tedensko)</w:t>
      </w:r>
    </w:p>
    <w:p w14:paraId="2BFC0596" w14:textId="25DA0BF6" w:rsidR="00F94C82" w:rsidRPr="00B40033" w:rsidRDefault="00911973" w:rsidP="00771847">
      <w:pPr>
        <w:jc w:val="both"/>
        <w:rPr>
          <w:lang w:val="sl-SI"/>
        </w:rPr>
      </w:pPr>
      <w:r w:rsidRPr="00B40033">
        <w:rPr>
          <w:lang w:val="sl-SI"/>
        </w:rPr>
        <w:t xml:space="preserve">Občudovanje (angl. </w:t>
      </w:r>
      <w:proofErr w:type="spellStart"/>
      <w:r w:rsidRPr="00B40033">
        <w:rPr>
          <w:lang w:val="sl-SI"/>
        </w:rPr>
        <w:t>awe</w:t>
      </w:r>
      <w:proofErr w:type="spellEnd"/>
      <w:r w:rsidRPr="00B40033">
        <w:rPr>
          <w:lang w:val="sl-SI"/>
        </w:rPr>
        <w:t xml:space="preserve">) je čustvo, ob katerem se občutek lastnega jaza umakne nečemu večjemu od nas: raziskava na starejših odraslih je pokazala, da so tedenski </w:t>
      </w:r>
      <w:r w:rsidR="00A64EFC" w:rsidRPr="00B40033">
        <w:rPr>
          <w:lang w:val="sl-SI"/>
        </w:rPr>
        <w:t xml:space="preserve">sprehodi </w:t>
      </w:r>
      <w:r w:rsidR="005C29D3" w:rsidRPr="00B40033">
        <w:rPr>
          <w:lang w:val="sl-SI"/>
        </w:rPr>
        <w:t>čudenja</w:t>
      </w:r>
      <w:r w:rsidR="00A64EFC" w:rsidRPr="00B40033">
        <w:rPr>
          <w:lang w:val="sl-SI"/>
        </w:rPr>
        <w:t xml:space="preserve"> (angl. </w:t>
      </w:r>
      <w:proofErr w:type="spellStart"/>
      <w:r w:rsidRPr="00B40033">
        <w:rPr>
          <w:lang w:val="sl-SI"/>
        </w:rPr>
        <w:t>awe</w:t>
      </w:r>
      <w:proofErr w:type="spellEnd"/>
      <w:r w:rsidRPr="00B40033">
        <w:rPr>
          <w:lang w:val="sl-SI"/>
        </w:rPr>
        <w:t xml:space="preserve"> </w:t>
      </w:r>
      <w:proofErr w:type="spellStart"/>
      <w:r w:rsidRPr="00B40033">
        <w:rPr>
          <w:lang w:val="sl-SI"/>
        </w:rPr>
        <w:t>walk</w:t>
      </w:r>
      <w:proofErr w:type="spellEnd"/>
      <w:r w:rsidR="00A64EFC" w:rsidRPr="00B40033">
        <w:rPr>
          <w:lang w:val="sl-SI"/>
        </w:rPr>
        <w:t>)</w:t>
      </w:r>
      <w:r w:rsidRPr="00B40033">
        <w:rPr>
          <w:lang w:val="sl-SI"/>
        </w:rPr>
        <w:t xml:space="preserve"> povečali pozitivna, </w:t>
      </w:r>
      <w:proofErr w:type="spellStart"/>
      <w:r w:rsidRPr="00B40033">
        <w:rPr>
          <w:lang w:val="sl-SI"/>
        </w:rPr>
        <w:t>prosocialna</w:t>
      </w:r>
      <w:proofErr w:type="spellEnd"/>
      <w:r w:rsidRPr="00B40033">
        <w:rPr>
          <w:lang w:val="sl-SI"/>
        </w:rPr>
        <w:t xml:space="preserve"> čustva (sočutje, hvaležnost) in zmanjšali vsakodnevno stisko </w:t>
      </w:r>
      <w:hyperlink r:id="rId17">
        <w:r w:rsidR="00F94C82" w:rsidRPr="00B40033">
          <w:rPr>
            <w:color w:val="01696F"/>
            <w:u w:val="single"/>
            <w:lang w:val="sl-SI"/>
          </w:rPr>
          <w:t xml:space="preserve">(Sturm in </w:t>
        </w:r>
        <w:proofErr w:type="spellStart"/>
        <w:r w:rsidR="00F94C82" w:rsidRPr="00B40033">
          <w:rPr>
            <w:color w:val="01696F"/>
            <w:u w:val="single"/>
            <w:lang w:val="sl-SI"/>
          </w:rPr>
          <w:t>Keltner</w:t>
        </w:r>
        <w:proofErr w:type="spellEnd"/>
        <w:r w:rsidR="00F94C82" w:rsidRPr="00B40033">
          <w:rPr>
            <w:color w:val="01696F"/>
            <w:u w:val="single"/>
            <w:lang w:val="sl-SI"/>
          </w:rPr>
          <w:t>, 2020)</w:t>
        </w:r>
      </w:hyperlink>
      <w:r w:rsidRPr="00B40033">
        <w:rPr>
          <w:lang w:val="sl-SI"/>
        </w:rPr>
        <w:t>.</w:t>
      </w:r>
    </w:p>
    <w:p w14:paraId="7E6F0E8D" w14:textId="3F503E19" w:rsidR="00F94C82" w:rsidRPr="00B40033" w:rsidRDefault="00911973" w:rsidP="00771847">
      <w:pPr>
        <w:tabs>
          <w:tab w:val="left" w:pos="425"/>
        </w:tabs>
        <w:spacing w:after="60"/>
        <w:ind w:left="425" w:hanging="425"/>
        <w:jc w:val="both"/>
        <w:rPr>
          <w:lang w:val="sl-SI"/>
        </w:rPr>
      </w:pPr>
      <w:r w:rsidRPr="00B40033">
        <w:rPr>
          <w:lang w:val="sl-SI"/>
        </w:rPr>
        <w:t>1.</w:t>
      </w:r>
      <w:r w:rsidRPr="00B40033">
        <w:rPr>
          <w:lang w:val="sl-SI"/>
        </w:rPr>
        <w:tab/>
        <w:t xml:space="preserve">Izberi pot v naravi ali </w:t>
      </w:r>
      <w:r w:rsidR="00CF0F20">
        <w:rPr>
          <w:lang w:val="sl-SI"/>
        </w:rPr>
        <w:t>kraj</w:t>
      </w:r>
      <w:r w:rsidR="00CF0F20" w:rsidRPr="00B40033">
        <w:rPr>
          <w:lang w:val="sl-SI"/>
        </w:rPr>
        <w:t xml:space="preserve"> </w:t>
      </w:r>
      <w:r w:rsidR="00CF0F20">
        <w:rPr>
          <w:lang w:val="sl-SI"/>
        </w:rPr>
        <w:t>s čim</w:t>
      </w:r>
      <w:r w:rsidR="00CF0F20" w:rsidRPr="00B40033">
        <w:rPr>
          <w:lang w:val="sl-SI"/>
        </w:rPr>
        <w:t xml:space="preserve"> </w:t>
      </w:r>
      <w:r w:rsidRPr="00800181">
        <w:rPr>
          <w:lang w:val="sl-SI"/>
        </w:rPr>
        <w:t>»velikim«</w:t>
      </w:r>
      <w:r w:rsidRPr="00B40033">
        <w:rPr>
          <w:lang w:val="sl-SI"/>
        </w:rPr>
        <w:t xml:space="preserve"> (stara cerkev, gorski rob, veliko drevo, obala, nočno nebo).</w:t>
      </w:r>
    </w:p>
    <w:p w14:paraId="058E26DF" w14:textId="046B1735" w:rsidR="00F94C82" w:rsidRPr="00B40033" w:rsidRDefault="00911973" w:rsidP="00771847">
      <w:pPr>
        <w:tabs>
          <w:tab w:val="left" w:pos="425"/>
        </w:tabs>
        <w:spacing w:after="60"/>
        <w:ind w:left="425" w:hanging="425"/>
        <w:jc w:val="both"/>
        <w:rPr>
          <w:lang w:val="sl-SI"/>
        </w:rPr>
      </w:pPr>
      <w:r w:rsidRPr="00B40033">
        <w:rPr>
          <w:lang w:val="sl-SI"/>
        </w:rPr>
        <w:t>2.</w:t>
      </w:r>
      <w:r w:rsidRPr="00B40033">
        <w:rPr>
          <w:lang w:val="sl-SI"/>
        </w:rPr>
        <w:tab/>
        <w:t xml:space="preserve">Hodi počasi. </w:t>
      </w:r>
      <w:r w:rsidR="00027223" w:rsidRPr="00B40033">
        <w:rPr>
          <w:lang w:val="sl-SI"/>
        </w:rPr>
        <w:t xml:space="preserve">Po prvih 5 minutah </w:t>
      </w:r>
      <w:r w:rsidR="00C21FDF">
        <w:rPr>
          <w:lang w:val="sl-SI"/>
        </w:rPr>
        <w:t xml:space="preserve">izvedi vajo </w:t>
      </w:r>
      <w:proofErr w:type="spellStart"/>
      <w:r w:rsidR="00030575">
        <w:rPr>
          <w:lang w:val="sl-SI"/>
        </w:rPr>
        <w:t>prizemljitve</w:t>
      </w:r>
      <w:proofErr w:type="spellEnd"/>
      <w:r w:rsidRPr="00B40033">
        <w:rPr>
          <w:lang w:val="sl-SI"/>
        </w:rPr>
        <w:t xml:space="preserve"> (4.2 B).</w:t>
      </w:r>
    </w:p>
    <w:p w14:paraId="3975DF00" w14:textId="3F25823B" w:rsidR="00F94C82" w:rsidRPr="00B40033" w:rsidRDefault="00911973" w:rsidP="00771847">
      <w:pPr>
        <w:tabs>
          <w:tab w:val="left" w:pos="425"/>
        </w:tabs>
        <w:spacing w:after="60"/>
        <w:ind w:left="425" w:hanging="425"/>
        <w:jc w:val="both"/>
        <w:rPr>
          <w:lang w:val="sl-SI"/>
        </w:rPr>
      </w:pPr>
      <w:r w:rsidRPr="00B40033">
        <w:rPr>
          <w:lang w:val="sl-SI"/>
        </w:rPr>
        <w:t>3.</w:t>
      </w:r>
      <w:r w:rsidRPr="00B40033">
        <w:rPr>
          <w:lang w:val="sl-SI"/>
        </w:rPr>
        <w:tab/>
        <w:t xml:space="preserve">Zdaj poišči eno stvar, ki je </w:t>
      </w:r>
      <w:r w:rsidRPr="00B40033">
        <w:rPr>
          <w:b/>
          <w:lang w:val="sl-SI"/>
        </w:rPr>
        <w:t xml:space="preserve">prevelika, da bi jo </w:t>
      </w:r>
      <w:r w:rsidR="00030575">
        <w:rPr>
          <w:b/>
          <w:lang w:val="sl-SI"/>
        </w:rPr>
        <w:t xml:space="preserve">lahko </w:t>
      </w:r>
      <w:r w:rsidRPr="00B40033">
        <w:rPr>
          <w:b/>
          <w:lang w:val="sl-SI"/>
        </w:rPr>
        <w:t>»imel«</w:t>
      </w:r>
      <w:r w:rsidRPr="00B40033">
        <w:rPr>
          <w:lang w:val="sl-SI"/>
        </w:rPr>
        <w:t>: razgled, starost drevesa, globina neba, množica ljudi, ki živijo svoje življenje vzporedno s teboj.</w:t>
      </w:r>
    </w:p>
    <w:p w14:paraId="79F8E05C" w14:textId="3383756F" w:rsidR="00F94C82" w:rsidRPr="00B40033" w:rsidRDefault="00911973" w:rsidP="00771847">
      <w:pPr>
        <w:tabs>
          <w:tab w:val="left" w:pos="425"/>
        </w:tabs>
        <w:spacing w:after="60"/>
        <w:ind w:left="425" w:hanging="425"/>
        <w:jc w:val="both"/>
        <w:rPr>
          <w:lang w:val="sl-SI"/>
        </w:rPr>
      </w:pPr>
      <w:r w:rsidRPr="00B40033">
        <w:rPr>
          <w:lang w:val="sl-SI"/>
        </w:rPr>
        <w:t>4.</w:t>
      </w:r>
      <w:r w:rsidRPr="00B40033">
        <w:rPr>
          <w:lang w:val="sl-SI"/>
        </w:rPr>
        <w:tab/>
        <w:t>Zadrži pozornost na njej 60 sekund. Nič ne delaj</w:t>
      </w:r>
      <w:r w:rsidR="00A75A87" w:rsidRPr="00B40033">
        <w:rPr>
          <w:lang w:val="sl-SI"/>
        </w:rPr>
        <w:t>,</w:t>
      </w:r>
      <w:r w:rsidRPr="00B40033">
        <w:rPr>
          <w:lang w:val="sl-SI"/>
        </w:rPr>
        <w:t xml:space="preserve"> </w:t>
      </w:r>
      <w:r w:rsidR="00A75A87" w:rsidRPr="00B40033">
        <w:rPr>
          <w:lang w:val="sl-SI"/>
        </w:rPr>
        <w:t>s</w:t>
      </w:r>
      <w:r w:rsidRPr="00B40033">
        <w:rPr>
          <w:lang w:val="sl-SI"/>
        </w:rPr>
        <w:t>amo glej.</w:t>
      </w:r>
    </w:p>
    <w:p w14:paraId="5BC40FB3" w14:textId="553CF153" w:rsidR="00F94C82" w:rsidRPr="00B40033" w:rsidRDefault="00911973" w:rsidP="00771847">
      <w:pPr>
        <w:tabs>
          <w:tab w:val="left" w:pos="425"/>
        </w:tabs>
        <w:spacing w:after="60"/>
        <w:ind w:left="425" w:hanging="425"/>
        <w:jc w:val="both"/>
        <w:rPr>
          <w:lang w:val="sl-SI"/>
        </w:rPr>
      </w:pPr>
      <w:r w:rsidRPr="00B40033">
        <w:rPr>
          <w:lang w:val="sl-SI"/>
        </w:rPr>
        <w:t>5.</w:t>
      </w:r>
      <w:r w:rsidRPr="00B40033">
        <w:rPr>
          <w:lang w:val="sl-SI"/>
        </w:rPr>
        <w:tab/>
        <w:t xml:space="preserve">Preden </w:t>
      </w:r>
      <w:r w:rsidR="00BA4124">
        <w:rPr>
          <w:lang w:val="sl-SI"/>
        </w:rPr>
        <w:t>zaključiš</w:t>
      </w:r>
      <w:r w:rsidRPr="00B40033">
        <w:rPr>
          <w:lang w:val="sl-SI"/>
        </w:rPr>
        <w:t>, si odgovori v enem stavku: »Ta stvar me spominja, da sem …« (končaj pošteno, tudi če je odgovor skromen).</w:t>
      </w:r>
    </w:p>
    <w:p w14:paraId="0B9B1D9F" w14:textId="77777777" w:rsidR="00F94C82" w:rsidRPr="00B40033" w:rsidRDefault="00911973">
      <w:pPr>
        <w:pStyle w:val="Naslov2"/>
        <w:rPr>
          <w:lang w:val="sl-SI"/>
        </w:rPr>
      </w:pPr>
      <w:r w:rsidRPr="00B40033">
        <w:rPr>
          <w:lang w:val="sl-SI"/>
        </w:rPr>
        <w:t xml:space="preserve">6.4 Vaja: dnevnik hvaležnosti, </w:t>
      </w:r>
      <w:r w:rsidRPr="00ED4EC0">
        <w:rPr>
          <w:lang w:val="sl-SI"/>
        </w:rPr>
        <w:t>dvakrat obrnjen</w:t>
      </w:r>
      <w:r w:rsidRPr="00B40033">
        <w:rPr>
          <w:lang w:val="sl-SI"/>
        </w:rPr>
        <w:t xml:space="preserve"> (5 minut dnevno)</w:t>
      </w:r>
    </w:p>
    <w:p w14:paraId="58CC1D33" w14:textId="77777777" w:rsidR="00F94C82" w:rsidRPr="00B40033" w:rsidRDefault="00911973" w:rsidP="00E713B5">
      <w:pPr>
        <w:jc w:val="both"/>
        <w:rPr>
          <w:lang w:val="sl-SI"/>
        </w:rPr>
      </w:pPr>
      <w:r w:rsidRPr="00B40033">
        <w:rPr>
          <w:lang w:val="sl-SI"/>
        </w:rPr>
        <w:t xml:space="preserve">Klasična vaja hvaležnosti (3 stvari na dan) </w:t>
      </w:r>
      <w:r w:rsidRPr="00ED4EC0">
        <w:rPr>
          <w:lang w:val="sl-SI"/>
        </w:rPr>
        <w:t>je dobra; ta različica dodaja transcendenco</w:t>
      </w:r>
      <w:r w:rsidRPr="00B40033">
        <w:rPr>
          <w:lang w:val="sl-SI"/>
        </w:rPr>
        <w:t>:</w:t>
      </w:r>
    </w:p>
    <w:p w14:paraId="29890F76" w14:textId="06E3A1D1"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 xml:space="preserve">Zapiši </w:t>
      </w:r>
      <w:r w:rsidRPr="00B40033">
        <w:rPr>
          <w:b/>
          <w:lang w:val="sl-SI"/>
        </w:rPr>
        <w:t>3 stvari, za katere si hvaležen</w:t>
      </w:r>
      <w:r w:rsidR="00AB7B10">
        <w:rPr>
          <w:lang w:val="sl-SI"/>
        </w:rPr>
        <w:t xml:space="preserve">: </w:t>
      </w:r>
      <w:r w:rsidR="00B30B32" w:rsidRPr="00B40033">
        <w:rPr>
          <w:lang w:val="sl-SI"/>
        </w:rPr>
        <w:t xml:space="preserve"> </w:t>
      </w:r>
      <w:r w:rsidRPr="00B40033">
        <w:rPr>
          <w:lang w:val="sl-SI"/>
        </w:rPr>
        <w:t xml:space="preserve">vsako </w:t>
      </w:r>
      <w:r w:rsidR="004145B7">
        <w:rPr>
          <w:lang w:val="sl-SI"/>
        </w:rPr>
        <w:t xml:space="preserve">ubesedi </w:t>
      </w:r>
      <w:r w:rsidRPr="00B40033">
        <w:rPr>
          <w:lang w:val="sl-SI"/>
        </w:rPr>
        <w:t xml:space="preserve">v </w:t>
      </w:r>
      <w:r w:rsidRPr="00ED4EC0">
        <w:rPr>
          <w:lang w:val="sl-SI"/>
        </w:rPr>
        <w:t>enem</w:t>
      </w:r>
      <w:r w:rsidRPr="00B40033">
        <w:rPr>
          <w:lang w:val="sl-SI"/>
        </w:rPr>
        <w:t xml:space="preserve"> stavku.</w:t>
      </w:r>
    </w:p>
    <w:p w14:paraId="0A22E4DB" w14:textId="2BFCCE68"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r>
      <w:r w:rsidR="004145B7">
        <w:rPr>
          <w:lang w:val="sl-SI"/>
        </w:rPr>
        <w:t>Nato</w:t>
      </w:r>
      <w:r w:rsidR="004145B7" w:rsidRPr="00B40033">
        <w:rPr>
          <w:lang w:val="sl-SI"/>
        </w:rPr>
        <w:t xml:space="preserve"> </w:t>
      </w:r>
      <w:r w:rsidRPr="00B40033">
        <w:rPr>
          <w:lang w:val="sl-SI"/>
        </w:rPr>
        <w:t>pri vsaki dopiši</w:t>
      </w:r>
      <w:r w:rsidR="00931EDD">
        <w:rPr>
          <w:lang w:val="sl-SI"/>
        </w:rPr>
        <w:t>:</w:t>
      </w:r>
      <w:r w:rsidRPr="00B40033">
        <w:rPr>
          <w:lang w:val="sl-SI"/>
        </w:rPr>
        <w:t xml:space="preserve"> </w:t>
      </w:r>
      <w:r w:rsidRPr="00B40033">
        <w:rPr>
          <w:b/>
          <w:lang w:val="sl-SI"/>
        </w:rPr>
        <w:t>»</w:t>
      </w:r>
      <w:r w:rsidR="00931EDD">
        <w:rPr>
          <w:b/>
          <w:lang w:val="sl-SI"/>
        </w:rPr>
        <w:t>I</w:t>
      </w:r>
      <w:r w:rsidRPr="00B40033">
        <w:rPr>
          <w:b/>
          <w:lang w:val="sl-SI"/>
        </w:rPr>
        <w:t>n to ni nastalo samo po moji zaslugi</w:t>
      </w:r>
      <w:r w:rsidR="00931EDD">
        <w:rPr>
          <w:b/>
          <w:lang w:val="sl-SI"/>
        </w:rPr>
        <w:t>.</w:t>
      </w:r>
      <w:r w:rsidRPr="00B40033">
        <w:rPr>
          <w:b/>
          <w:lang w:val="sl-SI"/>
        </w:rPr>
        <w:t>«</w:t>
      </w:r>
      <w:r w:rsidR="00F80A39">
        <w:rPr>
          <w:lang w:val="sl-SI"/>
        </w:rPr>
        <w:t xml:space="preserve"> Napiši,</w:t>
      </w:r>
      <w:r w:rsidRPr="00B40033">
        <w:rPr>
          <w:lang w:val="sl-SI"/>
        </w:rPr>
        <w:t xml:space="preserve"> kdo ali kaj je bil še </w:t>
      </w:r>
      <w:r w:rsidR="00FF7169" w:rsidRPr="00B40033">
        <w:rPr>
          <w:lang w:val="sl-SI"/>
        </w:rPr>
        <w:t>potreb</w:t>
      </w:r>
      <w:r w:rsidR="00FF7169">
        <w:rPr>
          <w:lang w:val="sl-SI"/>
        </w:rPr>
        <w:t>en</w:t>
      </w:r>
      <w:r w:rsidR="00FF7169" w:rsidRPr="00B40033">
        <w:rPr>
          <w:lang w:val="sl-SI"/>
        </w:rPr>
        <w:t xml:space="preserve"> </w:t>
      </w:r>
      <w:r w:rsidR="00E056F7">
        <w:rPr>
          <w:lang w:val="sl-SI"/>
        </w:rPr>
        <w:t xml:space="preserve">za ta trenutek </w:t>
      </w:r>
      <w:r w:rsidRPr="00B40033">
        <w:rPr>
          <w:lang w:val="sl-SI"/>
        </w:rPr>
        <w:t>(ljudje, sreča, narava, drugi).</w:t>
      </w:r>
    </w:p>
    <w:p w14:paraId="77B267DE" w14:textId="77777777" w:rsidR="00F94C82" w:rsidRPr="00B40033" w:rsidRDefault="00911973" w:rsidP="00E713B5">
      <w:pPr>
        <w:tabs>
          <w:tab w:val="left" w:pos="425"/>
        </w:tabs>
        <w:spacing w:after="60"/>
        <w:ind w:left="425" w:hanging="425"/>
        <w:jc w:val="both"/>
        <w:rPr>
          <w:lang w:val="sl-SI"/>
        </w:rPr>
      </w:pPr>
      <w:r w:rsidRPr="00B40033">
        <w:rPr>
          <w:lang w:val="sl-SI"/>
        </w:rPr>
        <w:lastRenderedPageBreak/>
        <w:t>3.</w:t>
      </w:r>
      <w:r w:rsidRPr="00B40033">
        <w:rPr>
          <w:lang w:val="sl-SI"/>
        </w:rPr>
        <w:tab/>
        <w:t xml:space="preserve">Ena od treh naj bo stvar, ki </w:t>
      </w:r>
      <w:r w:rsidRPr="00B40033">
        <w:rPr>
          <w:b/>
          <w:lang w:val="sl-SI"/>
        </w:rPr>
        <w:t>nima nobene povezave s teboj</w:t>
      </w:r>
      <w:r w:rsidRPr="00B40033">
        <w:rPr>
          <w:lang w:val="sl-SI"/>
        </w:rPr>
        <w:t xml:space="preserve"> (pesem, ki jo je nekdo napisal pred 200 leti; dež, ki bo padal tudi jutri).</w:t>
      </w:r>
    </w:p>
    <w:p w14:paraId="1247A657" w14:textId="0CA934E3" w:rsidR="00F94C82" w:rsidRPr="00B40033" w:rsidRDefault="00911973">
      <w:pPr>
        <w:pStyle w:val="Naslov2"/>
        <w:rPr>
          <w:lang w:val="sl-SI"/>
        </w:rPr>
      </w:pPr>
      <w:r w:rsidRPr="00B40033">
        <w:rPr>
          <w:lang w:val="sl-SI"/>
        </w:rPr>
        <w:t>6.5 Vaja: pismo prihodnjemu rodu (25–35 minut, enkrat na mesec)</w:t>
      </w:r>
    </w:p>
    <w:p w14:paraId="61C5004A" w14:textId="3E041439"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Predstavljaj si, da pišeš pismo nekomu, ki bo živel čez 50 let in bo morda kdaj bral tvoje besede.</w:t>
      </w:r>
    </w:p>
    <w:p w14:paraId="5DA908EC" w14:textId="022E06A1"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t xml:space="preserve">Napiši mu tri stvari: (a) kaj si se v življenju naučil o tem, kako biti človek; (b) za </w:t>
      </w:r>
      <w:r w:rsidR="00350AC8">
        <w:rPr>
          <w:lang w:val="sl-SI"/>
        </w:rPr>
        <w:t>katere stvari</w:t>
      </w:r>
      <w:r w:rsidR="00350AC8" w:rsidRPr="00B40033">
        <w:rPr>
          <w:lang w:val="sl-SI"/>
        </w:rPr>
        <w:t xml:space="preserve"> </w:t>
      </w:r>
      <w:r w:rsidRPr="00B40033">
        <w:rPr>
          <w:lang w:val="sl-SI"/>
        </w:rPr>
        <w:t xml:space="preserve">se ti zdi, da </w:t>
      </w:r>
      <w:r w:rsidR="00350AC8">
        <w:rPr>
          <w:lang w:val="sl-SI"/>
        </w:rPr>
        <w:t>je vredno</w:t>
      </w:r>
      <w:r w:rsidRPr="00B40033">
        <w:rPr>
          <w:lang w:val="sl-SI"/>
        </w:rPr>
        <w:t xml:space="preserve"> skrbeti, tudi če ti </w:t>
      </w:r>
      <w:r w:rsidR="00F970B1">
        <w:rPr>
          <w:lang w:val="sl-SI"/>
        </w:rPr>
        <w:t xml:space="preserve">to </w:t>
      </w:r>
      <w:r w:rsidRPr="00B40033">
        <w:rPr>
          <w:lang w:val="sl-SI"/>
        </w:rPr>
        <w:t>ne prinese</w:t>
      </w:r>
      <w:r w:rsidR="00AD0E6F">
        <w:rPr>
          <w:lang w:val="sl-SI"/>
        </w:rPr>
        <w:t xml:space="preserve"> nobene osebne koristi</w:t>
      </w:r>
      <w:r w:rsidRPr="00B40033">
        <w:rPr>
          <w:lang w:val="sl-SI"/>
        </w:rPr>
        <w:t xml:space="preserve">; (c) opravičilo ali opomin, ki ga želiš </w:t>
      </w:r>
      <w:r w:rsidRPr="00374646">
        <w:rPr>
          <w:lang w:val="sl-SI"/>
        </w:rPr>
        <w:t>oddati</w:t>
      </w:r>
      <w:r w:rsidRPr="00B40033">
        <w:rPr>
          <w:lang w:val="sl-SI"/>
        </w:rPr>
        <w:t xml:space="preserve"> naprej.</w:t>
      </w:r>
    </w:p>
    <w:p w14:paraId="38C8311B" w14:textId="1B7D7B00"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r>
      <w:r w:rsidR="00365FFB">
        <w:rPr>
          <w:lang w:val="sl-SI"/>
        </w:rPr>
        <w:t>Pisma</w:t>
      </w:r>
      <w:r w:rsidR="00365FFB" w:rsidRPr="00B40033">
        <w:rPr>
          <w:lang w:val="sl-SI"/>
        </w:rPr>
        <w:t xml:space="preserve"> </w:t>
      </w:r>
      <w:r w:rsidR="00365FFB">
        <w:rPr>
          <w:lang w:val="sl-SI"/>
        </w:rPr>
        <w:t xml:space="preserve">ti ni treba </w:t>
      </w:r>
      <w:r w:rsidRPr="00B40033">
        <w:rPr>
          <w:lang w:val="sl-SI"/>
        </w:rPr>
        <w:t>nikamor</w:t>
      </w:r>
      <w:r w:rsidR="00365FFB">
        <w:rPr>
          <w:lang w:val="sl-SI"/>
        </w:rPr>
        <w:t xml:space="preserve"> poslati</w:t>
      </w:r>
      <w:r w:rsidRPr="00B40033">
        <w:rPr>
          <w:lang w:val="sl-SI"/>
        </w:rPr>
        <w:t xml:space="preserve"> (razen če res želiš). Namen je </w:t>
      </w:r>
      <w:r w:rsidRPr="00B40033">
        <w:rPr>
          <w:b/>
          <w:lang w:val="sl-SI"/>
        </w:rPr>
        <w:t>sprememba perspektive</w:t>
      </w:r>
      <w:r w:rsidRPr="00B40033">
        <w:rPr>
          <w:lang w:val="sl-SI"/>
        </w:rPr>
        <w:t>: svoje življenje vidiš kot člen v verigi, ne kot samostojen projekt, ki mora uspeti.</w:t>
      </w:r>
    </w:p>
    <w:p w14:paraId="7310BDCF" w14:textId="77777777" w:rsidR="00F94C82" w:rsidRPr="00B40033" w:rsidRDefault="00911973">
      <w:pPr>
        <w:pStyle w:val="Naslov2"/>
        <w:rPr>
          <w:lang w:val="sl-SI"/>
        </w:rPr>
      </w:pPr>
      <w:r w:rsidRPr="00B40033">
        <w:rPr>
          <w:lang w:val="sl-SI"/>
        </w:rPr>
        <w:t>6.6 Delovni list: moja transcendenčna pot</w:t>
      </w:r>
    </w:p>
    <w:p w14:paraId="644EA8B5" w14:textId="50776A6C" w:rsidR="00F94C82" w:rsidRPr="00B40033" w:rsidRDefault="00911973">
      <w:pPr>
        <w:rPr>
          <w:lang w:val="sl-SI"/>
        </w:rPr>
      </w:pPr>
      <w:r w:rsidRPr="00B40033">
        <w:rPr>
          <w:lang w:val="sl-SI"/>
        </w:rPr>
        <w:t xml:space="preserve">Presežnost doživljamo različno. </w:t>
      </w:r>
      <w:r w:rsidR="00276979">
        <w:rPr>
          <w:lang w:val="sl-SI"/>
        </w:rPr>
        <w:t>Odgovori na vprašanja</w:t>
      </w:r>
      <w:r w:rsidRPr="00B40033">
        <w:rPr>
          <w:lang w:val="sl-SI"/>
        </w:rPr>
        <w:t>, da ugotoviš svojo</w:t>
      </w:r>
      <w:r w:rsidR="00CD2CA3">
        <w:rPr>
          <w:lang w:val="sl-SI"/>
        </w:rPr>
        <w: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676"/>
        <w:gridCol w:w="2029"/>
      </w:tblGrid>
      <w:tr w:rsidR="00F94C82" w:rsidRPr="00B40033" w14:paraId="4A7AB618" w14:textId="77777777">
        <w:trPr>
          <w:cantSplit/>
          <w:tblHeader/>
          <w:jc w:val="center"/>
        </w:trPr>
        <w:tc>
          <w:tcPr>
            <w:tcW w:w="7443"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38AB00FF" w14:textId="77777777" w:rsidR="00F94C82" w:rsidRPr="00B40033" w:rsidRDefault="00911973">
            <w:pPr>
              <w:spacing w:after="80" w:line="259" w:lineRule="auto"/>
              <w:rPr>
                <w:lang w:val="sl-SI"/>
              </w:rPr>
            </w:pPr>
            <w:r w:rsidRPr="00B40033">
              <w:rPr>
                <w:b/>
                <w:sz w:val="20"/>
                <w:lang w:val="sl-SI"/>
              </w:rPr>
              <w:t>Vprašanje</w:t>
            </w:r>
          </w:p>
        </w:tc>
        <w:tc>
          <w:tcPr>
            <w:tcW w:w="1968"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351F6EE" w14:textId="77777777" w:rsidR="00F94C82" w:rsidRPr="00B40033" w:rsidRDefault="00911973">
            <w:pPr>
              <w:spacing w:after="80" w:line="259" w:lineRule="auto"/>
              <w:rPr>
                <w:lang w:val="sl-SI"/>
              </w:rPr>
            </w:pPr>
            <w:r w:rsidRPr="00B40033">
              <w:rPr>
                <w:b/>
                <w:sz w:val="20"/>
                <w:lang w:val="sl-SI"/>
              </w:rPr>
              <w:t>Moj odgovor</w:t>
            </w:r>
          </w:p>
        </w:tc>
      </w:tr>
      <w:tr w:rsidR="00F94C82" w:rsidRPr="00B75BEE" w14:paraId="52F5F779" w14:textId="77777777">
        <w:trPr>
          <w:cantSplit/>
          <w:jc w:val="center"/>
        </w:trPr>
        <w:tc>
          <w:tcPr>
            <w:tcW w:w="744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0A881F2" w14:textId="39D217D0" w:rsidR="00F94C82" w:rsidRPr="00B40033" w:rsidRDefault="00911973">
            <w:pPr>
              <w:spacing w:after="80" w:line="259" w:lineRule="auto"/>
              <w:rPr>
                <w:lang w:val="sl-SI"/>
              </w:rPr>
            </w:pPr>
            <w:r w:rsidRPr="00B40033">
              <w:rPr>
                <w:sz w:val="20"/>
                <w:lang w:val="sl-SI"/>
              </w:rPr>
              <w:t>Kdaj sem nazadnje čutil »majhnost v dobrem pomenu</w:t>
            </w:r>
            <w:r w:rsidR="002C164F">
              <w:rPr>
                <w:sz w:val="20"/>
                <w:lang w:val="sl-SI"/>
              </w:rPr>
              <w:t xml:space="preserve"> besede</w:t>
            </w:r>
            <w:r w:rsidRPr="00B40033">
              <w:rPr>
                <w:sz w:val="20"/>
                <w:lang w:val="sl-SI"/>
              </w:rPr>
              <w:t>«?</w:t>
            </w:r>
          </w:p>
        </w:tc>
        <w:tc>
          <w:tcPr>
            <w:tcW w:w="196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B8E08D7" w14:textId="77777777" w:rsidR="00F94C82" w:rsidRPr="00B40033" w:rsidRDefault="00F94C82">
            <w:pPr>
              <w:spacing w:after="80" w:line="259" w:lineRule="auto"/>
              <w:rPr>
                <w:lang w:val="sl-SI"/>
              </w:rPr>
            </w:pPr>
          </w:p>
        </w:tc>
      </w:tr>
      <w:tr w:rsidR="00F94C82" w:rsidRPr="00B40033" w14:paraId="0DDFD6A4" w14:textId="77777777">
        <w:trPr>
          <w:cantSplit/>
          <w:jc w:val="center"/>
        </w:trPr>
        <w:tc>
          <w:tcPr>
            <w:tcW w:w="744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123AEDB" w14:textId="56B0BC30" w:rsidR="00F94C82" w:rsidRPr="00B40033" w:rsidRDefault="00911973">
            <w:pPr>
              <w:spacing w:after="80" w:line="259" w:lineRule="auto"/>
              <w:rPr>
                <w:lang w:val="sl-SI"/>
              </w:rPr>
            </w:pPr>
            <w:r w:rsidRPr="00B40033">
              <w:rPr>
                <w:sz w:val="20"/>
                <w:lang w:val="sl-SI"/>
              </w:rPr>
              <w:t xml:space="preserve">Kaj je </w:t>
            </w:r>
            <w:r w:rsidR="002A25E7">
              <w:rPr>
                <w:sz w:val="20"/>
                <w:lang w:val="sl-SI"/>
              </w:rPr>
              <w:t xml:space="preserve">tisto </w:t>
            </w:r>
            <w:r w:rsidRPr="00B40033">
              <w:rPr>
                <w:sz w:val="20"/>
                <w:lang w:val="sl-SI"/>
              </w:rPr>
              <w:t>večje od mene, kar me nosi (oseba, skupnost, narava, delo, vera, prihodnost)?</w:t>
            </w:r>
          </w:p>
        </w:tc>
        <w:tc>
          <w:tcPr>
            <w:tcW w:w="196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0F7CF7E" w14:textId="77777777" w:rsidR="00F94C82" w:rsidRPr="00B40033" w:rsidRDefault="00F94C82">
            <w:pPr>
              <w:spacing w:after="80" w:line="259" w:lineRule="auto"/>
              <w:rPr>
                <w:lang w:val="sl-SI"/>
              </w:rPr>
            </w:pPr>
          </w:p>
        </w:tc>
      </w:tr>
      <w:tr w:rsidR="00F94C82" w:rsidRPr="00B40033" w14:paraId="75FA4BC7" w14:textId="77777777">
        <w:trPr>
          <w:cantSplit/>
          <w:jc w:val="center"/>
        </w:trPr>
        <w:tc>
          <w:tcPr>
            <w:tcW w:w="744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F39F817" w14:textId="77777777" w:rsidR="00F94C82" w:rsidRPr="00B40033" w:rsidRDefault="00911973">
            <w:pPr>
              <w:spacing w:after="80" w:line="259" w:lineRule="auto"/>
              <w:rPr>
                <w:lang w:val="sl-SI"/>
              </w:rPr>
            </w:pPr>
            <w:r w:rsidRPr="00B40033">
              <w:rPr>
                <w:sz w:val="20"/>
                <w:lang w:val="sl-SI"/>
              </w:rPr>
              <w:t>Kateri obred bi si lahko uredil tedensko, da bi to »večje« dobilo prostor v mojem koledarju?</w:t>
            </w:r>
          </w:p>
        </w:tc>
        <w:tc>
          <w:tcPr>
            <w:tcW w:w="196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DEF7221" w14:textId="77777777" w:rsidR="00F94C82" w:rsidRPr="00B40033" w:rsidRDefault="00F94C82">
            <w:pPr>
              <w:spacing w:after="80" w:line="259" w:lineRule="auto"/>
              <w:rPr>
                <w:lang w:val="sl-SI"/>
              </w:rPr>
            </w:pPr>
          </w:p>
        </w:tc>
      </w:tr>
      <w:tr w:rsidR="00F94C82" w:rsidRPr="00B40033" w14:paraId="32349406" w14:textId="77777777">
        <w:trPr>
          <w:cantSplit/>
          <w:jc w:val="center"/>
        </w:trPr>
        <w:tc>
          <w:tcPr>
            <w:tcW w:w="744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E3A11CC" w14:textId="103A8C93" w:rsidR="00F94C82" w:rsidRPr="00B40033" w:rsidRDefault="00911973">
            <w:pPr>
              <w:spacing w:after="80" w:line="259" w:lineRule="auto"/>
              <w:rPr>
                <w:lang w:val="sl-SI"/>
              </w:rPr>
            </w:pPr>
            <w:r w:rsidRPr="00B40033">
              <w:rPr>
                <w:sz w:val="20"/>
                <w:lang w:val="sl-SI"/>
              </w:rPr>
              <w:t xml:space="preserve">Kateri ljudje me potrebujejo tako, da moje življenje </w:t>
            </w:r>
            <w:r w:rsidR="00A93B6A" w:rsidRPr="00A93B6A">
              <w:rPr>
                <w:sz w:val="20"/>
                <w:lang w:val="sl-SI"/>
              </w:rPr>
              <w:t>ne teče več le okoli mene</w:t>
            </w:r>
            <w:r w:rsidRPr="00B40033">
              <w:rPr>
                <w:sz w:val="20"/>
                <w:lang w:val="sl-SI"/>
              </w:rPr>
              <w:t>?</w:t>
            </w:r>
          </w:p>
        </w:tc>
        <w:tc>
          <w:tcPr>
            <w:tcW w:w="196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4C9865E" w14:textId="77777777" w:rsidR="00F94C82" w:rsidRPr="00B40033" w:rsidRDefault="00F94C82">
            <w:pPr>
              <w:spacing w:after="80" w:line="259" w:lineRule="auto"/>
              <w:rPr>
                <w:lang w:val="sl-SI"/>
              </w:rPr>
            </w:pPr>
          </w:p>
        </w:tc>
      </w:tr>
    </w:tbl>
    <w:p w14:paraId="261F75C9" w14:textId="77777777" w:rsidR="00F94C82" w:rsidRPr="00B40033" w:rsidRDefault="00F94C82">
      <w:pPr>
        <w:spacing w:after="40"/>
        <w:rPr>
          <w:lang w:val="sl-SI"/>
        </w:rPr>
      </w:pPr>
    </w:p>
    <w:p w14:paraId="1FF65E10" w14:textId="77777777" w:rsidR="00F94C82" w:rsidRPr="00B40033" w:rsidRDefault="00911973">
      <w:pPr>
        <w:pStyle w:val="Naslov2"/>
        <w:rPr>
          <w:lang w:val="sl-SI"/>
        </w:rPr>
      </w:pPr>
      <w:r w:rsidRPr="00B40033">
        <w:rPr>
          <w:lang w:val="sl-SI"/>
        </w:rPr>
        <w:t>6.7 Refleksija</w:t>
      </w:r>
    </w:p>
    <w:p w14:paraId="49834E93" w14:textId="5B824362" w:rsidR="00F94C82" w:rsidRPr="00B40033" w:rsidRDefault="00911973" w:rsidP="00E713B5">
      <w:pPr>
        <w:pStyle w:val="Oznaenseznam"/>
        <w:jc w:val="both"/>
        <w:rPr>
          <w:lang w:val="sl-SI"/>
        </w:rPr>
      </w:pPr>
      <w:r w:rsidRPr="00B40033">
        <w:rPr>
          <w:lang w:val="sl-SI"/>
        </w:rPr>
        <w:t xml:space="preserve">Ali mi je bližja religiozna ali nereligiozna oblika presežnosti </w:t>
      </w:r>
      <w:r w:rsidR="006D565A" w:rsidRPr="00B40033">
        <w:rPr>
          <w:lang w:val="sl-SI"/>
        </w:rPr>
        <w:t xml:space="preserve"> </w:t>
      </w:r>
      <w:r w:rsidRPr="00B40033">
        <w:rPr>
          <w:lang w:val="sl-SI"/>
        </w:rPr>
        <w:t xml:space="preserve">ali </w:t>
      </w:r>
      <w:r w:rsidR="007A1AED">
        <w:rPr>
          <w:lang w:val="sl-SI"/>
        </w:rPr>
        <w:t xml:space="preserve">morda </w:t>
      </w:r>
      <w:r w:rsidRPr="00B40033">
        <w:rPr>
          <w:lang w:val="sl-SI"/>
        </w:rPr>
        <w:t>kombinacija</w:t>
      </w:r>
      <w:r w:rsidR="00FE4D75">
        <w:rPr>
          <w:lang w:val="sl-SI"/>
        </w:rPr>
        <w:t xml:space="preserve"> obojega</w:t>
      </w:r>
      <w:r w:rsidRPr="00B40033">
        <w:rPr>
          <w:lang w:val="sl-SI"/>
        </w:rPr>
        <w:t>?</w:t>
      </w:r>
    </w:p>
    <w:p w14:paraId="4D6A312C" w14:textId="6397E3B9" w:rsidR="00F94C82" w:rsidRPr="00B40033" w:rsidRDefault="00911973" w:rsidP="00E713B5">
      <w:pPr>
        <w:pStyle w:val="Oznaenseznam"/>
        <w:jc w:val="both"/>
        <w:rPr>
          <w:lang w:val="sl-SI"/>
        </w:rPr>
      </w:pPr>
      <w:r w:rsidRPr="00B40033">
        <w:rPr>
          <w:lang w:val="sl-SI"/>
        </w:rPr>
        <w:t xml:space="preserve">Kaj se zgodi z mojimi »velikimi« težavami, ko jih postavim </w:t>
      </w:r>
      <w:r w:rsidR="001A5169">
        <w:rPr>
          <w:lang w:val="sl-SI"/>
        </w:rPr>
        <w:t>iz oči v oči</w:t>
      </w:r>
      <w:r w:rsidRPr="00B40033">
        <w:rPr>
          <w:lang w:val="sl-SI"/>
        </w:rPr>
        <w:t xml:space="preserve"> z dejstvom, da bo ta hrib </w:t>
      </w:r>
      <w:r w:rsidR="000B2C5E">
        <w:rPr>
          <w:lang w:val="sl-SI"/>
        </w:rPr>
        <w:t>stal tukaj</w:t>
      </w:r>
      <w:r w:rsidR="000B2C5E" w:rsidRPr="00B40033">
        <w:rPr>
          <w:lang w:val="sl-SI"/>
        </w:rPr>
        <w:t xml:space="preserve"> </w:t>
      </w:r>
      <w:r w:rsidRPr="00B40033">
        <w:rPr>
          <w:lang w:val="sl-SI"/>
        </w:rPr>
        <w:t>še milijon let? (</w:t>
      </w:r>
      <w:r w:rsidR="008503C4">
        <w:rPr>
          <w:lang w:val="sl-SI"/>
        </w:rPr>
        <w:t>T</w:t>
      </w:r>
      <w:r w:rsidRPr="00B40033">
        <w:rPr>
          <w:lang w:val="sl-SI"/>
        </w:rPr>
        <w:t xml:space="preserve">ežave </w:t>
      </w:r>
      <w:r w:rsidR="008503C4">
        <w:rPr>
          <w:lang w:val="sl-SI"/>
        </w:rPr>
        <w:t xml:space="preserve">s tem </w:t>
      </w:r>
      <w:r w:rsidRPr="00B40033">
        <w:rPr>
          <w:lang w:val="sl-SI"/>
        </w:rPr>
        <w:t xml:space="preserve">ne postanejo majhne. </w:t>
      </w:r>
      <w:r w:rsidR="0085346D">
        <w:rPr>
          <w:lang w:val="sl-SI"/>
        </w:rPr>
        <w:t>Vendar</w:t>
      </w:r>
      <w:r w:rsidR="0085346D" w:rsidRPr="00B40033">
        <w:rPr>
          <w:lang w:val="sl-SI"/>
        </w:rPr>
        <w:t xml:space="preserve"> </w:t>
      </w:r>
      <w:r w:rsidRPr="00B40033">
        <w:rPr>
          <w:lang w:val="sl-SI"/>
        </w:rPr>
        <w:t>jaz nisem več samo težava.)</w:t>
      </w:r>
    </w:p>
    <w:p w14:paraId="7DED41AB" w14:textId="77777777" w:rsidR="00F94C82" w:rsidRPr="00B40033" w:rsidRDefault="00911973">
      <w:pPr>
        <w:pStyle w:val="Naslov2"/>
        <w:rPr>
          <w:lang w:val="sl-SI"/>
        </w:rPr>
      </w:pPr>
      <w:r w:rsidRPr="00B40033">
        <w:rPr>
          <w:lang w:val="sl-SI"/>
        </w:rPr>
        <w:t>6.8 Majhna akcija</w:t>
      </w:r>
    </w:p>
    <w:p w14:paraId="11FD316A" w14:textId="25765555" w:rsidR="00F94C82" w:rsidRPr="00B40033" w:rsidRDefault="00911973" w:rsidP="00E713B5">
      <w:pPr>
        <w:jc w:val="both"/>
        <w:rPr>
          <w:lang w:val="sl-SI"/>
        </w:rPr>
      </w:pPr>
      <w:r w:rsidRPr="00B40033">
        <w:rPr>
          <w:lang w:val="sl-SI"/>
        </w:rPr>
        <w:t xml:space="preserve">Enkrat v tem tednu naredi kaj za koga drugega, </w:t>
      </w:r>
      <w:r w:rsidRPr="00B40033">
        <w:rPr>
          <w:b/>
          <w:lang w:val="sl-SI"/>
        </w:rPr>
        <w:t>popolnoma brez plačila in brez navezanosti na to, da bo</w:t>
      </w:r>
      <w:r w:rsidRPr="00B40033">
        <w:rPr>
          <w:lang w:val="sl-SI"/>
        </w:rPr>
        <w:t xml:space="preserve"> </w:t>
      </w:r>
      <w:r w:rsidRPr="00B40033">
        <w:rPr>
          <w:b/>
          <w:lang w:val="sl-SI"/>
        </w:rPr>
        <w:t>opaženo</w:t>
      </w:r>
      <w:r w:rsidRPr="00B40033">
        <w:rPr>
          <w:lang w:val="sl-SI"/>
        </w:rPr>
        <w:t>. Odpovej se potrebi, da bi izkušnjo takoj objavil ali delil</w:t>
      </w:r>
      <w:r w:rsidR="005F1042">
        <w:rPr>
          <w:lang w:val="sl-SI"/>
        </w:rPr>
        <w:t xml:space="preserve">. </w:t>
      </w:r>
      <w:r w:rsidR="0050064F" w:rsidRPr="00B40033">
        <w:rPr>
          <w:lang w:val="sl-SI"/>
        </w:rPr>
        <w:t xml:space="preserve"> </w:t>
      </w:r>
      <w:r w:rsidRPr="00B40033">
        <w:rPr>
          <w:lang w:val="sl-SI"/>
        </w:rPr>
        <w:t>pusti, da ostane</w:t>
      </w:r>
      <w:r w:rsidR="005F1042">
        <w:rPr>
          <w:lang w:val="sl-SI"/>
        </w:rPr>
        <w:t xml:space="preserve"> in dozori</w:t>
      </w:r>
      <w:r w:rsidRPr="00B40033">
        <w:rPr>
          <w:lang w:val="sl-SI"/>
        </w:rPr>
        <w:t>.</w:t>
      </w:r>
    </w:p>
    <w:p w14:paraId="395D5F63" w14:textId="4EF452C0" w:rsidR="00F94C82" w:rsidRPr="00B40033" w:rsidRDefault="00911973">
      <w:pPr>
        <w:pStyle w:val="Naslov1"/>
        <w:pBdr>
          <w:bottom w:val="single" w:sz="8" w:space="9" w:color="EBC5A7"/>
        </w:pBdr>
        <w:rPr>
          <w:lang w:val="sl-SI"/>
        </w:rPr>
      </w:pPr>
      <w:r w:rsidRPr="00B40033">
        <w:rPr>
          <w:lang w:val="sl-SI"/>
        </w:rPr>
        <w:lastRenderedPageBreak/>
        <w:t xml:space="preserve">7. </w:t>
      </w:r>
      <w:r w:rsidR="00AD757A">
        <w:rPr>
          <w:lang w:val="sl-SI"/>
        </w:rPr>
        <w:t>S</w:t>
      </w:r>
      <w:r w:rsidR="00AD757A" w:rsidRPr="00B40033">
        <w:rPr>
          <w:lang w:val="sl-SI"/>
        </w:rPr>
        <w:t>tanje zanosa</w:t>
      </w:r>
      <w:r w:rsidR="00AD757A" w:rsidRPr="00AD757A">
        <w:rPr>
          <w:lang w:val="sl-SI"/>
        </w:rPr>
        <w:t xml:space="preserve"> </w:t>
      </w:r>
      <w:r w:rsidR="00AD757A">
        <w:rPr>
          <w:lang w:val="sl-SI"/>
        </w:rPr>
        <w:t>(</w:t>
      </w:r>
      <w:proofErr w:type="spellStart"/>
      <w:r w:rsidR="00AD757A">
        <w:rPr>
          <w:lang w:val="sl-SI"/>
        </w:rPr>
        <w:t>f</w:t>
      </w:r>
      <w:r w:rsidRPr="00AD757A">
        <w:rPr>
          <w:lang w:val="sl-SI"/>
        </w:rPr>
        <w:t>low</w:t>
      </w:r>
      <w:proofErr w:type="spellEnd"/>
      <w:r w:rsidR="001F46F6">
        <w:rPr>
          <w:lang w:val="sl-SI"/>
        </w:rPr>
        <w:t>)</w:t>
      </w:r>
    </w:p>
    <w:p w14:paraId="4E21356D" w14:textId="77777777" w:rsidR="00F94C82" w:rsidRPr="00B40033" w:rsidRDefault="00911973">
      <w:pPr>
        <w:pStyle w:val="Naslov2"/>
        <w:rPr>
          <w:lang w:val="sl-SI"/>
        </w:rPr>
      </w:pPr>
      <w:r w:rsidRPr="00B40033">
        <w:rPr>
          <w:lang w:val="sl-SI"/>
        </w:rPr>
        <w:t>7.1 Razlaga</w:t>
      </w:r>
    </w:p>
    <w:p w14:paraId="6B0B75FB" w14:textId="110E1C79" w:rsidR="00F94C82" w:rsidRPr="00B40033" w:rsidRDefault="00911973" w:rsidP="00E713B5">
      <w:pPr>
        <w:jc w:val="both"/>
        <w:rPr>
          <w:lang w:val="sl-SI"/>
        </w:rPr>
      </w:pPr>
      <w:proofErr w:type="spellStart"/>
      <w:r w:rsidRPr="00B40033">
        <w:rPr>
          <w:lang w:val="sl-SI"/>
        </w:rPr>
        <w:t>Flow</w:t>
      </w:r>
      <w:proofErr w:type="spellEnd"/>
      <w:r w:rsidRPr="00B40033">
        <w:rPr>
          <w:lang w:val="sl-SI"/>
        </w:rPr>
        <w:t xml:space="preserve"> (dobesedno »pretok«) je stanje, ki ga je raziskal madžarsko-ameriški psiholog </w:t>
      </w:r>
      <w:proofErr w:type="spellStart"/>
      <w:r w:rsidRPr="00B40033">
        <w:rPr>
          <w:lang w:val="sl-SI"/>
        </w:rPr>
        <w:t>Mihaly</w:t>
      </w:r>
      <w:proofErr w:type="spellEnd"/>
      <w:r w:rsidRPr="00B40033">
        <w:rPr>
          <w:lang w:val="sl-SI"/>
        </w:rPr>
        <w:t xml:space="preserve"> </w:t>
      </w:r>
      <w:proofErr w:type="spellStart"/>
      <w:r w:rsidRPr="00B40033">
        <w:rPr>
          <w:lang w:val="sl-SI"/>
        </w:rPr>
        <w:t>Csikszentmihalyi</w:t>
      </w:r>
      <w:proofErr w:type="spellEnd"/>
      <w:r w:rsidRPr="00B40033">
        <w:rPr>
          <w:lang w:val="sl-SI"/>
        </w:rPr>
        <w:t xml:space="preserve"> v knjigi </w:t>
      </w:r>
      <w:hyperlink r:id="rId18">
        <w:proofErr w:type="spellStart"/>
        <w:r w:rsidR="00F94C82" w:rsidRPr="00B40033">
          <w:rPr>
            <w:color w:val="01696F"/>
            <w:u w:val="single"/>
            <w:lang w:val="sl-SI"/>
          </w:rPr>
          <w:t>Flow</w:t>
        </w:r>
        <w:proofErr w:type="spellEnd"/>
        <w:r w:rsidR="00F94C82" w:rsidRPr="00B40033">
          <w:rPr>
            <w:color w:val="01696F"/>
            <w:u w:val="single"/>
            <w:lang w:val="sl-SI"/>
          </w:rPr>
          <w:t xml:space="preserve">: </w:t>
        </w:r>
        <w:proofErr w:type="spellStart"/>
        <w:r w:rsidR="00F94C82" w:rsidRPr="00B40033">
          <w:rPr>
            <w:color w:val="01696F"/>
            <w:u w:val="single"/>
            <w:lang w:val="sl-SI"/>
          </w:rPr>
          <w:t>The</w:t>
        </w:r>
        <w:proofErr w:type="spellEnd"/>
        <w:r w:rsidR="00F94C82" w:rsidRPr="00B40033">
          <w:rPr>
            <w:color w:val="01696F"/>
            <w:u w:val="single"/>
            <w:lang w:val="sl-SI"/>
          </w:rPr>
          <w:t xml:space="preserve"> </w:t>
        </w:r>
        <w:proofErr w:type="spellStart"/>
        <w:r w:rsidR="00F94C82" w:rsidRPr="00B40033">
          <w:rPr>
            <w:color w:val="01696F"/>
            <w:u w:val="single"/>
            <w:lang w:val="sl-SI"/>
          </w:rPr>
          <w:t>Psychology</w:t>
        </w:r>
        <w:proofErr w:type="spellEnd"/>
        <w:r w:rsidR="00F94C82" w:rsidRPr="00B40033">
          <w:rPr>
            <w:color w:val="01696F"/>
            <w:u w:val="single"/>
            <w:lang w:val="sl-SI"/>
          </w:rPr>
          <w:t xml:space="preserve"> </w:t>
        </w:r>
        <w:proofErr w:type="spellStart"/>
        <w:r w:rsidR="00F94C82" w:rsidRPr="00B40033">
          <w:rPr>
            <w:color w:val="01696F"/>
            <w:u w:val="single"/>
            <w:lang w:val="sl-SI"/>
          </w:rPr>
          <w:t>of</w:t>
        </w:r>
        <w:proofErr w:type="spellEnd"/>
        <w:r w:rsidR="00F94C82" w:rsidRPr="00B40033">
          <w:rPr>
            <w:color w:val="01696F"/>
            <w:u w:val="single"/>
            <w:lang w:val="sl-SI"/>
          </w:rPr>
          <w:t xml:space="preserve"> </w:t>
        </w:r>
        <w:proofErr w:type="spellStart"/>
        <w:r w:rsidR="00F94C82" w:rsidRPr="00B40033">
          <w:rPr>
            <w:color w:val="01696F"/>
            <w:u w:val="single"/>
            <w:lang w:val="sl-SI"/>
          </w:rPr>
          <w:t>Optimal</w:t>
        </w:r>
        <w:proofErr w:type="spellEnd"/>
        <w:r w:rsidR="00F94C82" w:rsidRPr="00B40033">
          <w:rPr>
            <w:color w:val="01696F"/>
            <w:u w:val="single"/>
            <w:lang w:val="sl-SI"/>
          </w:rPr>
          <w:t xml:space="preserve"> </w:t>
        </w:r>
        <w:proofErr w:type="spellStart"/>
        <w:r w:rsidR="00F94C82" w:rsidRPr="00B40033">
          <w:rPr>
            <w:color w:val="01696F"/>
            <w:u w:val="single"/>
            <w:lang w:val="sl-SI"/>
          </w:rPr>
          <w:t>Experience</w:t>
        </w:r>
        <w:proofErr w:type="spellEnd"/>
      </w:hyperlink>
      <w:r w:rsidRPr="00B40033">
        <w:rPr>
          <w:lang w:val="sl-SI"/>
        </w:rPr>
        <w:t xml:space="preserve"> (1990)</w:t>
      </w:r>
      <w:r w:rsidR="00FF62FA">
        <w:rPr>
          <w:lang w:val="sl-SI"/>
        </w:rPr>
        <w:t>.</w:t>
      </w:r>
      <w:r w:rsidRPr="00B40033">
        <w:rPr>
          <w:lang w:val="sl-SI"/>
        </w:rPr>
        <w:t xml:space="preserve"> </w:t>
      </w:r>
      <w:r w:rsidR="00FF62FA">
        <w:rPr>
          <w:lang w:val="sl-SI"/>
        </w:rPr>
        <w:t xml:space="preserve">Gre za </w:t>
      </w:r>
      <w:r w:rsidR="00FF62FA" w:rsidRPr="00B40033">
        <w:rPr>
          <w:lang w:val="sl-SI"/>
        </w:rPr>
        <w:t>popoln</w:t>
      </w:r>
      <w:r w:rsidR="00FF62FA">
        <w:rPr>
          <w:lang w:val="sl-SI"/>
        </w:rPr>
        <w:t>o</w:t>
      </w:r>
      <w:r w:rsidR="00FF62FA" w:rsidRPr="00B40033">
        <w:rPr>
          <w:lang w:val="sl-SI"/>
        </w:rPr>
        <w:t xml:space="preserve"> </w:t>
      </w:r>
      <w:r w:rsidRPr="00B40033">
        <w:rPr>
          <w:lang w:val="sl-SI"/>
        </w:rPr>
        <w:t xml:space="preserve">vključenost v aktivnost, pri kateri občutek </w:t>
      </w:r>
      <w:r w:rsidR="00FF62FA">
        <w:rPr>
          <w:lang w:val="sl-SI"/>
        </w:rPr>
        <w:t xml:space="preserve">za </w:t>
      </w:r>
      <w:r w:rsidRPr="00B40033">
        <w:rPr>
          <w:lang w:val="sl-SI"/>
        </w:rPr>
        <w:t xml:space="preserve">čas </w:t>
      </w:r>
      <w:r w:rsidR="00FF62FA" w:rsidRPr="00B40033">
        <w:rPr>
          <w:lang w:val="sl-SI"/>
        </w:rPr>
        <w:t xml:space="preserve">izgine </w:t>
      </w:r>
      <w:r w:rsidRPr="00B40033">
        <w:rPr>
          <w:lang w:val="sl-SI"/>
        </w:rPr>
        <w:t xml:space="preserve">in </w:t>
      </w:r>
      <w:r w:rsidR="00FC5442">
        <w:rPr>
          <w:lang w:val="sl-SI"/>
        </w:rPr>
        <w:t xml:space="preserve">tvoja </w:t>
      </w:r>
      <w:r w:rsidRPr="00B40033">
        <w:rPr>
          <w:lang w:val="sl-SI"/>
        </w:rPr>
        <w:t xml:space="preserve">pozornost se umakne </w:t>
      </w:r>
      <w:r w:rsidR="00392A82">
        <w:rPr>
          <w:lang w:val="sl-SI"/>
        </w:rPr>
        <w:t>z lastnega jaza.</w:t>
      </w:r>
      <w:r w:rsidRPr="00B40033">
        <w:rPr>
          <w:lang w:val="sl-SI"/>
        </w:rPr>
        <w:t xml:space="preserve"> </w:t>
      </w:r>
      <w:r w:rsidR="00392A82">
        <w:rPr>
          <w:lang w:val="sl-SI"/>
        </w:rPr>
        <w:t xml:space="preserve">Tvoje </w:t>
      </w:r>
      <w:r w:rsidRPr="00B40033">
        <w:rPr>
          <w:lang w:val="sl-SI"/>
        </w:rPr>
        <w:t xml:space="preserve">misli niso </w:t>
      </w:r>
      <w:r w:rsidR="00EE55B3">
        <w:rPr>
          <w:lang w:val="sl-SI"/>
        </w:rPr>
        <w:t xml:space="preserve">več </w:t>
      </w:r>
      <w:r w:rsidRPr="00B40033">
        <w:rPr>
          <w:lang w:val="sl-SI"/>
        </w:rPr>
        <w:t xml:space="preserve">usmerjene vase, ampak v nalogo. Značilnosti </w:t>
      </w:r>
      <w:r w:rsidR="0012100B">
        <w:rPr>
          <w:lang w:val="sl-SI"/>
        </w:rPr>
        <w:t xml:space="preserve">zanosa </w:t>
      </w:r>
      <w:r w:rsidR="001F46F6">
        <w:rPr>
          <w:lang w:val="sl-SI"/>
        </w:rPr>
        <w:t>so</w:t>
      </w:r>
      <w:r w:rsidRPr="00B40033">
        <w:rPr>
          <w:lang w:val="sl-SI"/>
        </w:rPr>
        <w:t>:</w:t>
      </w:r>
    </w:p>
    <w:p w14:paraId="31BA00CA" w14:textId="77777777" w:rsidR="00F94C82" w:rsidRPr="00B40033" w:rsidRDefault="00911973" w:rsidP="00E713B5">
      <w:pPr>
        <w:pStyle w:val="Oznaenseznam"/>
        <w:jc w:val="both"/>
        <w:rPr>
          <w:lang w:val="sl-SI"/>
        </w:rPr>
      </w:pPr>
      <w:r w:rsidRPr="00B40033">
        <w:rPr>
          <w:lang w:val="sl-SI"/>
        </w:rPr>
        <w:t xml:space="preserve">jasni cilji v </w:t>
      </w:r>
      <w:r w:rsidRPr="001F46F6">
        <w:rPr>
          <w:lang w:val="sl-SI"/>
        </w:rPr>
        <w:t>vsakem</w:t>
      </w:r>
      <w:r w:rsidRPr="00B40033">
        <w:rPr>
          <w:lang w:val="sl-SI"/>
        </w:rPr>
        <w:t xml:space="preserve"> trenutku,</w:t>
      </w:r>
    </w:p>
    <w:p w14:paraId="47BD20B8" w14:textId="6566FC30" w:rsidR="00F94C82" w:rsidRPr="00B40033" w:rsidRDefault="00911973" w:rsidP="00E713B5">
      <w:pPr>
        <w:pStyle w:val="Oznaenseznam"/>
        <w:jc w:val="both"/>
        <w:rPr>
          <w:lang w:val="sl-SI"/>
        </w:rPr>
      </w:pPr>
      <w:r w:rsidRPr="00B40033">
        <w:rPr>
          <w:lang w:val="sl-SI"/>
        </w:rPr>
        <w:t>takojšnja povratna informacija (</w:t>
      </w:r>
      <w:r w:rsidR="00187069" w:rsidRPr="001F46F6">
        <w:rPr>
          <w:lang w:val="sl-SI"/>
        </w:rPr>
        <w:t xml:space="preserve">takoj </w:t>
      </w:r>
      <w:r w:rsidRPr="001F46F6">
        <w:rPr>
          <w:lang w:val="sl-SI"/>
        </w:rPr>
        <w:t>veš, ali ti je uspelo</w:t>
      </w:r>
      <w:r w:rsidRPr="00B40033">
        <w:rPr>
          <w:lang w:val="sl-SI"/>
        </w:rPr>
        <w:t>),</w:t>
      </w:r>
    </w:p>
    <w:p w14:paraId="3D9D1CCB" w14:textId="77777777" w:rsidR="00F94C82" w:rsidRPr="00B40033" w:rsidRDefault="00911973" w:rsidP="00E713B5">
      <w:pPr>
        <w:pStyle w:val="Oznaenseznam"/>
        <w:jc w:val="both"/>
        <w:rPr>
          <w:lang w:val="sl-SI"/>
        </w:rPr>
      </w:pPr>
      <w:r w:rsidRPr="00B40033">
        <w:rPr>
          <w:lang w:val="sl-SI"/>
        </w:rPr>
        <w:t>ravnovesje med izzivom in zmožnostjo (prelahko = dolgčas, pretežko = tesnoba),</w:t>
      </w:r>
    </w:p>
    <w:p w14:paraId="4F666B71" w14:textId="77777777" w:rsidR="00F94C82" w:rsidRPr="00B40033" w:rsidRDefault="00911973" w:rsidP="00E713B5">
      <w:pPr>
        <w:pStyle w:val="Oznaenseznam"/>
        <w:jc w:val="both"/>
        <w:rPr>
          <w:lang w:val="sl-SI"/>
        </w:rPr>
      </w:pPr>
      <w:r w:rsidRPr="00B40033">
        <w:rPr>
          <w:lang w:val="sl-SI"/>
        </w:rPr>
        <w:t>globoka koncentracija brez napora,</w:t>
      </w:r>
    </w:p>
    <w:p w14:paraId="2734A3C5" w14:textId="77777777" w:rsidR="00F94C82" w:rsidRPr="00B40033" w:rsidRDefault="00911973" w:rsidP="00E713B5">
      <w:pPr>
        <w:pStyle w:val="Oznaenseznam"/>
        <w:jc w:val="both"/>
        <w:rPr>
          <w:lang w:val="sl-SI"/>
        </w:rPr>
      </w:pPr>
      <w:r w:rsidRPr="00B40033">
        <w:rPr>
          <w:lang w:val="sl-SI"/>
        </w:rPr>
        <w:t>izginotje občutka za čas.</w:t>
      </w:r>
    </w:p>
    <w:p w14:paraId="297B8E9D" w14:textId="3AE59A0D" w:rsidR="00F94C82" w:rsidRPr="00B40033" w:rsidRDefault="008F6A80" w:rsidP="00E713B5">
      <w:pPr>
        <w:jc w:val="both"/>
        <w:rPr>
          <w:lang w:val="sl-SI"/>
        </w:rPr>
      </w:pPr>
      <w:r>
        <w:rPr>
          <w:lang w:val="sl-SI"/>
        </w:rPr>
        <w:t>Zanos (</w:t>
      </w:r>
      <w:proofErr w:type="spellStart"/>
      <w:r>
        <w:rPr>
          <w:lang w:val="sl-SI"/>
        </w:rPr>
        <w:t>f</w:t>
      </w:r>
      <w:r w:rsidR="00911973" w:rsidRPr="00B40033">
        <w:rPr>
          <w:lang w:val="sl-SI"/>
        </w:rPr>
        <w:t>low</w:t>
      </w:r>
      <w:proofErr w:type="spellEnd"/>
      <w:r>
        <w:rPr>
          <w:lang w:val="sl-SI"/>
        </w:rPr>
        <w:t>)</w:t>
      </w:r>
      <w:r w:rsidR="00911973" w:rsidRPr="00B40033">
        <w:rPr>
          <w:lang w:val="sl-SI"/>
        </w:rPr>
        <w:t xml:space="preserve"> je za čustveno suverenost pomemben iz dveh razlogov:</w:t>
      </w:r>
    </w:p>
    <w:p w14:paraId="041AF2E8" w14:textId="7F3B8CCD"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Je stanje, v katerem se zadovoljstvo pogosto rojeva ob sami aktivnosti ne kot nagrada</w:t>
      </w:r>
      <w:r w:rsidR="0029285C">
        <w:rPr>
          <w:lang w:val="sl-SI"/>
        </w:rPr>
        <w:t>.</w:t>
      </w:r>
    </w:p>
    <w:p w14:paraId="18E567E7" w14:textId="5DAD770A"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t xml:space="preserve">Uči </w:t>
      </w:r>
      <w:r w:rsidRPr="00B40033">
        <w:rPr>
          <w:b/>
          <w:lang w:val="sl-SI"/>
        </w:rPr>
        <w:t>odnosa med izzivom in zmožnostjo</w:t>
      </w:r>
      <w:r w:rsidR="0029285C">
        <w:rPr>
          <w:lang w:val="sl-SI"/>
        </w:rPr>
        <w:t xml:space="preserve">: </w:t>
      </w:r>
      <w:r w:rsidRPr="00B40033">
        <w:rPr>
          <w:lang w:val="sl-SI"/>
        </w:rPr>
        <w:t xml:space="preserve"> istega razmerja, ki določa, kdaj je življenje zanimivo in kdaj pretežko. Preskoku v lažje (dolgčas) ali težje (tesnoba) se lahko izognemo z </w:t>
      </w:r>
      <w:r w:rsidRPr="00B40033">
        <w:rPr>
          <w:b/>
          <w:lang w:val="sl-SI"/>
        </w:rPr>
        <w:t>nastavitvijo</w:t>
      </w:r>
      <w:r w:rsidRPr="00B40033">
        <w:rPr>
          <w:lang w:val="sl-SI"/>
        </w:rPr>
        <w:t xml:space="preserve"> </w:t>
      </w:r>
      <w:r w:rsidRPr="00B40033">
        <w:rPr>
          <w:b/>
          <w:lang w:val="sl-SI"/>
        </w:rPr>
        <w:t>težavnosti</w:t>
      </w:r>
      <w:r w:rsidR="00523B2B">
        <w:rPr>
          <w:lang w:val="sl-SI"/>
        </w:rPr>
        <w:t>.</w:t>
      </w:r>
    </w:p>
    <w:p w14:paraId="33CFD68B" w14:textId="77777777" w:rsidR="00F94C82" w:rsidRPr="00B40033" w:rsidRDefault="00911973">
      <w:pPr>
        <w:pStyle w:val="Naslov2"/>
        <w:rPr>
          <w:lang w:val="sl-SI"/>
        </w:rPr>
      </w:pPr>
      <w:r w:rsidRPr="00B40033">
        <w:rPr>
          <w:lang w:val="sl-SI"/>
        </w:rPr>
        <w:t>7.2 Primer</w:t>
      </w:r>
    </w:p>
    <w:p w14:paraId="4766733A" w14:textId="4F15019A" w:rsidR="00F94C82" w:rsidRPr="00B40033" w:rsidRDefault="00911973" w:rsidP="00E713B5">
      <w:pPr>
        <w:jc w:val="both"/>
        <w:rPr>
          <w:lang w:val="sl-SI"/>
        </w:rPr>
      </w:pPr>
      <w:r w:rsidRPr="00B40033">
        <w:rPr>
          <w:lang w:val="sl-SI"/>
        </w:rPr>
        <w:t>Tomaž</w:t>
      </w:r>
      <w:r w:rsidR="009E245E">
        <w:rPr>
          <w:lang w:val="sl-SI"/>
        </w:rPr>
        <w:t xml:space="preserve"> je</w:t>
      </w:r>
      <w:r w:rsidRPr="00B40033">
        <w:rPr>
          <w:lang w:val="sl-SI"/>
        </w:rPr>
        <w:t xml:space="preserve"> programer, </w:t>
      </w:r>
      <w:r w:rsidR="009E245E">
        <w:rPr>
          <w:lang w:val="sl-SI"/>
        </w:rPr>
        <w:t xml:space="preserve">ki </w:t>
      </w:r>
      <w:r w:rsidRPr="00B40033">
        <w:rPr>
          <w:lang w:val="sl-SI"/>
        </w:rPr>
        <w:t xml:space="preserve">se ob večerih »potopi« v </w:t>
      </w:r>
      <w:r w:rsidR="004955A6">
        <w:rPr>
          <w:lang w:val="sl-SI"/>
        </w:rPr>
        <w:t xml:space="preserve">svoj </w:t>
      </w:r>
      <w:r w:rsidRPr="00B40033">
        <w:rPr>
          <w:lang w:val="sl-SI"/>
        </w:rPr>
        <w:t>telefon</w:t>
      </w:r>
      <w:r w:rsidR="004955A6">
        <w:rPr>
          <w:lang w:val="sl-SI"/>
        </w:rPr>
        <w:t>.</w:t>
      </w:r>
      <w:r w:rsidRPr="00B40033">
        <w:rPr>
          <w:lang w:val="sl-SI"/>
        </w:rPr>
        <w:t xml:space="preserve"> </w:t>
      </w:r>
      <w:r w:rsidR="004955A6">
        <w:rPr>
          <w:lang w:val="sl-SI"/>
        </w:rPr>
        <w:t>V</w:t>
      </w:r>
      <w:r w:rsidRPr="00B40033">
        <w:rPr>
          <w:lang w:val="sl-SI"/>
        </w:rPr>
        <w:t xml:space="preserve">sak večer </w:t>
      </w:r>
      <w:r w:rsidR="004955A6">
        <w:rPr>
          <w:lang w:val="sl-SI"/>
        </w:rPr>
        <w:t>okoli enajste ure</w:t>
      </w:r>
      <w:r w:rsidRPr="00B40033">
        <w:rPr>
          <w:lang w:val="sl-SI"/>
        </w:rPr>
        <w:t xml:space="preserve"> občuti nizko, prazno razpoloženje. Njegova </w:t>
      </w:r>
      <w:r w:rsidR="00F60183">
        <w:rPr>
          <w:lang w:val="sl-SI"/>
        </w:rPr>
        <w:t xml:space="preserve">miselna </w:t>
      </w:r>
      <w:r w:rsidRPr="00B40033">
        <w:rPr>
          <w:lang w:val="sl-SI"/>
        </w:rPr>
        <w:t>zmožnost je visoka, a izziv</w:t>
      </w:r>
      <w:r w:rsidR="00F60183">
        <w:rPr>
          <w:lang w:val="sl-SI"/>
        </w:rPr>
        <w:t>, ki ga ponuja</w:t>
      </w:r>
      <w:r w:rsidRPr="00B40033">
        <w:rPr>
          <w:lang w:val="sl-SI"/>
        </w:rPr>
        <w:t xml:space="preserve"> pomikanje po </w:t>
      </w:r>
      <w:r w:rsidR="006E781A">
        <w:rPr>
          <w:lang w:val="sl-SI"/>
        </w:rPr>
        <w:t>zaslonu,</w:t>
      </w:r>
      <w:r w:rsidRPr="00B40033">
        <w:rPr>
          <w:lang w:val="sl-SI"/>
        </w:rPr>
        <w:t xml:space="preserve"> je nizek</w:t>
      </w:r>
      <w:r w:rsidR="008713D9">
        <w:rPr>
          <w:lang w:val="sl-SI"/>
        </w:rPr>
        <w:t>.</w:t>
      </w:r>
      <w:r w:rsidRPr="00B40033">
        <w:rPr>
          <w:lang w:val="sl-SI"/>
        </w:rPr>
        <w:t xml:space="preserve"> </w:t>
      </w:r>
      <w:r w:rsidR="008713D9">
        <w:rPr>
          <w:lang w:val="sl-SI"/>
        </w:rPr>
        <w:t xml:space="preserve">Rezultat je </w:t>
      </w:r>
      <w:r w:rsidRPr="00B40033">
        <w:rPr>
          <w:lang w:val="sl-SI"/>
        </w:rPr>
        <w:t>dolgčas</w:t>
      </w:r>
      <w:r w:rsidR="00D85C83">
        <w:rPr>
          <w:lang w:val="sl-SI"/>
        </w:rPr>
        <w:t>,</w:t>
      </w:r>
      <w:r w:rsidRPr="00B40033">
        <w:rPr>
          <w:lang w:val="sl-SI"/>
        </w:rPr>
        <w:t xml:space="preserve"> </w:t>
      </w:r>
      <w:r w:rsidR="008713D9">
        <w:rPr>
          <w:lang w:val="sl-SI"/>
        </w:rPr>
        <w:t>pomešan z občutkom krivde</w:t>
      </w:r>
      <w:r w:rsidRPr="00B40033">
        <w:rPr>
          <w:lang w:val="sl-SI"/>
        </w:rPr>
        <w:t>. Ko po vaji 7.3</w:t>
      </w:r>
      <w:r w:rsidR="00D85C83" w:rsidRPr="00D85C83">
        <w:rPr>
          <w:lang w:val="sl-SI"/>
        </w:rPr>
        <w:t xml:space="preserve"> </w:t>
      </w:r>
      <w:r w:rsidR="00D85C83" w:rsidRPr="00B40033">
        <w:rPr>
          <w:lang w:val="sl-SI"/>
        </w:rPr>
        <w:t xml:space="preserve">popiše svoje </w:t>
      </w:r>
      <w:r w:rsidR="00D85C83">
        <w:rPr>
          <w:lang w:val="sl-SI"/>
        </w:rPr>
        <w:t>vsakodnevne</w:t>
      </w:r>
      <w:r w:rsidR="00D85C83" w:rsidRPr="00B40033">
        <w:rPr>
          <w:lang w:val="sl-SI"/>
        </w:rPr>
        <w:t xml:space="preserve"> aktivnosti</w:t>
      </w:r>
      <w:r w:rsidRPr="00B40033">
        <w:rPr>
          <w:lang w:val="sl-SI"/>
        </w:rPr>
        <w:t>, ugotovi, da je</w:t>
      </w:r>
      <w:r w:rsidR="00FF6D54">
        <w:rPr>
          <w:lang w:val="sl-SI"/>
        </w:rPr>
        <w:t xml:space="preserve"> zanos</w:t>
      </w:r>
      <w:r w:rsidRPr="00B40033">
        <w:rPr>
          <w:lang w:val="sl-SI"/>
        </w:rPr>
        <w:t xml:space="preserve"> </w:t>
      </w:r>
      <w:r w:rsidR="00FF6D54">
        <w:rPr>
          <w:lang w:val="sl-SI"/>
        </w:rPr>
        <w:t>(</w:t>
      </w:r>
      <w:proofErr w:type="spellStart"/>
      <w:r w:rsidRPr="00B40033">
        <w:rPr>
          <w:lang w:val="sl-SI"/>
        </w:rPr>
        <w:t>flow</w:t>
      </w:r>
      <w:proofErr w:type="spellEnd"/>
      <w:r w:rsidR="00FF6D54">
        <w:rPr>
          <w:lang w:val="sl-SI"/>
        </w:rPr>
        <w:t>)</w:t>
      </w:r>
      <w:r w:rsidRPr="00B40033">
        <w:rPr>
          <w:lang w:val="sl-SI"/>
        </w:rPr>
        <w:t xml:space="preserve"> v njegovem življenju prisoten pri igranju klavirja</w:t>
      </w:r>
      <w:r w:rsidR="00523B2B">
        <w:rPr>
          <w:lang w:val="sl-SI"/>
        </w:rPr>
        <w:t>,</w:t>
      </w:r>
      <w:r w:rsidRPr="00B40033">
        <w:rPr>
          <w:lang w:val="sl-SI"/>
        </w:rPr>
        <w:t xml:space="preserve"> </w:t>
      </w:r>
      <w:r w:rsidR="00FF6D54">
        <w:rPr>
          <w:lang w:val="sl-SI"/>
        </w:rPr>
        <w:t>ki pa ga</w:t>
      </w:r>
      <w:r w:rsidRPr="00B40033">
        <w:rPr>
          <w:lang w:val="sl-SI"/>
        </w:rPr>
        <w:t xml:space="preserve"> ni odprl </w:t>
      </w:r>
      <w:r w:rsidR="00FF6D54">
        <w:rPr>
          <w:lang w:val="sl-SI"/>
        </w:rPr>
        <w:t xml:space="preserve">že </w:t>
      </w:r>
      <w:r w:rsidRPr="00B40033">
        <w:rPr>
          <w:lang w:val="sl-SI"/>
        </w:rPr>
        <w:t>dve leti. Izziv je treba le znova »vklopiti«. Po treh tednih</w:t>
      </w:r>
      <w:r w:rsidR="00911AAC">
        <w:rPr>
          <w:lang w:val="sl-SI"/>
        </w:rPr>
        <w:t>, ko</w:t>
      </w:r>
      <w:r w:rsidRPr="00B40033">
        <w:rPr>
          <w:lang w:val="sl-SI"/>
        </w:rPr>
        <w:t xml:space="preserve"> vsak drugi večer </w:t>
      </w:r>
      <w:r w:rsidR="00911AAC">
        <w:rPr>
          <w:lang w:val="sl-SI"/>
        </w:rPr>
        <w:t>odpre klavir za</w:t>
      </w:r>
      <w:r w:rsidR="00911AAC" w:rsidRPr="00B40033">
        <w:rPr>
          <w:lang w:val="sl-SI"/>
        </w:rPr>
        <w:t xml:space="preserve"> 20 minut</w:t>
      </w:r>
      <w:r w:rsidR="00911AAC">
        <w:rPr>
          <w:lang w:val="sl-SI"/>
        </w:rPr>
        <w:t>,</w:t>
      </w:r>
      <w:r w:rsidR="00911AAC" w:rsidRPr="00B40033">
        <w:rPr>
          <w:lang w:val="sl-SI"/>
        </w:rPr>
        <w:t xml:space="preserve"> </w:t>
      </w:r>
      <w:r w:rsidRPr="00B40033">
        <w:rPr>
          <w:lang w:val="sl-SI"/>
        </w:rPr>
        <w:t xml:space="preserve">poroča: večeri niso </w:t>
      </w:r>
      <w:r w:rsidR="00523B2B">
        <w:rPr>
          <w:lang w:val="sl-SI"/>
        </w:rPr>
        <w:t xml:space="preserve">od enkrat </w:t>
      </w:r>
      <w:r w:rsidR="00732014">
        <w:rPr>
          <w:lang w:val="sl-SI"/>
        </w:rPr>
        <w:t xml:space="preserve">postali </w:t>
      </w:r>
      <w:r w:rsidRPr="00B40033">
        <w:rPr>
          <w:lang w:val="sl-SI"/>
        </w:rPr>
        <w:t>»čudoviti« so pa njegovi.</w:t>
      </w:r>
    </w:p>
    <w:p w14:paraId="405F6504" w14:textId="77777777" w:rsidR="00F94C82" w:rsidRPr="00B40033" w:rsidRDefault="00911973">
      <w:pPr>
        <w:pStyle w:val="Naslov2"/>
        <w:rPr>
          <w:lang w:val="sl-SI"/>
        </w:rPr>
      </w:pPr>
      <w:r w:rsidRPr="00B40033">
        <w:rPr>
          <w:lang w:val="sl-SI"/>
        </w:rPr>
        <w:t xml:space="preserve">7.3 Vaja: zemljevid mojih </w:t>
      </w:r>
      <w:proofErr w:type="spellStart"/>
      <w:r w:rsidRPr="00B40033">
        <w:rPr>
          <w:lang w:val="sl-SI"/>
        </w:rPr>
        <w:t>flow</w:t>
      </w:r>
      <w:proofErr w:type="spellEnd"/>
      <w:r w:rsidRPr="00B40033">
        <w:rPr>
          <w:lang w:val="sl-SI"/>
        </w:rPr>
        <w:t xml:space="preserve"> aktivnosti (pisna vaja, 30 minut)</w:t>
      </w:r>
    </w:p>
    <w:p w14:paraId="26B32857" w14:textId="6845DDD7"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 xml:space="preserve">Napiši vse aktivnosti zadnjega leta, pri katerih se ti je zgodilo, da si »izginil v njih«: čas je ušel, ljudje so morali dvakrat </w:t>
      </w:r>
      <w:r w:rsidR="002671D7" w:rsidRPr="00B40033">
        <w:rPr>
          <w:lang w:val="sl-SI"/>
        </w:rPr>
        <w:t xml:space="preserve">zaklicati </w:t>
      </w:r>
      <w:r w:rsidRPr="00B40033">
        <w:rPr>
          <w:lang w:val="sl-SI"/>
        </w:rPr>
        <w:t>tvoje ime.</w:t>
      </w:r>
    </w:p>
    <w:p w14:paraId="421F5BEF" w14:textId="668C787A"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t>Razvrsti jih po tem, kako pogoste so zdaj (nikoli/redko/občasno/redno).</w:t>
      </w:r>
    </w:p>
    <w:p w14:paraId="4816C0DB" w14:textId="14364CAB"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t>Za vsako izmed treh najmočnejših odgovori:</w:t>
      </w:r>
    </w:p>
    <w:p w14:paraId="2BF17404" w14:textId="77777777" w:rsidR="00F94C82" w:rsidRPr="00B40033" w:rsidRDefault="00911973" w:rsidP="00E713B5">
      <w:pPr>
        <w:pStyle w:val="Oznaenseznam2"/>
        <w:jc w:val="both"/>
        <w:rPr>
          <w:lang w:val="sl-SI"/>
        </w:rPr>
      </w:pPr>
      <w:r w:rsidRPr="00B40033">
        <w:rPr>
          <w:lang w:val="sl-SI"/>
        </w:rPr>
        <w:t xml:space="preserve">Kaj je pri tej aktivnosti </w:t>
      </w:r>
      <w:r w:rsidRPr="00B40033">
        <w:rPr>
          <w:b/>
          <w:lang w:val="sl-SI"/>
        </w:rPr>
        <w:t>jasen cilj v vsakem trenutku</w:t>
      </w:r>
      <w:r w:rsidRPr="00B40033">
        <w:rPr>
          <w:lang w:val="sl-SI"/>
        </w:rPr>
        <w:t>?</w:t>
      </w:r>
    </w:p>
    <w:p w14:paraId="68FC8ADA" w14:textId="77777777" w:rsidR="00F94C82" w:rsidRPr="00B40033" w:rsidRDefault="00911973" w:rsidP="00E713B5">
      <w:pPr>
        <w:pStyle w:val="Oznaenseznam2"/>
        <w:jc w:val="both"/>
        <w:rPr>
          <w:lang w:val="sl-SI"/>
        </w:rPr>
      </w:pPr>
      <w:r w:rsidRPr="00B40033">
        <w:rPr>
          <w:lang w:val="sl-SI"/>
        </w:rPr>
        <w:t xml:space="preserve">Kje dobim </w:t>
      </w:r>
      <w:r w:rsidRPr="00B40033">
        <w:rPr>
          <w:b/>
          <w:lang w:val="sl-SI"/>
        </w:rPr>
        <w:t>takojšnjo povratno informacijo</w:t>
      </w:r>
      <w:r w:rsidRPr="00B40033">
        <w:rPr>
          <w:lang w:val="sl-SI"/>
        </w:rPr>
        <w:t>, da gre dobro?</w:t>
      </w:r>
    </w:p>
    <w:p w14:paraId="3B67BF63" w14:textId="35F6BDFB" w:rsidR="00F94C82" w:rsidRPr="00B40033" w:rsidRDefault="00911973" w:rsidP="00E713B5">
      <w:pPr>
        <w:pStyle w:val="Oznaenseznam2"/>
        <w:jc w:val="both"/>
        <w:rPr>
          <w:lang w:val="sl-SI"/>
        </w:rPr>
      </w:pPr>
      <w:r w:rsidRPr="00B40033">
        <w:rPr>
          <w:lang w:val="sl-SI"/>
        </w:rPr>
        <w:t xml:space="preserve">Kako bi aktivnost </w:t>
      </w:r>
      <w:r w:rsidRPr="00B40033">
        <w:rPr>
          <w:b/>
          <w:lang w:val="sl-SI"/>
        </w:rPr>
        <w:t>za 5 % otežil</w:t>
      </w:r>
      <w:r w:rsidRPr="00B40033">
        <w:rPr>
          <w:lang w:val="sl-SI"/>
        </w:rPr>
        <w:t xml:space="preserve">, če je </w:t>
      </w:r>
      <w:r w:rsidR="00FD56B5">
        <w:rPr>
          <w:lang w:val="sl-SI"/>
        </w:rPr>
        <w:t>postala</w:t>
      </w:r>
      <w:r w:rsidR="00FD56B5" w:rsidRPr="00B40033">
        <w:rPr>
          <w:lang w:val="sl-SI"/>
        </w:rPr>
        <w:t xml:space="preserve"> </w:t>
      </w:r>
      <w:r w:rsidRPr="00B40033">
        <w:rPr>
          <w:lang w:val="sl-SI"/>
        </w:rPr>
        <w:t>prelahka (ali olajšal, če je pretežka)?</w:t>
      </w:r>
    </w:p>
    <w:p w14:paraId="16260BEA" w14:textId="40D1FCA9"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t xml:space="preserve">Izberi eno aktivnost, ki je v zadnjem letu </w:t>
      </w:r>
      <w:r w:rsidR="00244C53">
        <w:rPr>
          <w:lang w:val="sl-SI"/>
        </w:rPr>
        <w:t>popolnoma zamrla</w:t>
      </w:r>
      <w:r w:rsidRPr="00B40033">
        <w:rPr>
          <w:lang w:val="sl-SI"/>
        </w:rPr>
        <w:t xml:space="preserve"> in se odloči, kdaj jo vrneš v koledar (dan, ura).</w:t>
      </w:r>
    </w:p>
    <w:p w14:paraId="4CA3C668" w14:textId="77777777" w:rsidR="00F94C82" w:rsidRPr="00B40033" w:rsidRDefault="00911973">
      <w:pPr>
        <w:pStyle w:val="Naslov2"/>
        <w:rPr>
          <w:lang w:val="sl-SI"/>
        </w:rPr>
      </w:pPr>
      <w:r w:rsidRPr="00B40033">
        <w:rPr>
          <w:lang w:val="sl-SI"/>
        </w:rPr>
        <w:t xml:space="preserve">7.4 Vaja: nastavitev </w:t>
      </w:r>
      <w:proofErr w:type="spellStart"/>
      <w:r w:rsidRPr="00B40033">
        <w:rPr>
          <w:lang w:val="sl-SI"/>
        </w:rPr>
        <w:t>mikro-flowa</w:t>
      </w:r>
      <w:proofErr w:type="spellEnd"/>
      <w:r w:rsidRPr="00B40033">
        <w:rPr>
          <w:lang w:val="sl-SI"/>
        </w:rPr>
        <w:t xml:space="preserve"> (vsakdanja verzija, 15–45 minut)</w:t>
      </w:r>
    </w:p>
    <w:p w14:paraId="41FF58AD" w14:textId="77777777" w:rsidR="00F94C82" w:rsidRPr="00B40033" w:rsidRDefault="00911973" w:rsidP="00E713B5">
      <w:pPr>
        <w:jc w:val="both"/>
        <w:rPr>
          <w:lang w:val="sl-SI"/>
        </w:rPr>
      </w:pPr>
      <w:r w:rsidRPr="00B40033">
        <w:rPr>
          <w:lang w:val="sl-SI"/>
        </w:rPr>
        <w:t xml:space="preserve">Ni treba čakati na »veliki« </w:t>
      </w:r>
      <w:proofErr w:type="spellStart"/>
      <w:r w:rsidRPr="00B40033">
        <w:rPr>
          <w:lang w:val="sl-SI"/>
        </w:rPr>
        <w:t>flow</w:t>
      </w:r>
      <w:proofErr w:type="spellEnd"/>
      <w:r w:rsidRPr="00B40033">
        <w:rPr>
          <w:lang w:val="sl-SI"/>
        </w:rPr>
        <w:t xml:space="preserve">. Vsako delo se lahko uredi po pogojih </w:t>
      </w:r>
      <w:proofErr w:type="spellStart"/>
      <w:r w:rsidRPr="00B40033">
        <w:rPr>
          <w:lang w:val="sl-SI"/>
        </w:rPr>
        <w:t>flowa</w:t>
      </w:r>
      <w:proofErr w:type="spellEnd"/>
      <w:r w:rsidRPr="00B40033">
        <w:rPr>
          <w:lang w:val="sl-SI"/>
        </w:rPr>
        <w:t>:</w:t>
      </w:r>
    </w:p>
    <w:p w14:paraId="7BF9B6F7" w14:textId="296DE0BE"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En cilj naenkrat.</w:t>
      </w:r>
      <w:r w:rsidRPr="00B40033">
        <w:rPr>
          <w:lang w:val="sl-SI"/>
        </w:rPr>
        <w:t xml:space="preserve"> Pred delom zapiši v enem stavku, kaj bo obstajalo, ko boš končal (»odgovor </w:t>
      </w:r>
      <w:r w:rsidR="00912FC7">
        <w:rPr>
          <w:lang w:val="sl-SI"/>
        </w:rPr>
        <w:t xml:space="preserve">je </w:t>
      </w:r>
      <w:r w:rsidRPr="00B40033">
        <w:rPr>
          <w:lang w:val="sl-SI"/>
        </w:rPr>
        <w:t xml:space="preserve">poslan«, »kuhinja </w:t>
      </w:r>
      <w:r w:rsidR="00912FC7">
        <w:rPr>
          <w:lang w:val="sl-SI"/>
        </w:rPr>
        <w:t>se sveti</w:t>
      </w:r>
      <w:r w:rsidRPr="00B40033">
        <w:rPr>
          <w:lang w:val="sl-SI"/>
        </w:rPr>
        <w:t xml:space="preserve">«, »poglavje </w:t>
      </w:r>
      <w:r w:rsidR="00912FC7">
        <w:rPr>
          <w:lang w:val="sl-SI"/>
        </w:rPr>
        <w:t xml:space="preserve">je </w:t>
      </w:r>
      <w:r w:rsidRPr="00B40033">
        <w:rPr>
          <w:lang w:val="sl-SI"/>
        </w:rPr>
        <w:t>prebrano«).</w:t>
      </w:r>
    </w:p>
    <w:p w14:paraId="35ED24EE" w14:textId="48E46E59" w:rsidR="00F94C82" w:rsidRPr="00B40033" w:rsidRDefault="00911973" w:rsidP="00E713B5">
      <w:pPr>
        <w:tabs>
          <w:tab w:val="left" w:pos="425"/>
        </w:tabs>
        <w:spacing w:after="60"/>
        <w:ind w:left="425" w:hanging="425"/>
        <w:jc w:val="both"/>
        <w:rPr>
          <w:lang w:val="sl-SI"/>
        </w:rPr>
      </w:pPr>
      <w:r w:rsidRPr="00B40033">
        <w:rPr>
          <w:lang w:val="sl-SI"/>
        </w:rPr>
        <w:lastRenderedPageBreak/>
        <w:t>2.</w:t>
      </w:r>
      <w:r w:rsidRPr="00B40033">
        <w:rPr>
          <w:lang w:val="sl-SI"/>
        </w:rPr>
        <w:tab/>
      </w:r>
      <w:r w:rsidRPr="00B40033">
        <w:rPr>
          <w:b/>
          <w:lang w:val="sl-SI"/>
        </w:rPr>
        <w:t>Odstrani motnje.</w:t>
      </w:r>
      <w:r w:rsidRPr="00B40033">
        <w:rPr>
          <w:lang w:val="sl-SI"/>
        </w:rPr>
        <w:t xml:space="preserve"> Telefon</w:t>
      </w:r>
      <w:r w:rsidR="00CF06F0" w:rsidRPr="00B40033">
        <w:rPr>
          <w:lang w:val="sl-SI"/>
        </w:rPr>
        <w:t xml:space="preserve"> </w:t>
      </w:r>
      <w:r w:rsidR="00857718" w:rsidRPr="00B40033">
        <w:rPr>
          <w:lang w:val="sl-SI"/>
        </w:rPr>
        <w:t>pusti</w:t>
      </w:r>
      <w:r w:rsidRPr="00B40033">
        <w:rPr>
          <w:lang w:val="sl-SI"/>
        </w:rPr>
        <w:t xml:space="preserve"> v drugem prostoru, obvestila </w:t>
      </w:r>
      <w:r w:rsidR="00857718" w:rsidRPr="00B40033">
        <w:rPr>
          <w:lang w:val="sl-SI"/>
        </w:rPr>
        <w:t xml:space="preserve">naj bodo </w:t>
      </w:r>
      <w:r w:rsidRPr="00B40033">
        <w:rPr>
          <w:lang w:val="sl-SI"/>
        </w:rPr>
        <w:t xml:space="preserve">izklopljena, </w:t>
      </w:r>
      <w:r w:rsidR="00857718" w:rsidRPr="00B40033">
        <w:rPr>
          <w:lang w:val="sl-SI"/>
        </w:rPr>
        <w:t xml:space="preserve">odprt naj bo </w:t>
      </w:r>
      <w:r w:rsidRPr="00B40033">
        <w:rPr>
          <w:lang w:val="sl-SI"/>
        </w:rPr>
        <w:t>en zavihek.</w:t>
      </w:r>
    </w:p>
    <w:p w14:paraId="65AE9A65" w14:textId="37FE8C6D"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Povratna informacija med delom.</w:t>
      </w:r>
      <w:r w:rsidRPr="00B40033">
        <w:rPr>
          <w:lang w:val="sl-SI"/>
        </w:rPr>
        <w:t xml:space="preserve"> Vsakih 20–25 minut se vprašaj: »Ali se približujem cilju iz stavka?« Da/ne/malo</w:t>
      </w:r>
      <w:r w:rsidR="00A41069">
        <w:rPr>
          <w:lang w:val="sl-SI"/>
        </w:rPr>
        <w:t>.</w:t>
      </w:r>
    </w:p>
    <w:p w14:paraId="76661005" w14:textId="76AB8404"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r>
      <w:r w:rsidRPr="00B40033">
        <w:rPr>
          <w:b/>
          <w:lang w:val="sl-SI"/>
        </w:rPr>
        <w:t>Nastavi težavnost.</w:t>
      </w:r>
      <w:r w:rsidRPr="00B40033">
        <w:rPr>
          <w:lang w:val="sl-SI"/>
        </w:rPr>
        <w:t xml:space="preserve"> Dolgčas → dodaj omejitve (časovnik, kvaliteta</w:t>
      </w:r>
      <w:r w:rsidR="00A41069">
        <w:rPr>
          <w:lang w:val="sl-SI"/>
        </w:rPr>
        <w:t xml:space="preserve">), </w:t>
      </w:r>
      <w:r w:rsidRPr="00B40033">
        <w:rPr>
          <w:lang w:val="sl-SI"/>
        </w:rPr>
        <w:t>Tesnoba → razbij na manjše korake, ki jih zmoreš zdaj.</w:t>
      </w:r>
    </w:p>
    <w:p w14:paraId="44818F45" w14:textId="77777777" w:rsidR="00F94C82" w:rsidRPr="00B40033" w:rsidRDefault="00911973" w:rsidP="00E713B5">
      <w:pPr>
        <w:tabs>
          <w:tab w:val="left" w:pos="425"/>
        </w:tabs>
        <w:spacing w:after="60"/>
        <w:ind w:left="425" w:hanging="425"/>
        <w:jc w:val="both"/>
        <w:rPr>
          <w:lang w:val="sl-SI"/>
        </w:rPr>
      </w:pPr>
      <w:r w:rsidRPr="00B40033">
        <w:rPr>
          <w:lang w:val="sl-SI"/>
        </w:rPr>
        <w:t>5.</w:t>
      </w:r>
      <w:r w:rsidRPr="00B40033">
        <w:rPr>
          <w:lang w:val="sl-SI"/>
        </w:rPr>
        <w:tab/>
      </w:r>
      <w:r w:rsidRPr="00B40033">
        <w:rPr>
          <w:b/>
          <w:lang w:val="sl-SI"/>
        </w:rPr>
        <w:t>Začetni obred.</w:t>
      </w:r>
      <w:r w:rsidRPr="00B40033">
        <w:rPr>
          <w:lang w:val="sl-SI"/>
        </w:rPr>
        <w:t xml:space="preserve"> Vedno isti uvod v 2 minutah (skodelica čaja na mizi, miza počiščena, isti posnetek). S ponavljanjem se povezava med obredom in globino dela lahko utrdi.</w:t>
      </w:r>
    </w:p>
    <w:p w14:paraId="396222DB" w14:textId="77777777" w:rsidR="00F94C82" w:rsidRPr="00B40033" w:rsidRDefault="00911973">
      <w:pPr>
        <w:pStyle w:val="Naslov2"/>
        <w:rPr>
          <w:lang w:val="sl-SI"/>
        </w:rPr>
      </w:pPr>
      <w:r w:rsidRPr="00B40033">
        <w:rPr>
          <w:lang w:val="sl-SI"/>
        </w:rPr>
        <w:t xml:space="preserve">7.5 Delovni list: tedenski načrt </w:t>
      </w:r>
      <w:proofErr w:type="spellStart"/>
      <w:r w:rsidRPr="00B40033">
        <w:rPr>
          <w:lang w:val="sl-SI"/>
        </w:rPr>
        <w:t>flowa</w:t>
      </w:r>
      <w:proofErr w:type="spellEnd"/>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83"/>
        <w:gridCol w:w="2135"/>
        <w:gridCol w:w="1698"/>
        <w:gridCol w:w="2055"/>
        <w:gridCol w:w="2734"/>
      </w:tblGrid>
      <w:tr w:rsidR="00F94C82" w:rsidRPr="00B40033" w14:paraId="4FFD679C" w14:textId="77777777">
        <w:trPr>
          <w:cantSplit/>
          <w:tblHeader/>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4E00EC5" w14:textId="77777777" w:rsidR="00F94C82" w:rsidRPr="00B40033" w:rsidRDefault="00911973">
            <w:pPr>
              <w:spacing w:after="80" w:line="259" w:lineRule="auto"/>
              <w:rPr>
                <w:lang w:val="sl-SI"/>
              </w:rPr>
            </w:pPr>
            <w:r w:rsidRPr="00B40033">
              <w:rPr>
                <w:b/>
                <w:sz w:val="20"/>
                <w:lang w:val="sl-SI"/>
              </w:rPr>
              <w:t>Dan</w:t>
            </w:r>
          </w:p>
        </w:tc>
        <w:tc>
          <w:tcPr>
            <w:tcW w:w="216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2A33B90" w14:textId="77777777" w:rsidR="00F94C82" w:rsidRPr="00B40033" w:rsidRDefault="00911973">
            <w:pPr>
              <w:spacing w:after="80" w:line="259" w:lineRule="auto"/>
              <w:rPr>
                <w:lang w:val="sl-SI"/>
              </w:rPr>
            </w:pPr>
            <w:r w:rsidRPr="00B40033">
              <w:rPr>
                <w:b/>
                <w:sz w:val="20"/>
                <w:lang w:val="sl-SI"/>
              </w:rPr>
              <w:t xml:space="preserve">Aktivnost (moj </w:t>
            </w:r>
            <w:proofErr w:type="spellStart"/>
            <w:r w:rsidRPr="00B40033">
              <w:rPr>
                <w:b/>
                <w:sz w:val="20"/>
                <w:lang w:val="sl-SI"/>
              </w:rPr>
              <w:t>flow</w:t>
            </w:r>
            <w:proofErr w:type="spellEnd"/>
            <w:r w:rsidRPr="00B40033">
              <w:rPr>
                <w:b/>
                <w:sz w:val="20"/>
                <w:lang w:val="sl-SI"/>
              </w:rPr>
              <w:t>-kandidat)</w:t>
            </w:r>
          </w:p>
        </w:tc>
        <w:tc>
          <w:tcPr>
            <w:tcW w:w="171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B30CC4A" w14:textId="77777777" w:rsidR="00F94C82" w:rsidRPr="00B40033" w:rsidRDefault="00911973">
            <w:pPr>
              <w:spacing w:after="80" w:line="259" w:lineRule="auto"/>
              <w:rPr>
                <w:lang w:val="sl-SI"/>
              </w:rPr>
            </w:pPr>
            <w:r w:rsidRPr="00B40033">
              <w:rPr>
                <w:b/>
                <w:sz w:val="20"/>
                <w:lang w:val="sl-SI"/>
              </w:rPr>
              <w:t>Čas v koledarju (od–do)</w:t>
            </w:r>
          </w:p>
        </w:tc>
        <w:tc>
          <w:tcPr>
            <w:tcW w:w="209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A1A2FF0" w14:textId="77777777" w:rsidR="00F94C82" w:rsidRPr="00B40033" w:rsidRDefault="00911973">
            <w:pPr>
              <w:spacing w:after="80" w:line="259" w:lineRule="auto"/>
              <w:rPr>
                <w:lang w:val="sl-SI"/>
              </w:rPr>
            </w:pPr>
            <w:r w:rsidRPr="00B40033">
              <w:rPr>
                <w:b/>
                <w:sz w:val="20"/>
                <w:lang w:val="sl-SI"/>
              </w:rPr>
              <w:t>Kaj je jasen cilj tega bloka</w:t>
            </w:r>
          </w:p>
        </w:tc>
        <w:tc>
          <w:tcPr>
            <w:tcW w:w="2763"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9ADEA2B" w14:textId="77777777" w:rsidR="00F94C82" w:rsidRPr="00B40033" w:rsidRDefault="00911973">
            <w:pPr>
              <w:spacing w:after="80" w:line="259" w:lineRule="auto"/>
              <w:rPr>
                <w:lang w:val="sl-SI"/>
              </w:rPr>
            </w:pPr>
            <w:r w:rsidRPr="00B40033">
              <w:rPr>
                <w:b/>
                <w:sz w:val="20"/>
                <w:lang w:val="sl-SI"/>
              </w:rPr>
              <w:t>Izziv: lažje/prav/težje? (prilagodim)</w:t>
            </w:r>
          </w:p>
        </w:tc>
      </w:tr>
      <w:tr w:rsidR="00F94C82" w:rsidRPr="00B40033" w14:paraId="5C176EAC" w14:textId="77777777">
        <w:trPr>
          <w:cantSplit/>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77CAC67" w14:textId="60B9BD30" w:rsidR="00F94C82" w:rsidRPr="00B40033" w:rsidRDefault="00345A13">
            <w:pPr>
              <w:spacing w:after="80" w:line="259" w:lineRule="auto"/>
              <w:rPr>
                <w:lang w:val="sl-SI"/>
              </w:rPr>
            </w:pPr>
            <w:r>
              <w:rPr>
                <w:sz w:val="20"/>
                <w:lang w:val="sl-SI"/>
              </w:rPr>
              <w:t>Ponedeljek</w:t>
            </w:r>
          </w:p>
        </w:tc>
        <w:tc>
          <w:tcPr>
            <w:tcW w:w="2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4EED85E" w14:textId="77777777" w:rsidR="00F94C82" w:rsidRPr="00B40033" w:rsidRDefault="00F94C82">
            <w:pPr>
              <w:spacing w:after="80" w:line="259" w:lineRule="auto"/>
              <w:rPr>
                <w:lang w:val="sl-SI"/>
              </w:rPr>
            </w:pPr>
          </w:p>
        </w:tc>
        <w:tc>
          <w:tcPr>
            <w:tcW w:w="171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9EF45AC" w14:textId="77777777" w:rsidR="00F94C82" w:rsidRPr="00B40033" w:rsidRDefault="00F94C82">
            <w:pPr>
              <w:spacing w:after="80" w:line="259" w:lineRule="auto"/>
              <w:rPr>
                <w:lang w:val="sl-SI"/>
              </w:rPr>
            </w:pPr>
          </w:p>
        </w:tc>
        <w:tc>
          <w:tcPr>
            <w:tcW w:w="20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B50A1D0" w14:textId="77777777" w:rsidR="00F94C82" w:rsidRPr="00B40033" w:rsidRDefault="00F94C82">
            <w:pPr>
              <w:spacing w:after="80" w:line="259" w:lineRule="auto"/>
              <w:rPr>
                <w:lang w:val="sl-SI"/>
              </w:rPr>
            </w:pPr>
          </w:p>
        </w:tc>
        <w:tc>
          <w:tcPr>
            <w:tcW w:w="276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F5C8998" w14:textId="77777777" w:rsidR="00F94C82" w:rsidRPr="00B40033" w:rsidRDefault="00F94C82">
            <w:pPr>
              <w:spacing w:after="80" w:line="259" w:lineRule="auto"/>
              <w:rPr>
                <w:lang w:val="sl-SI"/>
              </w:rPr>
            </w:pPr>
          </w:p>
        </w:tc>
      </w:tr>
      <w:tr w:rsidR="00F94C82" w:rsidRPr="00B40033" w14:paraId="71258178" w14:textId="77777777">
        <w:trPr>
          <w:cantSplit/>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9FDB041" w14:textId="509BCE33" w:rsidR="00F94C82" w:rsidRPr="00B40033" w:rsidRDefault="00345A13">
            <w:pPr>
              <w:spacing w:after="80" w:line="259" w:lineRule="auto"/>
              <w:rPr>
                <w:lang w:val="sl-SI"/>
              </w:rPr>
            </w:pPr>
            <w:r>
              <w:rPr>
                <w:sz w:val="20"/>
                <w:lang w:val="sl-SI"/>
              </w:rPr>
              <w:t>Torek</w:t>
            </w:r>
          </w:p>
        </w:tc>
        <w:tc>
          <w:tcPr>
            <w:tcW w:w="216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45F5313" w14:textId="77777777" w:rsidR="00F94C82" w:rsidRPr="00B40033" w:rsidRDefault="00F94C82">
            <w:pPr>
              <w:spacing w:after="80" w:line="259" w:lineRule="auto"/>
              <w:rPr>
                <w:lang w:val="sl-SI"/>
              </w:rPr>
            </w:pPr>
          </w:p>
        </w:tc>
        <w:tc>
          <w:tcPr>
            <w:tcW w:w="171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802F936" w14:textId="77777777" w:rsidR="00F94C82" w:rsidRPr="00B40033" w:rsidRDefault="00F94C82">
            <w:pPr>
              <w:spacing w:after="80" w:line="259" w:lineRule="auto"/>
              <w:rPr>
                <w:lang w:val="sl-SI"/>
              </w:rPr>
            </w:pPr>
          </w:p>
        </w:tc>
        <w:tc>
          <w:tcPr>
            <w:tcW w:w="20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51F6960" w14:textId="77777777" w:rsidR="00F94C82" w:rsidRPr="00B40033" w:rsidRDefault="00F94C82">
            <w:pPr>
              <w:spacing w:after="80" w:line="259" w:lineRule="auto"/>
              <w:rPr>
                <w:lang w:val="sl-SI"/>
              </w:rPr>
            </w:pPr>
          </w:p>
        </w:tc>
        <w:tc>
          <w:tcPr>
            <w:tcW w:w="276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11A8323" w14:textId="77777777" w:rsidR="00F94C82" w:rsidRPr="00B40033" w:rsidRDefault="00F94C82">
            <w:pPr>
              <w:spacing w:after="80" w:line="259" w:lineRule="auto"/>
              <w:rPr>
                <w:lang w:val="sl-SI"/>
              </w:rPr>
            </w:pPr>
          </w:p>
        </w:tc>
      </w:tr>
      <w:tr w:rsidR="00F94C82" w:rsidRPr="00B40033" w14:paraId="08763431" w14:textId="77777777">
        <w:trPr>
          <w:cantSplit/>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6E4DBCB" w14:textId="04426CB9" w:rsidR="00F94C82" w:rsidRPr="00B40033" w:rsidRDefault="00345A13">
            <w:pPr>
              <w:spacing w:after="80" w:line="259" w:lineRule="auto"/>
              <w:rPr>
                <w:lang w:val="sl-SI"/>
              </w:rPr>
            </w:pPr>
            <w:r>
              <w:rPr>
                <w:sz w:val="20"/>
                <w:lang w:val="sl-SI"/>
              </w:rPr>
              <w:t>Sreda</w:t>
            </w:r>
          </w:p>
        </w:tc>
        <w:tc>
          <w:tcPr>
            <w:tcW w:w="2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4D0E239" w14:textId="77777777" w:rsidR="00F94C82" w:rsidRPr="00B40033" w:rsidRDefault="00F94C82">
            <w:pPr>
              <w:spacing w:after="80" w:line="259" w:lineRule="auto"/>
              <w:rPr>
                <w:lang w:val="sl-SI"/>
              </w:rPr>
            </w:pPr>
          </w:p>
        </w:tc>
        <w:tc>
          <w:tcPr>
            <w:tcW w:w="171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C8378A0" w14:textId="77777777" w:rsidR="00F94C82" w:rsidRPr="00B40033" w:rsidRDefault="00F94C82">
            <w:pPr>
              <w:spacing w:after="80" w:line="259" w:lineRule="auto"/>
              <w:rPr>
                <w:lang w:val="sl-SI"/>
              </w:rPr>
            </w:pPr>
          </w:p>
        </w:tc>
        <w:tc>
          <w:tcPr>
            <w:tcW w:w="20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AB77CC0" w14:textId="77777777" w:rsidR="00F94C82" w:rsidRPr="00B40033" w:rsidRDefault="00F94C82">
            <w:pPr>
              <w:spacing w:after="80" w:line="259" w:lineRule="auto"/>
              <w:rPr>
                <w:lang w:val="sl-SI"/>
              </w:rPr>
            </w:pPr>
          </w:p>
        </w:tc>
        <w:tc>
          <w:tcPr>
            <w:tcW w:w="276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C399782" w14:textId="77777777" w:rsidR="00F94C82" w:rsidRPr="00B40033" w:rsidRDefault="00F94C82">
            <w:pPr>
              <w:spacing w:after="80" w:line="259" w:lineRule="auto"/>
              <w:rPr>
                <w:lang w:val="sl-SI"/>
              </w:rPr>
            </w:pPr>
          </w:p>
        </w:tc>
      </w:tr>
      <w:tr w:rsidR="00F94C82" w:rsidRPr="00B40033" w14:paraId="7CBB9224" w14:textId="77777777">
        <w:trPr>
          <w:cantSplit/>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9BCE6BC" w14:textId="0351A1CB" w:rsidR="00F94C82" w:rsidRPr="00B40033" w:rsidRDefault="00345A13">
            <w:pPr>
              <w:spacing w:after="80" w:line="259" w:lineRule="auto"/>
              <w:rPr>
                <w:lang w:val="sl-SI"/>
              </w:rPr>
            </w:pPr>
            <w:r>
              <w:rPr>
                <w:sz w:val="20"/>
                <w:lang w:val="sl-SI"/>
              </w:rPr>
              <w:t>Četrtek</w:t>
            </w:r>
          </w:p>
        </w:tc>
        <w:tc>
          <w:tcPr>
            <w:tcW w:w="216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EEC9736" w14:textId="77777777" w:rsidR="00F94C82" w:rsidRPr="00B40033" w:rsidRDefault="00F94C82">
            <w:pPr>
              <w:spacing w:after="80" w:line="259" w:lineRule="auto"/>
              <w:rPr>
                <w:lang w:val="sl-SI"/>
              </w:rPr>
            </w:pPr>
          </w:p>
        </w:tc>
        <w:tc>
          <w:tcPr>
            <w:tcW w:w="171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571AF15" w14:textId="77777777" w:rsidR="00F94C82" w:rsidRPr="00B40033" w:rsidRDefault="00F94C82">
            <w:pPr>
              <w:spacing w:after="80" w:line="259" w:lineRule="auto"/>
              <w:rPr>
                <w:lang w:val="sl-SI"/>
              </w:rPr>
            </w:pPr>
          </w:p>
        </w:tc>
        <w:tc>
          <w:tcPr>
            <w:tcW w:w="20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556A8E0" w14:textId="77777777" w:rsidR="00F94C82" w:rsidRPr="00B40033" w:rsidRDefault="00F94C82">
            <w:pPr>
              <w:spacing w:after="80" w:line="259" w:lineRule="auto"/>
              <w:rPr>
                <w:lang w:val="sl-SI"/>
              </w:rPr>
            </w:pPr>
          </w:p>
        </w:tc>
        <w:tc>
          <w:tcPr>
            <w:tcW w:w="276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89950C0" w14:textId="77777777" w:rsidR="00F94C82" w:rsidRPr="00B40033" w:rsidRDefault="00F94C82">
            <w:pPr>
              <w:spacing w:after="80" w:line="259" w:lineRule="auto"/>
              <w:rPr>
                <w:lang w:val="sl-SI"/>
              </w:rPr>
            </w:pPr>
          </w:p>
        </w:tc>
      </w:tr>
      <w:tr w:rsidR="00F94C82" w:rsidRPr="00B40033" w14:paraId="7C329FD3" w14:textId="77777777">
        <w:trPr>
          <w:cantSplit/>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2E2585A" w14:textId="6DB89F24" w:rsidR="00F94C82" w:rsidRPr="00B40033" w:rsidRDefault="00345A13">
            <w:pPr>
              <w:spacing w:after="80" w:line="259" w:lineRule="auto"/>
              <w:rPr>
                <w:lang w:val="sl-SI"/>
              </w:rPr>
            </w:pPr>
            <w:r>
              <w:rPr>
                <w:sz w:val="20"/>
                <w:lang w:val="sl-SI"/>
              </w:rPr>
              <w:t>Petek</w:t>
            </w:r>
          </w:p>
        </w:tc>
        <w:tc>
          <w:tcPr>
            <w:tcW w:w="2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064567B" w14:textId="77777777" w:rsidR="00F94C82" w:rsidRPr="00B40033" w:rsidRDefault="00F94C82">
            <w:pPr>
              <w:spacing w:after="80" w:line="259" w:lineRule="auto"/>
              <w:rPr>
                <w:lang w:val="sl-SI"/>
              </w:rPr>
            </w:pPr>
          </w:p>
        </w:tc>
        <w:tc>
          <w:tcPr>
            <w:tcW w:w="171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45661BC" w14:textId="77777777" w:rsidR="00F94C82" w:rsidRPr="00B40033" w:rsidRDefault="00F94C82">
            <w:pPr>
              <w:spacing w:after="80" w:line="259" w:lineRule="auto"/>
              <w:rPr>
                <w:lang w:val="sl-SI"/>
              </w:rPr>
            </w:pPr>
          </w:p>
        </w:tc>
        <w:tc>
          <w:tcPr>
            <w:tcW w:w="20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0F033DB" w14:textId="77777777" w:rsidR="00F94C82" w:rsidRPr="00B40033" w:rsidRDefault="00F94C82">
            <w:pPr>
              <w:spacing w:after="80" w:line="259" w:lineRule="auto"/>
              <w:rPr>
                <w:lang w:val="sl-SI"/>
              </w:rPr>
            </w:pPr>
          </w:p>
        </w:tc>
        <w:tc>
          <w:tcPr>
            <w:tcW w:w="276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A021028" w14:textId="77777777" w:rsidR="00F94C82" w:rsidRPr="00B40033" w:rsidRDefault="00F94C82">
            <w:pPr>
              <w:spacing w:after="80" w:line="259" w:lineRule="auto"/>
              <w:rPr>
                <w:lang w:val="sl-SI"/>
              </w:rPr>
            </w:pPr>
          </w:p>
        </w:tc>
      </w:tr>
      <w:tr w:rsidR="00F94C82" w:rsidRPr="00B40033" w14:paraId="53B017EA" w14:textId="77777777">
        <w:trPr>
          <w:cantSplit/>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D2A64ED" w14:textId="5EBE2356" w:rsidR="00F94C82" w:rsidRPr="00B40033" w:rsidRDefault="00345A13">
            <w:pPr>
              <w:spacing w:after="80" w:line="259" w:lineRule="auto"/>
              <w:rPr>
                <w:lang w:val="sl-SI"/>
              </w:rPr>
            </w:pPr>
            <w:r>
              <w:rPr>
                <w:sz w:val="20"/>
                <w:lang w:val="sl-SI"/>
              </w:rPr>
              <w:t>Sobota</w:t>
            </w:r>
          </w:p>
        </w:tc>
        <w:tc>
          <w:tcPr>
            <w:tcW w:w="216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E6EBAEE" w14:textId="77777777" w:rsidR="00F94C82" w:rsidRPr="00B40033" w:rsidRDefault="00F94C82">
            <w:pPr>
              <w:spacing w:after="80" w:line="259" w:lineRule="auto"/>
              <w:rPr>
                <w:lang w:val="sl-SI"/>
              </w:rPr>
            </w:pPr>
          </w:p>
        </w:tc>
        <w:tc>
          <w:tcPr>
            <w:tcW w:w="171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9060658" w14:textId="77777777" w:rsidR="00F94C82" w:rsidRPr="00B40033" w:rsidRDefault="00F94C82">
            <w:pPr>
              <w:spacing w:after="80" w:line="259" w:lineRule="auto"/>
              <w:rPr>
                <w:lang w:val="sl-SI"/>
              </w:rPr>
            </w:pPr>
          </w:p>
        </w:tc>
        <w:tc>
          <w:tcPr>
            <w:tcW w:w="20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72E1532" w14:textId="77777777" w:rsidR="00F94C82" w:rsidRPr="00B40033" w:rsidRDefault="00F94C82">
            <w:pPr>
              <w:spacing w:after="80" w:line="259" w:lineRule="auto"/>
              <w:rPr>
                <w:lang w:val="sl-SI"/>
              </w:rPr>
            </w:pPr>
          </w:p>
        </w:tc>
        <w:tc>
          <w:tcPr>
            <w:tcW w:w="276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DEFCD9E" w14:textId="77777777" w:rsidR="00F94C82" w:rsidRPr="00B40033" w:rsidRDefault="00F94C82">
            <w:pPr>
              <w:spacing w:after="80" w:line="259" w:lineRule="auto"/>
              <w:rPr>
                <w:lang w:val="sl-SI"/>
              </w:rPr>
            </w:pPr>
          </w:p>
        </w:tc>
      </w:tr>
      <w:tr w:rsidR="00F94C82" w:rsidRPr="00B40033" w14:paraId="0182CF04" w14:textId="77777777">
        <w:trPr>
          <w:cantSplit/>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5924CF8" w14:textId="3F5E835E" w:rsidR="00F94C82" w:rsidRPr="00B40033" w:rsidRDefault="00345A13">
            <w:pPr>
              <w:spacing w:after="80" w:line="259" w:lineRule="auto"/>
              <w:rPr>
                <w:lang w:val="sl-SI"/>
              </w:rPr>
            </w:pPr>
            <w:r>
              <w:rPr>
                <w:sz w:val="20"/>
                <w:lang w:val="sl-SI"/>
              </w:rPr>
              <w:t>Nedelja</w:t>
            </w:r>
          </w:p>
        </w:tc>
        <w:tc>
          <w:tcPr>
            <w:tcW w:w="2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89F7B37" w14:textId="77777777" w:rsidR="00F94C82" w:rsidRPr="00B40033" w:rsidRDefault="00F94C82">
            <w:pPr>
              <w:spacing w:after="80" w:line="259" w:lineRule="auto"/>
              <w:rPr>
                <w:lang w:val="sl-SI"/>
              </w:rPr>
            </w:pPr>
          </w:p>
        </w:tc>
        <w:tc>
          <w:tcPr>
            <w:tcW w:w="171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946E4DE" w14:textId="77777777" w:rsidR="00F94C82" w:rsidRPr="00B40033" w:rsidRDefault="00F94C82">
            <w:pPr>
              <w:spacing w:after="80" w:line="259" w:lineRule="auto"/>
              <w:rPr>
                <w:lang w:val="sl-SI"/>
              </w:rPr>
            </w:pPr>
          </w:p>
        </w:tc>
        <w:tc>
          <w:tcPr>
            <w:tcW w:w="20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FC6E41A" w14:textId="77777777" w:rsidR="00F94C82" w:rsidRPr="00B40033" w:rsidRDefault="00F94C82">
            <w:pPr>
              <w:spacing w:after="80" w:line="259" w:lineRule="auto"/>
              <w:rPr>
                <w:lang w:val="sl-SI"/>
              </w:rPr>
            </w:pPr>
          </w:p>
        </w:tc>
        <w:tc>
          <w:tcPr>
            <w:tcW w:w="276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C298FEA" w14:textId="77777777" w:rsidR="00F94C82" w:rsidRPr="00B40033" w:rsidRDefault="00F94C82">
            <w:pPr>
              <w:spacing w:after="80" w:line="259" w:lineRule="auto"/>
              <w:rPr>
                <w:lang w:val="sl-SI"/>
              </w:rPr>
            </w:pPr>
          </w:p>
        </w:tc>
      </w:tr>
    </w:tbl>
    <w:p w14:paraId="124C791D" w14:textId="77777777" w:rsidR="00F94C82" w:rsidRPr="00B40033" w:rsidRDefault="00F94C82">
      <w:pPr>
        <w:spacing w:after="40"/>
        <w:rPr>
          <w:lang w:val="sl-SI"/>
        </w:rPr>
      </w:pPr>
    </w:p>
    <w:p w14:paraId="1ACF0AE8" w14:textId="3778940F" w:rsidR="00F94C82" w:rsidRPr="00B40033" w:rsidRDefault="00911973" w:rsidP="00E713B5">
      <w:pPr>
        <w:jc w:val="both"/>
        <w:rPr>
          <w:lang w:val="sl-SI"/>
        </w:rPr>
      </w:pPr>
      <w:r w:rsidRPr="00B40033">
        <w:rPr>
          <w:b/>
          <w:lang w:val="sl-SI"/>
        </w:rPr>
        <w:t>Tedenski pregled:</w:t>
      </w:r>
      <w:r w:rsidRPr="00B40033">
        <w:rPr>
          <w:lang w:val="sl-SI"/>
        </w:rPr>
        <w:t xml:space="preserve"> Kdaj se je ta teden zgodil »pravi« </w:t>
      </w:r>
      <w:proofErr w:type="spellStart"/>
      <w:r w:rsidRPr="00B40033">
        <w:rPr>
          <w:lang w:val="sl-SI"/>
        </w:rPr>
        <w:t>flow</w:t>
      </w:r>
      <w:proofErr w:type="spellEnd"/>
      <w:r w:rsidRPr="00B40033">
        <w:rPr>
          <w:lang w:val="sl-SI"/>
        </w:rPr>
        <w:t xml:space="preserve"> (</w:t>
      </w:r>
      <w:r w:rsidR="00850AF1" w:rsidRPr="00850AF1">
        <w:rPr>
          <w:lang w:val="sl-SI"/>
        </w:rPr>
        <w:t>kakš</w:t>
      </w:r>
      <w:r w:rsidR="00850AF1">
        <w:rPr>
          <w:lang w:val="sl-SI"/>
        </w:rPr>
        <w:t>en</w:t>
      </w:r>
      <w:r w:rsidR="00850AF1" w:rsidRPr="00850AF1">
        <w:rPr>
          <w:lang w:val="sl-SI"/>
        </w:rPr>
        <w:t xml:space="preserve"> </w:t>
      </w:r>
      <w:r w:rsidRPr="00850AF1">
        <w:rPr>
          <w:lang w:val="sl-SI"/>
        </w:rPr>
        <w:t xml:space="preserve">je </w:t>
      </w:r>
      <w:r w:rsidR="00850AF1">
        <w:rPr>
          <w:lang w:val="sl-SI"/>
        </w:rPr>
        <w:t>bil</w:t>
      </w:r>
      <w:r w:rsidRPr="00B40033">
        <w:rPr>
          <w:lang w:val="sl-SI"/>
        </w:rPr>
        <w:t>)? Kaj ga je vzdrževalo? Kaj ga je najhitreje prekinilo?</w:t>
      </w:r>
    </w:p>
    <w:p w14:paraId="13E21C32" w14:textId="77777777" w:rsidR="00F94C82" w:rsidRPr="00B40033" w:rsidRDefault="00911973">
      <w:pPr>
        <w:pStyle w:val="Naslov2"/>
        <w:rPr>
          <w:lang w:val="sl-SI"/>
        </w:rPr>
      </w:pPr>
      <w:r w:rsidRPr="00B40033">
        <w:rPr>
          <w:lang w:val="sl-SI"/>
        </w:rPr>
        <w:t>7.6 Refleksija</w:t>
      </w:r>
    </w:p>
    <w:p w14:paraId="646064F2" w14:textId="2A71261E" w:rsidR="00F94C82" w:rsidRPr="00B40033" w:rsidRDefault="00911973" w:rsidP="00E713B5">
      <w:pPr>
        <w:pStyle w:val="Oznaenseznam"/>
        <w:jc w:val="both"/>
        <w:rPr>
          <w:lang w:val="sl-SI"/>
        </w:rPr>
      </w:pPr>
      <w:r w:rsidRPr="00B40033">
        <w:rPr>
          <w:lang w:val="sl-SI"/>
        </w:rPr>
        <w:t xml:space="preserve">Kateri </w:t>
      </w:r>
      <w:r w:rsidRPr="00850AF1">
        <w:rPr>
          <w:lang w:val="sl-SI"/>
        </w:rPr>
        <w:t>dve</w:t>
      </w:r>
      <w:r w:rsidRPr="00B40033">
        <w:rPr>
          <w:lang w:val="sl-SI"/>
        </w:rPr>
        <w:t xml:space="preserve"> vrsti »oddihov« mi dajeta dejansko energijo</w:t>
      </w:r>
      <w:r w:rsidR="00102677" w:rsidRPr="00B40033">
        <w:rPr>
          <w:lang w:val="sl-SI"/>
        </w:rPr>
        <w:t>,</w:t>
      </w:r>
      <w:r w:rsidRPr="00B40033">
        <w:rPr>
          <w:lang w:val="sl-SI"/>
        </w:rPr>
        <w:t xml:space="preserve"> kateri </w:t>
      </w:r>
      <w:r w:rsidR="00102677" w:rsidRPr="00B40033">
        <w:rPr>
          <w:lang w:val="sl-SI"/>
        </w:rPr>
        <w:t xml:space="preserve">pa </w:t>
      </w:r>
      <w:r w:rsidRPr="00B40033">
        <w:rPr>
          <w:lang w:val="sl-SI"/>
        </w:rPr>
        <w:t>le prikrivajo praznino?</w:t>
      </w:r>
    </w:p>
    <w:p w14:paraId="610D71A4" w14:textId="39CF8DCE" w:rsidR="00F94C82" w:rsidRPr="00B40033" w:rsidRDefault="00911973" w:rsidP="00E713B5">
      <w:pPr>
        <w:pStyle w:val="Oznaenseznam"/>
        <w:jc w:val="both"/>
        <w:rPr>
          <w:lang w:val="sl-SI"/>
        </w:rPr>
      </w:pPr>
      <w:r w:rsidRPr="00B40033">
        <w:rPr>
          <w:lang w:val="sl-SI"/>
        </w:rPr>
        <w:t xml:space="preserve">Ali mi manjka težja ali lažja izkušnja? (Dolgčas in tesnoba sta </w:t>
      </w:r>
      <w:r w:rsidR="00B72D5C">
        <w:rPr>
          <w:lang w:val="sl-SI"/>
        </w:rPr>
        <w:t>zrcalni</w:t>
      </w:r>
      <w:r w:rsidRPr="00B40033">
        <w:rPr>
          <w:lang w:val="sl-SI"/>
        </w:rPr>
        <w:t xml:space="preserve"> sliki istega razmerja.)</w:t>
      </w:r>
    </w:p>
    <w:p w14:paraId="5BCD7AF1" w14:textId="77777777" w:rsidR="00F94C82" w:rsidRPr="00B40033" w:rsidRDefault="00911973">
      <w:pPr>
        <w:pStyle w:val="Naslov2"/>
        <w:rPr>
          <w:lang w:val="sl-SI"/>
        </w:rPr>
      </w:pPr>
      <w:r w:rsidRPr="00B40033">
        <w:rPr>
          <w:lang w:val="sl-SI"/>
        </w:rPr>
        <w:t>7.7 Majhna akcija</w:t>
      </w:r>
    </w:p>
    <w:p w14:paraId="74F24BA2" w14:textId="6EF37A34" w:rsidR="00F94C82" w:rsidRPr="00B40033" w:rsidRDefault="00911973" w:rsidP="00E713B5">
      <w:pPr>
        <w:jc w:val="both"/>
        <w:rPr>
          <w:lang w:val="sl-SI"/>
        </w:rPr>
      </w:pPr>
      <w:r w:rsidRPr="00B40033">
        <w:rPr>
          <w:lang w:val="sl-SI"/>
        </w:rPr>
        <w:t xml:space="preserve">Ta teden </w:t>
      </w:r>
      <w:r w:rsidR="003E371B">
        <w:rPr>
          <w:lang w:val="sl-SI"/>
        </w:rPr>
        <w:t>zapiši</w:t>
      </w:r>
      <w:r w:rsidR="003E371B" w:rsidRPr="00B40033">
        <w:rPr>
          <w:lang w:val="sl-SI"/>
        </w:rPr>
        <w:t xml:space="preserve"> </w:t>
      </w:r>
      <w:r w:rsidRPr="00B40033">
        <w:rPr>
          <w:lang w:val="sl-SI"/>
        </w:rPr>
        <w:t xml:space="preserve">eno izmed treh </w:t>
      </w:r>
      <w:r w:rsidR="00850AF1">
        <w:rPr>
          <w:lang w:val="sl-SI"/>
        </w:rPr>
        <w:t xml:space="preserve">zamrlih </w:t>
      </w:r>
      <w:proofErr w:type="spellStart"/>
      <w:r w:rsidRPr="00B40033">
        <w:rPr>
          <w:lang w:val="sl-SI"/>
        </w:rPr>
        <w:t>flow</w:t>
      </w:r>
      <w:proofErr w:type="spellEnd"/>
      <w:r w:rsidRPr="00B40033">
        <w:rPr>
          <w:lang w:val="sl-SI"/>
        </w:rPr>
        <w:t xml:space="preserve"> aktivnosti v koleda</w:t>
      </w:r>
      <w:r w:rsidR="00F52C30">
        <w:rPr>
          <w:lang w:val="sl-SI"/>
        </w:rPr>
        <w:t>,</w:t>
      </w:r>
      <w:r w:rsidRPr="00B40033">
        <w:rPr>
          <w:lang w:val="sl-SI"/>
        </w:rPr>
        <w:t xml:space="preserve"> z dnevom, uro in trajanjem. </w:t>
      </w:r>
      <w:r w:rsidR="003E371B">
        <w:rPr>
          <w:lang w:val="sl-SI"/>
        </w:rPr>
        <w:t>T</w:t>
      </w:r>
      <w:r w:rsidR="002B0143" w:rsidRPr="00B40033">
        <w:rPr>
          <w:lang w:val="sl-SI"/>
        </w:rPr>
        <w:t xml:space="preserve">ermin, zapisan v koledarju, </w:t>
      </w:r>
      <w:r w:rsidRPr="00B40033">
        <w:rPr>
          <w:lang w:val="sl-SI"/>
        </w:rPr>
        <w:t>je že pol uspeha.</w:t>
      </w:r>
    </w:p>
    <w:p w14:paraId="0E4C8F20" w14:textId="77777777" w:rsidR="00F94C82" w:rsidRPr="00B40033" w:rsidRDefault="00911973">
      <w:pPr>
        <w:pStyle w:val="Naslov1"/>
        <w:pBdr>
          <w:bottom w:val="single" w:sz="8" w:space="9" w:color="EBC5A7"/>
        </w:pBdr>
        <w:rPr>
          <w:lang w:val="sl-SI"/>
        </w:rPr>
      </w:pPr>
      <w:r w:rsidRPr="00B40033">
        <w:rPr>
          <w:lang w:val="sl-SI"/>
        </w:rPr>
        <w:lastRenderedPageBreak/>
        <w:t>8. Celotna paleta čustev</w:t>
      </w:r>
    </w:p>
    <w:p w14:paraId="2A1B691C" w14:textId="77777777" w:rsidR="00F94C82" w:rsidRPr="00B40033" w:rsidRDefault="00911973">
      <w:pPr>
        <w:pStyle w:val="Naslov2"/>
        <w:rPr>
          <w:lang w:val="sl-SI"/>
        </w:rPr>
      </w:pPr>
      <w:r w:rsidRPr="00B40033">
        <w:rPr>
          <w:lang w:val="sl-SI"/>
        </w:rPr>
        <w:t>8.1 Razlaga</w:t>
      </w:r>
    </w:p>
    <w:p w14:paraId="789C30A2" w14:textId="329C5DB9" w:rsidR="00F94C82" w:rsidRPr="00B40033" w:rsidRDefault="00911973" w:rsidP="00E713B5">
      <w:pPr>
        <w:jc w:val="both"/>
        <w:rPr>
          <w:lang w:val="sl-SI"/>
        </w:rPr>
      </w:pPr>
      <w:r w:rsidRPr="00B40033">
        <w:rPr>
          <w:lang w:val="sl-SI"/>
        </w:rPr>
        <w:t xml:space="preserve">Čustva so del našega odzivanja na svet. Spodnja tabela ponuja orientacijski pregled nekaterih čustev, njihovih možnih sprožilcev in vlog. </w:t>
      </w:r>
      <w:r w:rsidR="00D02101" w:rsidRPr="00B40033">
        <w:rPr>
          <w:lang w:val="sl-SI"/>
        </w:rPr>
        <w:t>To ni</w:t>
      </w:r>
      <w:r w:rsidRPr="00B40033">
        <w:rPr>
          <w:lang w:val="sl-SI"/>
        </w:rPr>
        <w:t xml:space="preserve"> dokončna razvrstitev in ne določa, kaj posamezno čustvo pomeni pri vsakem človeku:</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79"/>
        <w:gridCol w:w="2046"/>
        <w:gridCol w:w="3202"/>
        <w:gridCol w:w="2878"/>
      </w:tblGrid>
      <w:tr w:rsidR="00F94C82" w:rsidRPr="00B40033" w14:paraId="664A8A73" w14:textId="77777777">
        <w:trPr>
          <w:cantSplit/>
          <w:tblHeader/>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B02B269" w14:textId="77777777" w:rsidR="00F94C82" w:rsidRPr="00B40033" w:rsidRDefault="00911973" w:rsidP="00E713B5">
            <w:pPr>
              <w:spacing w:after="80" w:line="259" w:lineRule="auto"/>
              <w:jc w:val="center"/>
              <w:rPr>
                <w:lang w:val="sl-SI"/>
              </w:rPr>
            </w:pPr>
            <w:r w:rsidRPr="00B40033">
              <w:rPr>
                <w:b/>
                <w:sz w:val="20"/>
                <w:lang w:val="sl-SI"/>
              </w:rPr>
              <w:t>Čustvo</w:t>
            </w:r>
          </w:p>
        </w:tc>
        <w:tc>
          <w:tcPr>
            <w:tcW w:w="1984"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51832DDA" w14:textId="77777777" w:rsidR="00F94C82" w:rsidRPr="00B40033" w:rsidRDefault="00911973" w:rsidP="00E713B5">
            <w:pPr>
              <w:spacing w:after="80" w:line="259" w:lineRule="auto"/>
              <w:jc w:val="center"/>
              <w:rPr>
                <w:lang w:val="sl-SI"/>
              </w:rPr>
            </w:pPr>
            <w:r w:rsidRPr="00B40033">
              <w:rPr>
                <w:b/>
                <w:sz w:val="20"/>
                <w:lang w:val="sl-SI"/>
              </w:rPr>
              <w:t>Tipičen sprožilec</w:t>
            </w:r>
          </w:p>
        </w:tc>
        <w:tc>
          <w:tcPr>
            <w:tcW w:w="310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3082D784" w14:textId="77777777" w:rsidR="00F94C82" w:rsidRPr="00B40033" w:rsidRDefault="00911973" w:rsidP="00E713B5">
            <w:pPr>
              <w:spacing w:after="80" w:line="259" w:lineRule="auto"/>
              <w:jc w:val="center"/>
              <w:rPr>
                <w:lang w:val="sl-SI"/>
              </w:rPr>
            </w:pPr>
            <w:r w:rsidRPr="00B40033">
              <w:rPr>
                <w:b/>
                <w:sz w:val="20"/>
                <w:lang w:val="sl-SI"/>
              </w:rPr>
              <w:t>Funkcija (kar »hoče« doseči)</w:t>
            </w:r>
          </w:p>
        </w:tc>
        <w:tc>
          <w:tcPr>
            <w:tcW w:w="279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692BC32" w14:textId="77777777" w:rsidR="00F94C82" w:rsidRPr="00B40033" w:rsidRDefault="00911973" w:rsidP="00E713B5">
            <w:pPr>
              <w:spacing w:after="80" w:line="259" w:lineRule="auto"/>
              <w:jc w:val="center"/>
              <w:rPr>
                <w:lang w:val="sl-SI"/>
              </w:rPr>
            </w:pPr>
            <w:r w:rsidRPr="00B40033">
              <w:rPr>
                <w:b/>
                <w:sz w:val="20"/>
                <w:lang w:val="sl-SI"/>
              </w:rPr>
              <w:t>Kaj pogosto naredimo namesto tega</w:t>
            </w:r>
          </w:p>
        </w:tc>
      </w:tr>
      <w:tr w:rsidR="00F94C82" w:rsidRPr="00B75BEE" w14:paraId="2A5D66FC"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4AE5822" w14:textId="77777777" w:rsidR="00F94C82" w:rsidRPr="00B40033" w:rsidRDefault="00911973" w:rsidP="00E713B5">
            <w:pPr>
              <w:spacing w:after="80" w:line="259" w:lineRule="auto"/>
              <w:rPr>
                <w:lang w:val="sl-SI"/>
              </w:rPr>
            </w:pPr>
            <w:r w:rsidRPr="00B40033">
              <w:rPr>
                <w:sz w:val="20"/>
                <w:lang w:val="sl-SI"/>
              </w:rPr>
              <w:t>Strah</w:t>
            </w:r>
          </w:p>
        </w:tc>
        <w:tc>
          <w:tcPr>
            <w:tcW w:w="198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F7801F1" w14:textId="77777777" w:rsidR="00F94C82" w:rsidRPr="00B40033" w:rsidRDefault="00911973" w:rsidP="00E713B5">
            <w:pPr>
              <w:spacing w:after="80" w:line="259" w:lineRule="auto"/>
              <w:rPr>
                <w:lang w:val="sl-SI"/>
              </w:rPr>
            </w:pPr>
            <w:r w:rsidRPr="00B40033">
              <w:rPr>
                <w:sz w:val="20"/>
                <w:lang w:val="sl-SI"/>
              </w:rPr>
              <w:t>Grožnja, neznano</w:t>
            </w:r>
          </w:p>
        </w:tc>
        <w:tc>
          <w:tcPr>
            <w:tcW w:w="310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9EF6279" w14:textId="33C44066" w:rsidR="00F94C82" w:rsidRPr="00B40033" w:rsidRDefault="00911973" w:rsidP="00E713B5">
            <w:pPr>
              <w:spacing w:after="80" w:line="259" w:lineRule="auto"/>
              <w:rPr>
                <w:lang w:val="sl-SI"/>
              </w:rPr>
            </w:pPr>
            <w:r w:rsidRPr="00B40033">
              <w:rPr>
                <w:sz w:val="20"/>
                <w:lang w:val="sl-SI"/>
              </w:rPr>
              <w:t xml:space="preserve">Zaščita: umik, </w:t>
            </w:r>
            <w:r w:rsidR="00182F98">
              <w:rPr>
                <w:sz w:val="20"/>
                <w:lang w:val="sl-SI"/>
              </w:rPr>
              <w:t>negibnost</w:t>
            </w:r>
            <w:r w:rsidRPr="00B40033">
              <w:rPr>
                <w:sz w:val="20"/>
                <w:lang w:val="sl-SI"/>
              </w:rPr>
              <w:t>, priprava</w:t>
            </w:r>
          </w:p>
        </w:tc>
        <w:tc>
          <w:tcPr>
            <w:tcW w:w="27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FA1B9AF" w14:textId="76F12F76" w:rsidR="00F94C82" w:rsidRPr="00B40033" w:rsidRDefault="00911973" w:rsidP="00E713B5">
            <w:pPr>
              <w:spacing w:after="80" w:line="259" w:lineRule="auto"/>
              <w:rPr>
                <w:lang w:val="sl-SI"/>
              </w:rPr>
            </w:pPr>
            <w:r w:rsidRPr="00B40033">
              <w:rPr>
                <w:sz w:val="20"/>
                <w:lang w:val="sl-SI"/>
              </w:rPr>
              <w:t>Izogibamo se vsemu, kar je novo</w:t>
            </w:r>
            <w:r w:rsidR="006C21B3" w:rsidRPr="00B40033">
              <w:rPr>
                <w:sz w:val="20"/>
                <w:lang w:val="sl-SI"/>
              </w:rPr>
              <w:t>.</w:t>
            </w:r>
          </w:p>
        </w:tc>
      </w:tr>
      <w:tr w:rsidR="00F94C82" w:rsidRPr="00B75BEE" w14:paraId="228D5056"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C44A77D" w14:textId="77777777" w:rsidR="00F94C82" w:rsidRPr="00B40033" w:rsidRDefault="00911973" w:rsidP="00E713B5">
            <w:pPr>
              <w:spacing w:after="80" w:line="259" w:lineRule="auto"/>
              <w:rPr>
                <w:lang w:val="sl-SI"/>
              </w:rPr>
            </w:pPr>
            <w:r w:rsidRPr="00B40033">
              <w:rPr>
                <w:sz w:val="20"/>
                <w:lang w:val="sl-SI"/>
              </w:rPr>
              <w:t>Jeza</w:t>
            </w:r>
          </w:p>
        </w:tc>
        <w:tc>
          <w:tcPr>
            <w:tcW w:w="198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0DA4D5C" w14:textId="77777777" w:rsidR="00F94C82" w:rsidRPr="00B40033" w:rsidRDefault="00911973" w:rsidP="00E713B5">
            <w:pPr>
              <w:spacing w:after="80" w:line="259" w:lineRule="auto"/>
              <w:rPr>
                <w:lang w:val="sl-SI"/>
              </w:rPr>
            </w:pPr>
            <w:r w:rsidRPr="00B40033">
              <w:rPr>
                <w:sz w:val="20"/>
                <w:lang w:val="sl-SI"/>
              </w:rPr>
              <w:t>Kršitev meje, nepravičnost</w:t>
            </w:r>
          </w:p>
        </w:tc>
        <w:tc>
          <w:tcPr>
            <w:tcW w:w="310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1D6B24A" w14:textId="77777777" w:rsidR="00F94C82" w:rsidRPr="00B40033" w:rsidRDefault="00911973" w:rsidP="00E713B5">
            <w:pPr>
              <w:spacing w:after="80" w:line="259" w:lineRule="auto"/>
              <w:rPr>
                <w:lang w:val="sl-SI"/>
              </w:rPr>
            </w:pPr>
            <w:r w:rsidRPr="00B40033">
              <w:rPr>
                <w:sz w:val="20"/>
                <w:lang w:val="sl-SI"/>
              </w:rPr>
              <w:t>Obnova meje: zaščita vrednot</w:t>
            </w:r>
          </w:p>
        </w:tc>
        <w:tc>
          <w:tcPr>
            <w:tcW w:w="27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482A1FE" w14:textId="0AE759C2" w:rsidR="00F94C82" w:rsidRPr="00B40033" w:rsidRDefault="00911973" w:rsidP="00E713B5">
            <w:pPr>
              <w:spacing w:after="80" w:line="259" w:lineRule="auto"/>
              <w:rPr>
                <w:lang w:val="sl-SI"/>
              </w:rPr>
            </w:pPr>
            <w:r w:rsidRPr="00B40033">
              <w:rPr>
                <w:sz w:val="20"/>
                <w:lang w:val="sl-SI"/>
              </w:rPr>
              <w:t>Napad, uničenje odnosov ali potlačitev</w:t>
            </w:r>
            <w:r w:rsidR="006C21B3" w:rsidRPr="00B40033">
              <w:rPr>
                <w:sz w:val="20"/>
                <w:lang w:val="sl-SI"/>
              </w:rPr>
              <w:t>.</w:t>
            </w:r>
          </w:p>
        </w:tc>
      </w:tr>
      <w:tr w:rsidR="00F94C82" w:rsidRPr="00B75BEE" w14:paraId="2B44434C"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24FBC86" w14:textId="77777777" w:rsidR="00F94C82" w:rsidRPr="00B40033" w:rsidRDefault="00911973" w:rsidP="00E713B5">
            <w:pPr>
              <w:spacing w:after="80" w:line="259" w:lineRule="auto"/>
              <w:rPr>
                <w:lang w:val="sl-SI"/>
              </w:rPr>
            </w:pPr>
            <w:r w:rsidRPr="00B40033">
              <w:rPr>
                <w:sz w:val="20"/>
                <w:lang w:val="sl-SI"/>
              </w:rPr>
              <w:t>Žalost</w:t>
            </w:r>
          </w:p>
        </w:tc>
        <w:tc>
          <w:tcPr>
            <w:tcW w:w="198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8002CE1" w14:textId="77777777" w:rsidR="00F94C82" w:rsidRPr="00B40033" w:rsidRDefault="00911973" w:rsidP="00E713B5">
            <w:pPr>
              <w:spacing w:after="80" w:line="259" w:lineRule="auto"/>
              <w:rPr>
                <w:lang w:val="sl-SI"/>
              </w:rPr>
            </w:pPr>
            <w:r w:rsidRPr="00B40033">
              <w:rPr>
                <w:sz w:val="20"/>
                <w:lang w:val="sl-SI"/>
              </w:rPr>
              <w:t>Izguba (osebe, stvari, upanja)</w:t>
            </w:r>
          </w:p>
        </w:tc>
        <w:tc>
          <w:tcPr>
            <w:tcW w:w="310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9C6A986" w14:textId="77777777" w:rsidR="00F94C82" w:rsidRPr="00B40033" w:rsidRDefault="00911973" w:rsidP="00E713B5">
            <w:pPr>
              <w:spacing w:after="80" w:line="259" w:lineRule="auto"/>
              <w:rPr>
                <w:lang w:val="sl-SI"/>
              </w:rPr>
            </w:pPr>
            <w:r w:rsidRPr="00B40033">
              <w:rPr>
                <w:sz w:val="20"/>
                <w:lang w:val="sl-SI"/>
              </w:rPr>
              <w:t>Prilagoditev: umik za predelavo, iskanje tolažbe, povezovanje</w:t>
            </w:r>
          </w:p>
        </w:tc>
        <w:tc>
          <w:tcPr>
            <w:tcW w:w="27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5626834" w14:textId="7E55D955" w:rsidR="00F94C82" w:rsidRPr="00B40033" w:rsidRDefault="0083020B" w:rsidP="00E713B5">
            <w:pPr>
              <w:spacing w:after="80" w:line="259" w:lineRule="auto"/>
              <w:rPr>
                <w:lang w:val="sl-SI"/>
              </w:rPr>
            </w:pPr>
            <w:r w:rsidRPr="00B40033">
              <w:rPr>
                <w:sz w:val="20"/>
                <w:lang w:val="sl-SI"/>
              </w:rPr>
              <w:t xml:space="preserve">Zatečemo </w:t>
            </w:r>
            <w:r w:rsidR="00911973" w:rsidRPr="00B40033">
              <w:rPr>
                <w:sz w:val="20"/>
                <w:lang w:val="sl-SI"/>
              </w:rPr>
              <w:t xml:space="preserve">se </w:t>
            </w:r>
            <w:r w:rsidR="008725AD" w:rsidRPr="00B40033">
              <w:rPr>
                <w:sz w:val="20"/>
                <w:lang w:val="sl-SI"/>
              </w:rPr>
              <w:t>k delu</w:t>
            </w:r>
            <w:r w:rsidR="00911973" w:rsidRPr="00B40033">
              <w:rPr>
                <w:sz w:val="20"/>
                <w:lang w:val="sl-SI"/>
              </w:rPr>
              <w:t>, alkohol</w:t>
            </w:r>
            <w:r w:rsidR="008725AD" w:rsidRPr="00B40033">
              <w:rPr>
                <w:sz w:val="20"/>
                <w:lang w:val="sl-SI"/>
              </w:rPr>
              <w:t>u</w:t>
            </w:r>
            <w:r w:rsidR="00911973" w:rsidRPr="00B40033">
              <w:rPr>
                <w:sz w:val="20"/>
                <w:lang w:val="sl-SI"/>
              </w:rPr>
              <w:t>, »spopadam</w:t>
            </w:r>
            <w:r w:rsidR="008725AD" w:rsidRPr="00B40033">
              <w:rPr>
                <w:sz w:val="20"/>
                <w:lang w:val="sl-SI"/>
              </w:rPr>
              <w:t>o</w:t>
            </w:r>
            <w:r w:rsidR="00911973" w:rsidRPr="00B40033">
              <w:rPr>
                <w:sz w:val="20"/>
                <w:lang w:val="sl-SI"/>
              </w:rPr>
              <w:t xml:space="preserve"> se«</w:t>
            </w:r>
            <w:r w:rsidR="006C21B3" w:rsidRPr="00B40033">
              <w:rPr>
                <w:sz w:val="20"/>
                <w:lang w:val="sl-SI"/>
              </w:rPr>
              <w:t>.</w:t>
            </w:r>
          </w:p>
        </w:tc>
      </w:tr>
      <w:tr w:rsidR="00F94C82" w:rsidRPr="00B40033" w14:paraId="28C16ADE"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4D67B1F" w14:textId="77777777" w:rsidR="00F94C82" w:rsidRPr="00B40033" w:rsidRDefault="00911973" w:rsidP="00E713B5">
            <w:pPr>
              <w:spacing w:after="80" w:line="259" w:lineRule="auto"/>
              <w:rPr>
                <w:lang w:val="sl-SI"/>
              </w:rPr>
            </w:pPr>
            <w:r w:rsidRPr="00B40033">
              <w:rPr>
                <w:sz w:val="20"/>
                <w:lang w:val="sl-SI"/>
              </w:rPr>
              <w:t>Sram</w:t>
            </w:r>
          </w:p>
        </w:tc>
        <w:tc>
          <w:tcPr>
            <w:tcW w:w="198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33E3D29" w14:textId="77777777" w:rsidR="00F94C82" w:rsidRPr="00B40033" w:rsidRDefault="00911973" w:rsidP="00E713B5">
            <w:pPr>
              <w:spacing w:after="80" w:line="259" w:lineRule="auto"/>
              <w:rPr>
                <w:lang w:val="sl-SI"/>
              </w:rPr>
            </w:pPr>
            <w:r w:rsidRPr="00B40033">
              <w:rPr>
                <w:sz w:val="20"/>
                <w:lang w:val="sl-SI"/>
              </w:rPr>
              <w:t>Javni neuspeh, izpostavljenost</w:t>
            </w:r>
          </w:p>
        </w:tc>
        <w:tc>
          <w:tcPr>
            <w:tcW w:w="310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5BD331F" w14:textId="77777777" w:rsidR="00F94C82" w:rsidRPr="00B40033" w:rsidRDefault="00911973" w:rsidP="00E713B5">
            <w:pPr>
              <w:spacing w:after="80" w:line="259" w:lineRule="auto"/>
              <w:rPr>
                <w:lang w:val="sl-SI"/>
              </w:rPr>
            </w:pPr>
            <w:r w:rsidRPr="00B40033">
              <w:rPr>
                <w:sz w:val="20"/>
                <w:lang w:val="sl-SI"/>
              </w:rPr>
              <w:t>Zaščita pripadnosti: skrivanje, popravljanje vedenja</w:t>
            </w:r>
          </w:p>
        </w:tc>
        <w:tc>
          <w:tcPr>
            <w:tcW w:w="27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65F1550" w14:textId="77BD98EC" w:rsidR="00F94C82" w:rsidRPr="00B40033" w:rsidRDefault="00911973" w:rsidP="00E713B5">
            <w:pPr>
              <w:spacing w:after="80" w:line="259" w:lineRule="auto"/>
              <w:rPr>
                <w:lang w:val="sl-SI"/>
              </w:rPr>
            </w:pPr>
            <w:r w:rsidRPr="00B40033">
              <w:rPr>
                <w:sz w:val="20"/>
                <w:lang w:val="sl-SI"/>
              </w:rPr>
              <w:t>Popolno umikanje iz odnosov</w:t>
            </w:r>
            <w:r w:rsidR="006C21B3" w:rsidRPr="00B40033">
              <w:rPr>
                <w:sz w:val="20"/>
                <w:lang w:val="sl-SI"/>
              </w:rPr>
              <w:t>.</w:t>
            </w:r>
          </w:p>
        </w:tc>
      </w:tr>
      <w:tr w:rsidR="00F94C82" w:rsidRPr="00B40033" w14:paraId="1D062024"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F2D8118" w14:textId="77777777" w:rsidR="00F94C82" w:rsidRPr="00B40033" w:rsidRDefault="00911973" w:rsidP="00E713B5">
            <w:pPr>
              <w:spacing w:after="80" w:line="259" w:lineRule="auto"/>
              <w:rPr>
                <w:lang w:val="sl-SI"/>
              </w:rPr>
            </w:pPr>
            <w:r w:rsidRPr="00B40033">
              <w:rPr>
                <w:sz w:val="20"/>
                <w:lang w:val="sl-SI"/>
              </w:rPr>
              <w:t>Krivda</w:t>
            </w:r>
          </w:p>
        </w:tc>
        <w:tc>
          <w:tcPr>
            <w:tcW w:w="198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FBE4345" w14:textId="77777777" w:rsidR="00F94C82" w:rsidRPr="00B40033" w:rsidRDefault="00911973" w:rsidP="00E713B5">
            <w:pPr>
              <w:spacing w:after="80" w:line="259" w:lineRule="auto"/>
              <w:rPr>
                <w:lang w:val="sl-SI"/>
              </w:rPr>
            </w:pPr>
            <w:r w:rsidRPr="00B40033">
              <w:rPr>
                <w:sz w:val="20"/>
                <w:lang w:val="sl-SI"/>
              </w:rPr>
              <w:t>Škoda, ki smo jo povzročili</w:t>
            </w:r>
          </w:p>
        </w:tc>
        <w:tc>
          <w:tcPr>
            <w:tcW w:w="310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12787D5" w14:textId="77777777" w:rsidR="00F94C82" w:rsidRPr="00B40033" w:rsidRDefault="00911973" w:rsidP="00E713B5">
            <w:pPr>
              <w:spacing w:after="80" w:line="259" w:lineRule="auto"/>
              <w:rPr>
                <w:lang w:val="sl-SI"/>
              </w:rPr>
            </w:pPr>
            <w:r w:rsidRPr="00B40033">
              <w:rPr>
                <w:sz w:val="20"/>
                <w:lang w:val="sl-SI"/>
              </w:rPr>
              <w:t>Popravek: opravičilo, povračilo</w:t>
            </w:r>
          </w:p>
        </w:tc>
        <w:tc>
          <w:tcPr>
            <w:tcW w:w="27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492C115" w14:textId="42AEC685" w:rsidR="00F94C82" w:rsidRPr="00B40033" w:rsidRDefault="00911973" w:rsidP="00E713B5">
            <w:pPr>
              <w:spacing w:after="80" w:line="259" w:lineRule="auto"/>
              <w:rPr>
                <w:lang w:val="sl-SI"/>
              </w:rPr>
            </w:pPr>
            <w:proofErr w:type="spellStart"/>
            <w:r w:rsidRPr="00B40033">
              <w:rPr>
                <w:sz w:val="20"/>
                <w:lang w:val="sl-SI"/>
              </w:rPr>
              <w:t>Samokaznovanje</w:t>
            </w:r>
            <w:proofErr w:type="spellEnd"/>
            <w:r w:rsidRPr="00B40033">
              <w:rPr>
                <w:sz w:val="20"/>
                <w:lang w:val="sl-SI"/>
              </w:rPr>
              <w:t>, ki ne popravi ničesar</w:t>
            </w:r>
            <w:r w:rsidR="006C21B3" w:rsidRPr="00B40033">
              <w:rPr>
                <w:sz w:val="20"/>
                <w:lang w:val="sl-SI"/>
              </w:rPr>
              <w:t>.</w:t>
            </w:r>
          </w:p>
        </w:tc>
      </w:tr>
      <w:tr w:rsidR="00F94C82" w:rsidRPr="00B40033" w14:paraId="660F3E83"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F0BD2EF" w14:textId="77777777" w:rsidR="00F94C82" w:rsidRPr="00B40033" w:rsidRDefault="00911973" w:rsidP="00E713B5">
            <w:pPr>
              <w:spacing w:after="80" w:line="259" w:lineRule="auto"/>
              <w:rPr>
                <w:lang w:val="sl-SI"/>
              </w:rPr>
            </w:pPr>
            <w:r w:rsidRPr="00B40033">
              <w:rPr>
                <w:sz w:val="20"/>
                <w:lang w:val="sl-SI"/>
              </w:rPr>
              <w:t>Veselje</w:t>
            </w:r>
          </w:p>
        </w:tc>
        <w:tc>
          <w:tcPr>
            <w:tcW w:w="198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3A7C3BC" w14:textId="77777777" w:rsidR="00F94C82" w:rsidRPr="00B40033" w:rsidRDefault="00911973" w:rsidP="00E713B5">
            <w:pPr>
              <w:spacing w:after="80" w:line="259" w:lineRule="auto"/>
              <w:rPr>
                <w:lang w:val="sl-SI"/>
              </w:rPr>
            </w:pPr>
            <w:r w:rsidRPr="00B40033">
              <w:rPr>
                <w:sz w:val="20"/>
                <w:lang w:val="sl-SI"/>
              </w:rPr>
              <w:t>Dosežek, povezanost, lepota</w:t>
            </w:r>
          </w:p>
        </w:tc>
        <w:tc>
          <w:tcPr>
            <w:tcW w:w="310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60CE3E1" w14:textId="77777777" w:rsidR="00F94C82" w:rsidRPr="00B40033" w:rsidRDefault="00911973" w:rsidP="00E713B5">
            <w:pPr>
              <w:spacing w:after="80" w:line="259" w:lineRule="auto"/>
              <w:rPr>
                <w:lang w:val="sl-SI"/>
              </w:rPr>
            </w:pPr>
            <w:r w:rsidRPr="00B40033">
              <w:rPr>
                <w:sz w:val="20"/>
                <w:lang w:val="sl-SI"/>
              </w:rPr>
              <w:t>Povezovanje, gradnja, deljenje</w:t>
            </w:r>
          </w:p>
        </w:tc>
        <w:tc>
          <w:tcPr>
            <w:tcW w:w="27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78F0DC0" w14:textId="532384B8" w:rsidR="00F94C82" w:rsidRPr="00B40033" w:rsidRDefault="00911973" w:rsidP="00E713B5">
            <w:pPr>
              <w:spacing w:after="80" w:line="259" w:lineRule="auto"/>
              <w:rPr>
                <w:lang w:val="sl-SI"/>
              </w:rPr>
            </w:pPr>
            <w:r w:rsidRPr="00B40033">
              <w:rPr>
                <w:sz w:val="20"/>
                <w:lang w:val="sl-SI"/>
              </w:rPr>
              <w:t>Pohitimo naprej, ne dovolimo si ga</w:t>
            </w:r>
            <w:r w:rsidR="006C21B3" w:rsidRPr="00B40033">
              <w:rPr>
                <w:sz w:val="20"/>
                <w:lang w:val="sl-SI"/>
              </w:rPr>
              <w:t>.</w:t>
            </w:r>
          </w:p>
        </w:tc>
      </w:tr>
      <w:tr w:rsidR="00F94C82" w:rsidRPr="00B75BEE" w14:paraId="2F883332"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1DE1788" w14:textId="77777777" w:rsidR="00F94C82" w:rsidRPr="00B40033" w:rsidRDefault="00911973" w:rsidP="00E713B5">
            <w:pPr>
              <w:spacing w:after="80" w:line="259" w:lineRule="auto"/>
              <w:rPr>
                <w:lang w:val="sl-SI"/>
              </w:rPr>
            </w:pPr>
            <w:r w:rsidRPr="00B40033">
              <w:rPr>
                <w:sz w:val="20"/>
                <w:lang w:val="sl-SI"/>
              </w:rPr>
              <w:t>Hvaležnost</w:t>
            </w:r>
          </w:p>
        </w:tc>
        <w:tc>
          <w:tcPr>
            <w:tcW w:w="198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039A47B" w14:textId="77777777" w:rsidR="00F94C82" w:rsidRPr="00B40033" w:rsidRDefault="00911973" w:rsidP="00E713B5">
            <w:pPr>
              <w:spacing w:after="80" w:line="259" w:lineRule="auto"/>
              <w:rPr>
                <w:lang w:val="sl-SI"/>
              </w:rPr>
            </w:pPr>
            <w:r w:rsidRPr="00B40033">
              <w:rPr>
                <w:sz w:val="20"/>
                <w:lang w:val="sl-SI"/>
              </w:rPr>
              <w:t>Prejeto dobro</w:t>
            </w:r>
          </w:p>
        </w:tc>
        <w:tc>
          <w:tcPr>
            <w:tcW w:w="310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E67E80F" w14:textId="77777777" w:rsidR="00F94C82" w:rsidRPr="00B40033" w:rsidRDefault="00911973" w:rsidP="00E713B5">
            <w:pPr>
              <w:spacing w:after="80" w:line="259" w:lineRule="auto"/>
              <w:rPr>
                <w:lang w:val="sl-SI"/>
              </w:rPr>
            </w:pPr>
            <w:r w:rsidRPr="00B40033">
              <w:rPr>
                <w:sz w:val="20"/>
                <w:lang w:val="sl-SI"/>
              </w:rPr>
              <w:t>Krepitev vezi, vračanje</w:t>
            </w:r>
          </w:p>
        </w:tc>
        <w:tc>
          <w:tcPr>
            <w:tcW w:w="27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33E7E83" w14:textId="3E7F8BCA" w:rsidR="00F94C82" w:rsidRPr="00B40033" w:rsidRDefault="00911973" w:rsidP="00E713B5">
            <w:pPr>
              <w:spacing w:after="80" w:line="259" w:lineRule="auto"/>
              <w:rPr>
                <w:lang w:val="sl-SI"/>
              </w:rPr>
            </w:pPr>
            <w:r w:rsidRPr="00B40033">
              <w:rPr>
                <w:sz w:val="20"/>
                <w:lang w:val="sl-SI"/>
              </w:rPr>
              <w:t>Zadržimo</w:t>
            </w:r>
            <w:r w:rsidR="008725AD" w:rsidRPr="00B40033">
              <w:rPr>
                <w:sz w:val="20"/>
                <w:lang w:val="sl-SI"/>
              </w:rPr>
              <w:t xml:space="preserve"> jo</w:t>
            </w:r>
            <w:r w:rsidRPr="00B40033">
              <w:rPr>
                <w:sz w:val="20"/>
                <w:lang w:val="sl-SI"/>
              </w:rPr>
              <w:t xml:space="preserve"> </w:t>
            </w:r>
            <w:r w:rsidR="007853A4">
              <w:rPr>
                <w:sz w:val="20"/>
                <w:lang w:val="sl-SI"/>
              </w:rPr>
              <w:t>zase</w:t>
            </w:r>
            <w:r w:rsidRPr="00B40033">
              <w:rPr>
                <w:sz w:val="20"/>
                <w:lang w:val="sl-SI"/>
              </w:rPr>
              <w:t xml:space="preserve">, </w:t>
            </w:r>
            <w:r w:rsidR="008725AD" w:rsidRPr="00B40033">
              <w:rPr>
                <w:sz w:val="20"/>
                <w:lang w:val="sl-SI"/>
              </w:rPr>
              <w:t xml:space="preserve">je </w:t>
            </w:r>
            <w:r w:rsidRPr="00B40033">
              <w:rPr>
                <w:sz w:val="20"/>
                <w:lang w:val="sl-SI"/>
              </w:rPr>
              <w:t>ne izrazimo</w:t>
            </w:r>
            <w:r w:rsidR="00067D89" w:rsidRPr="00B40033">
              <w:rPr>
                <w:sz w:val="20"/>
                <w:lang w:val="sl-SI"/>
              </w:rPr>
              <w:t>.</w:t>
            </w:r>
          </w:p>
        </w:tc>
      </w:tr>
      <w:tr w:rsidR="00F94C82" w:rsidRPr="00B40033" w14:paraId="196BA79F" w14:textId="77777777">
        <w:trPr>
          <w:cantSplit/>
          <w:jc w:val="center"/>
        </w:trPr>
        <w:tc>
          <w:tcPr>
            <w:tcW w:w="153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720C335" w14:textId="77777777" w:rsidR="00F94C82" w:rsidRPr="00B40033" w:rsidRDefault="00911973" w:rsidP="00E713B5">
            <w:pPr>
              <w:spacing w:after="80" w:line="259" w:lineRule="auto"/>
              <w:rPr>
                <w:lang w:val="sl-SI"/>
              </w:rPr>
            </w:pPr>
            <w:r w:rsidRPr="00B40033">
              <w:rPr>
                <w:sz w:val="20"/>
                <w:lang w:val="sl-SI"/>
              </w:rPr>
              <w:t>Občudovanje</w:t>
            </w:r>
          </w:p>
        </w:tc>
        <w:tc>
          <w:tcPr>
            <w:tcW w:w="198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EED8B03" w14:textId="77777777" w:rsidR="00F94C82" w:rsidRPr="00B40033" w:rsidRDefault="00911973" w:rsidP="00E713B5">
            <w:pPr>
              <w:spacing w:after="80" w:line="259" w:lineRule="auto"/>
              <w:rPr>
                <w:lang w:val="sl-SI"/>
              </w:rPr>
            </w:pPr>
            <w:r w:rsidRPr="00B40033">
              <w:rPr>
                <w:sz w:val="20"/>
                <w:lang w:val="sl-SI"/>
              </w:rPr>
              <w:t>Nekaj večjega</w:t>
            </w:r>
          </w:p>
        </w:tc>
        <w:tc>
          <w:tcPr>
            <w:tcW w:w="310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9FAEC39" w14:textId="77777777" w:rsidR="00F94C82" w:rsidRPr="00B40033" w:rsidRDefault="00911973" w:rsidP="00E713B5">
            <w:pPr>
              <w:spacing w:after="80" w:line="259" w:lineRule="auto"/>
              <w:rPr>
                <w:lang w:val="sl-SI"/>
              </w:rPr>
            </w:pPr>
            <w:r w:rsidRPr="00B40033">
              <w:rPr>
                <w:sz w:val="20"/>
                <w:lang w:val="sl-SI"/>
              </w:rPr>
              <w:t>Širjenje perspektive, povezanost (glej poglavje 6)</w:t>
            </w:r>
          </w:p>
        </w:tc>
        <w:tc>
          <w:tcPr>
            <w:tcW w:w="27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A452366" w14:textId="3BC095F4" w:rsidR="00F94C82" w:rsidRPr="00B40033" w:rsidRDefault="00911973" w:rsidP="00E713B5">
            <w:pPr>
              <w:spacing w:after="80" w:line="259" w:lineRule="auto"/>
              <w:rPr>
                <w:lang w:val="sl-SI"/>
              </w:rPr>
            </w:pPr>
            <w:r w:rsidRPr="00B40033">
              <w:rPr>
                <w:sz w:val="20"/>
                <w:lang w:val="sl-SI"/>
              </w:rPr>
              <w:t>Fotoaparat namesto izkušnje</w:t>
            </w:r>
            <w:r w:rsidR="00067D89" w:rsidRPr="00B40033">
              <w:rPr>
                <w:sz w:val="20"/>
                <w:lang w:val="sl-SI"/>
              </w:rPr>
              <w:t>.</w:t>
            </w:r>
          </w:p>
        </w:tc>
      </w:tr>
    </w:tbl>
    <w:p w14:paraId="520A2EA4" w14:textId="77777777" w:rsidR="00F94C82" w:rsidRPr="00B40033" w:rsidRDefault="00F94C82">
      <w:pPr>
        <w:spacing w:after="40"/>
        <w:rPr>
          <w:lang w:val="sl-SI"/>
        </w:rPr>
      </w:pPr>
    </w:p>
    <w:p w14:paraId="6BAC260A" w14:textId="2BB56F73" w:rsidR="00F94C82" w:rsidRPr="00B40033" w:rsidRDefault="00911973" w:rsidP="00E713B5">
      <w:pPr>
        <w:jc w:val="both"/>
        <w:rPr>
          <w:lang w:val="sl-SI"/>
        </w:rPr>
      </w:pPr>
      <w:r w:rsidRPr="00B40033">
        <w:rPr>
          <w:b/>
          <w:lang w:val="sl-SI"/>
        </w:rPr>
        <w:t>Zakaj je treba čustva razlikovati (»granularnost«)?</w:t>
      </w:r>
      <w:r w:rsidRPr="00B40033">
        <w:rPr>
          <w:lang w:val="sl-SI"/>
        </w:rPr>
        <w:t xml:space="preserve"> Pregled raziskav čustvene natančnosti kaže, da ljudje, ki svoja čustva imenujejo natančno in specifično (ne le »slabo« ali »stresno«), ob hudi stiski pogosteje izberejo manj škodljive strategije spoprijemanja in poročajo o manj hudo izraženih epizodah </w:t>
      </w:r>
      <w:proofErr w:type="spellStart"/>
      <w:r w:rsidRPr="00B40033">
        <w:rPr>
          <w:lang w:val="sl-SI"/>
        </w:rPr>
        <w:t>anksioznosti</w:t>
      </w:r>
      <w:proofErr w:type="spellEnd"/>
      <w:r w:rsidRPr="00B40033">
        <w:rPr>
          <w:lang w:val="sl-SI"/>
        </w:rPr>
        <w:t xml:space="preserve"> in depresije</w:t>
      </w:r>
      <w:r w:rsidR="00F52C30">
        <w:rPr>
          <w:lang w:val="sl-SI"/>
        </w:rPr>
        <w:t xml:space="preserve">. </w:t>
      </w:r>
      <w:hyperlink r:id="rId19">
        <w:r w:rsidR="00F94C82" w:rsidRPr="00B40033">
          <w:rPr>
            <w:color w:val="01696F"/>
            <w:u w:val="single"/>
            <w:lang w:val="sl-SI"/>
          </w:rPr>
          <w:t>(</w:t>
        </w:r>
        <w:proofErr w:type="spellStart"/>
        <w:r w:rsidR="00F94C82" w:rsidRPr="00B40033">
          <w:rPr>
            <w:color w:val="01696F"/>
            <w:u w:val="single"/>
            <w:lang w:val="sl-SI"/>
          </w:rPr>
          <w:t>Kashdan</w:t>
        </w:r>
        <w:proofErr w:type="spellEnd"/>
        <w:r w:rsidR="00F94C82" w:rsidRPr="00B40033">
          <w:rPr>
            <w:color w:val="01696F"/>
            <w:u w:val="single"/>
            <w:lang w:val="sl-SI"/>
          </w:rPr>
          <w:t xml:space="preserve"> idr., 2015)</w:t>
        </w:r>
      </w:hyperlink>
      <w:r w:rsidRPr="00B40033">
        <w:rPr>
          <w:lang w:val="sl-SI"/>
        </w:rPr>
        <w:t xml:space="preserve">. </w:t>
      </w:r>
      <w:proofErr w:type="spellStart"/>
      <w:r w:rsidRPr="00B40033">
        <w:rPr>
          <w:lang w:val="sl-SI"/>
        </w:rPr>
        <w:t>Nevroznanstvene</w:t>
      </w:r>
      <w:proofErr w:type="spellEnd"/>
      <w:r w:rsidRPr="00B40033">
        <w:rPr>
          <w:lang w:val="sl-SI"/>
        </w:rPr>
        <w:t xml:space="preserve"> raziskave »</w:t>
      </w:r>
      <w:proofErr w:type="spellStart"/>
      <w:r w:rsidRPr="00B40033">
        <w:rPr>
          <w:lang w:val="sl-SI"/>
        </w:rPr>
        <w:t>affect</w:t>
      </w:r>
      <w:proofErr w:type="spellEnd"/>
      <w:r w:rsidRPr="00B40033">
        <w:rPr>
          <w:lang w:val="sl-SI"/>
        </w:rPr>
        <w:t xml:space="preserve"> </w:t>
      </w:r>
      <w:proofErr w:type="spellStart"/>
      <w:r w:rsidRPr="00B40033">
        <w:rPr>
          <w:lang w:val="sl-SI"/>
        </w:rPr>
        <w:t>labeling</w:t>
      </w:r>
      <w:proofErr w:type="spellEnd"/>
      <w:r w:rsidRPr="00B40033">
        <w:rPr>
          <w:lang w:val="sl-SI"/>
        </w:rPr>
        <w:t xml:space="preserve">« pa so pri sodelujočih v poskusih pokazale, da lahko poimenovanje čustvenega vzorca zmanjša aktivnost </w:t>
      </w:r>
      <w:proofErr w:type="spellStart"/>
      <w:r w:rsidRPr="00B40033">
        <w:rPr>
          <w:lang w:val="sl-SI"/>
        </w:rPr>
        <w:t>amigdale</w:t>
      </w:r>
      <w:proofErr w:type="spellEnd"/>
      <w:r w:rsidR="00F52C30">
        <w:rPr>
          <w:lang w:val="sl-SI"/>
        </w:rPr>
        <w:t xml:space="preserve">, </w:t>
      </w:r>
      <w:r w:rsidRPr="00B40033">
        <w:rPr>
          <w:lang w:val="sl-SI"/>
        </w:rPr>
        <w:t xml:space="preserve">čustvenega »alarmnega centra« možganov </w:t>
      </w:r>
      <w:hyperlink r:id="rId20">
        <w:r w:rsidR="00F94C82" w:rsidRPr="00B40033">
          <w:rPr>
            <w:color w:val="01696F"/>
            <w:u w:val="single"/>
            <w:lang w:val="sl-SI"/>
          </w:rPr>
          <w:t>(Lieberman idr., 2007)</w:t>
        </w:r>
      </w:hyperlink>
      <w:r w:rsidRPr="00B40033">
        <w:rPr>
          <w:lang w:val="sl-SI"/>
        </w:rPr>
        <w:t>. Poimenovanje je torej ena od oblik</w:t>
      </w:r>
      <w:r w:rsidR="00F52C30">
        <w:rPr>
          <w:lang w:val="sl-SI"/>
        </w:rPr>
        <w:t>.</w:t>
      </w:r>
    </w:p>
    <w:p w14:paraId="463C2D04" w14:textId="77777777" w:rsidR="00F94C82" w:rsidRPr="00B40033" w:rsidRDefault="00911973">
      <w:pPr>
        <w:pStyle w:val="Naslov2"/>
        <w:rPr>
          <w:lang w:val="sl-SI"/>
        </w:rPr>
      </w:pPr>
      <w:r w:rsidRPr="00B40033">
        <w:rPr>
          <w:lang w:val="sl-SI"/>
        </w:rPr>
        <w:t>8.2 Primer</w:t>
      </w:r>
    </w:p>
    <w:p w14:paraId="0D97D523" w14:textId="29073855" w:rsidR="00F94C82" w:rsidRPr="00B40033" w:rsidRDefault="00911973" w:rsidP="00E713B5">
      <w:pPr>
        <w:jc w:val="both"/>
        <w:rPr>
          <w:lang w:val="sl-SI"/>
        </w:rPr>
      </w:pPr>
      <w:r w:rsidRPr="00B40033">
        <w:rPr>
          <w:lang w:val="sl-SI"/>
        </w:rPr>
        <w:t xml:space="preserve">»Slabo« je dežnik, pod katerim so lahko štirje povsem različni </w:t>
      </w:r>
      <w:r w:rsidRPr="00354936">
        <w:rPr>
          <w:lang w:val="sl-SI"/>
        </w:rPr>
        <w:t>gostje</w:t>
      </w:r>
      <w:r w:rsidRPr="00B40033">
        <w:rPr>
          <w:lang w:val="sl-SI"/>
        </w:rPr>
        <w:t>: jeza (»prevečkrat me izkoristijo«), žalost (»</w:t>
      </w:r>
      <w:r w:rsidR="00D44282">
        <w:rPr>
          <w:lang w:val="sl-SI"/>
        </w:rPr>
        <w:t>pogrešam očeta</w:t>
      </w:r>
      <w:r w:rsidRPr="00B40033">
        <w:rPr>
          <w:lang w:val="sl-SI"/>
        </w:rPr>
        <w:t>«), strah (»kaj če izgubim službo«)</w:t>
      </w:r>
      <w:r w:rsidR="001952BD">
        <w:rPr>
          <w:lang w:val="sl-SI"/>
        </w:rPr>
        <w:t xml:space="preserve"> in</w:t>
      </w:r>
      <w:r w:rsidRPr="00B40033">
        <w:rPr>
          <w:lang w:val="sl-SI"/>
        </w:rPr>
        <w:t xml:space="preserve"> sram (»včeraj sem </w:t>
      </w:r>
      <w:r w:rsidR="00D44282">
        <w:rPr>
          <w:lang w:val="sl-SI"/>
        </w:rPr>
        <w:t>iz</w:t>
      </w:r>
      <w:r w:rsidRPr="00B40033">
        <w:rPr>
          <w:lang w:val="sl-SI"/>
        </w:rPr>
        <w:t>rekel neumnost pred vsemi«). Natančnejše poimenovanje je lahko izhodišče za raziskovanje: kaj potrebujem, kaj kažejo dejstva in kateri odziv je varen ter skladen z mojimi vrednotami?</w:t>
      </w:r>
    </w:p>
    <w:p w14:paraId="14D85BA9" w14:textId="77777777" w:rsidR="00F94C82" w:rsidRPr="00B40033" w:rsidRDefault="00911973">
      <w:pPr>
        <w:pStyle w:val="Naslov2"/>
        <w:rPr>
          <w:lang w:val="sl-SI"/>
        </w:rPr>
      </w:pPr>
      <w:r w:rsidRPr="00B40033">
        <w:rPr>
          <w:lang w:val="sl-SI"/>
        </w:rPr>
        <w:lastRenderedPageBreak/>
        <w:t>8.3 Vaja: razširitev čustvenega slovarja (10 minut dnevno, teden dni)</w:t>
      </w:r>
    </w:p>
    <w:p w14:paraId="4B4121DC" w14:textId="49EC2A1D"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Vsak večer izpolni dnevni</w:t>
      </w:r>
      <w:r w:rsidR="0025073E">
        <w:rPr>
          <w:lang w:val="sl-SI"/>
        </w:rPr>
        <w:t>k</w:t>
      </w:r>
      <w:r w:rsidRPr="00B40033">
        <w:rPr>
          <w:lang w:val="sl-SI"/>
        </w:rPr>
        <w:t xml:space="preserve"> (glej 8.4) z </w:t>
      </w:r>
      <w:r w:rsidRPr="00B40033">
        <w:rPr>
          <w:b/>
          <w:lang w:val="sl-SI"/>
        </w:rPr>
        <w:t>vsaj tremi različnimi besedami</w:t>
      </w:r>
      <w:r w:rsidRPr="00B40033">
        <w:rPr>
          <w:lang w:val="sl-SI"/>
        </w:rPr>
        <w:t xml:space="preserve"> za </w:t>
      </w:r>
      <w:r w:rsidR="00166B74" w:rsidRPr="00B40033">
        <w:rPr>
          <w:lang w:val="sl-SI"/>
        </w:rPr>
        <w:t>izražanje</w:t>
      </w:r>
      <w:r w:rsidR="007A58EB" w:rsidRPr="00B40033">
        <w:rPr>
          <w:lang w:val="sl-SI"/>
        </w:rPr>
        <w:t xml:space="preserve"> </w:t>
      </w:r>
      <w:r w:rsidR="00166B74" w:rsidRPr="00B40033">
        <w:rPr>
          <w:lang w:val="sl-SI"/>
        </w:rPr>
        <w:t xml:space="preserve">počutja </w:t>
      </w:r>
      <w:r w:rsidRPr="00B40033">
        <w:rPr>
          <w:lang w:val="sl-SI"/>
        </w:rPr>
        <w:t>dneva.</w:t>
      </w:r>
    </w:p>
    <w:p w14:paraId="1CBCC8FE" w14:textId="03B9D39E"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t xml:space="preserve">Ne ustavi se pri </w:t>
      </w:r>
      <w:r w:rsidR="00376F13">
        <w:rPr>
          <w:lang w:val="sl-SI"/>
        </w:rPr>
        <w:t xml:space="preserve">izrazih </w:t>
      </w:r>
      <w:r w:rsidRPr="00B40033">
        <w:rPr>
          <w:lang w:val="sl-SI"/>
        </w:rPr>
        <w:t>»dober/slab«. Uporabljaj podrobne besede: utrujeno, razdražljivo, razočarano, ganjeno, nemirno, ponosno, negotovo, vzhičeno, obupano, pomirjeno, osamljeno, povezano, ljubosumno, hvaležno, zadovoljno, žalostno, prepričano, vznemirjeno …</w:t>
      </w:r>
    </w:p>
    <w:p w14:paraId="11778A79" w14:textId="5E03E6D9"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t xml:space="preserve">Če se ti zdi, da čutiš »samo slabo«, si zastavi odprta vprašanja: </w:t>
      </w:r>
      <w:r w:rsidRPr="004E1810">
        <w:rPr>
          <w:lang w:val="sl-SI"/>
        </w:rPr>
        <w:t>Ali sem kaj izgubil/a? Se počutim ogrožen/a? Je bila kršena moja meja? Sem komu ali čemu škodoval/a?</w:t>
      </w:r>
    </w:p>
    <w:p w14:paraId="32080166" w14:textId="77777777" w:rsidR="00F94C82" w:rsidRPr="00B40033" w:rsidRDefault="00911973">
      <w:pPr>
        <w:pStyle w:val="Naslov2"/>
        <w:rPr>
          <w:lang w:val="sl-SI"/>
        </w:rPr>
      </w:pPr>
      <w:r w:rsidRPr="00B40033">
        <w:rPr>
          <w:lang w:val="sl-SI"/>
        </w:rPr>
        <w:t>8.4 Delovni list: dnevnik čustev (osnovni format)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95"/>
        <w:gridCol w:w="1515"/>
        <w:gridCol w:w="1149"/>
        <w:gridCol w:w="1201"/>
        <w:gridCol w:w="1906"/>
        <w:gridCol w:w="1985"/>
        <w:gridCol w:w="1254"/>
      </w:tblGrid>
      <w:tr w:rsidR="00F94C82" w:rsidRPr="00B40033" w14:paraId="4D79F228" w14:textId="77777777">
        <w:trPr>
          <w:cantSplit/>
          <w:tblHeader/>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82A7DCB" w14:textId="77777777" w:rsidR="00F94C82" w:rsidRPr="00B40033" w:rsidRDefault="00911973" w:rsidP="00E713B5">
            <w:pPr>
              <w:spacing w:after="80" w:line="259" w:lineRule="auto"/>
              <w:jc w:val="center"/>
              <w:rPr>
                <w:lang w:val="sl-SI"/>
              </w:rPr>
            </w:pPr>
            <w:r w:rsidRPr="00B40033">
              <w:rPr>
                <w:b/>
                <w:sz w:val="20"/>
                <w:lang w:val="sl-SI"/>
              </w:rPr>
              <w:t>Dan</w:t>
            </w:r>
          </w:p>
        </w:tc>
        <w:tc>
          <w:tcPr>
            <w:tcW w:w="1469"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128C97D" w14:textId="77777777" w:rsidR="00F94C82" w:rsidRPr="00B40033" w:rsidRDefault="00911973" w:rsidP="00E713B5">
            <w:pPr>
              <w:spacing w:after="80" w:line="259" w:lineRule="auto"/>
              <w:jc w:val="center"/>
              <w:rPr>
                <w:lang w:val="sl-SI"/>
              </w:rPr>
            </w:pPr>
            <w:r w:rsidRPr="00B40033">
              <w:rPr>
                <w:b/>
                <w:sz w:val="20"/>
                <w:lang w:val="sl-SI"/>
              </w:rPr>
              <w:t>Kaj se je zgodilo (1 vrstica)</w:t>
            </w:r>
          </w:p>
        </w:tc>
        <w:tc>
          <w:tcPr>
            <w:tcW w:w="1114"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4C673E2" w14:textId="77777777" w:rsidR="00F94C82" w:rsidRPr="00B40033" w:rsidRDefault="00911973" w:rsidP="00E713B5">
            <w:pPr>
              <w:spacing w:after="80" w:line="259" w:lineRule="auto"/>
              <w:jc w:val="center"/>
              <w:rPr>
                <w:lang w:val="sl-SI"/>
              </w:rPr>
            </w:pPr>
            <w:r w:rsidRPr="00B40033">
              <w:rPr>
                <w:b/>
                <w:sz w:val="20"/>
                <w:lang w:val="sl-SI"/>
              </w:rPr>
              <w:t>Kaj sem čutil v telesu</w:t>
            </w:r>
          </w:p>
        </w:tc>
        <w:tc>
          <w:tcPr>
            <w:tcW w:w="116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C589D23" w14:textId="77777777" w:rsidR="00F94C82" w:rsidRPr="00B40033" w:rsidRDefault="00911973" w:rsidP="00E713B5">
            <w:pPr>
              <w:spacing w:after="80" w:line="259" w:lineRule="auto"/>
              <w:jc w:val="center"/>
              <w:rPr>
                <w:lang w:val="sl-SI"/>
              </w:rPr>
            </w:pPr>
            <w:r w:rsidRPr="00B40033">
              <w:rPr>
                <w:b/>
                <w:sz w:val="20"/>
                <w:lang w:val="sl-SI"/>
              </w:rPr>
              <w:t>Ime čustva (1–3 besede)</w:t>
            </w:r>
          </w:p>
        </w:tc>
        <w:tc>
          <w:tcPr>
            <w:tcW w:w="1848"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5E91211A" w14:textId="77777777" w:rsidR="00F94C82" w:rsidRPr="00B40033" w:rsidRDefault="00911973" w:rsidP="00E713B5">
            <w:pPr>
              <w:spacing w:after="80" w:line="259" w:lineRule="auto"/>
              <w:jc w:val="center"/>
              <w:rPr>
                <w:lang w:val="sl-SI"/>
              </w:rPr>
            </w:pPr>
            <w:r w:rsidRPr="00B40033">
              <w:rPr>
                <w:b/>
                <w:sz w:val="20"/>
                <w:lang w:val="sl-SI"/>
              </w:rPr>
              <w:t>Intenzivnost (1–10)</w:t>
            </w:r>
          </w:p>
        </w:tc>
        <w:tc>
          <w:tcPr>
            <w:tcW w:w="192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0AFD70A" w14:textId="105F35AD" w:rsidR="00F94C82" w:rsidRPr="00B40033" w:rsidRDefault="00911973" w:rsidP="00E713B5">
            <w:pPr>
              <w:spacing w:after="80" w:line="259" w:lineRule="auto"/>
              <w:jc w:val="center"/>
              <w:rPr>
                <w:lang w:val="sl-SI"/>
              </w:rPr>
            </w:pPr>
            <w:r w:rsidRPr="00B40033">
              <w:rPr>
                <w:b/>
                <w:sz w:val="20"/>
                <w:lang w:val="sl-SI"/>
              </w:rPr>
              <w:t>Kaj je to čustvo »hotelo«, da naredim</w:t>
            </w:r>
          </w:p>
        </w:tc>
        <w:tc>
          <w:tcPr>
            <w:tcW w:w="1216"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4D94005" w14:textId="77777777" w:rsidR="00F94C82" w:rsidRPr="00B40033" w:rsidRDefault="00911973" w:rsidP="00E713B5">
            <w:pPr>
              <w:spacing w:after="80" w:line="259" w:lineRule="auto"/>
              <w:jc w:val="center"/>
              <w:rPr>
                <w:lang w:val="sl-SI"/>
              </w:rPr>
            </w:pPr>
            <w:r w:rsidRPr="00B40033">
              <w:rPr>
                <w:b/>
                <w:sz w:val="20"/>
                <w:lang w:val="sl-SI"/>
              </w:rPr>
              <w:t>Kaj sem dejansko naredil</w:t>
            </w:r>
          </w:p>
        </w:tc>
      </w:tr>
      <w:tr w:rsidR="00F94C82" w:rsidRPr="00B40033" w14:paraId="40D1F534"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A4BD4F4" w14:textId="77777777" w:rsidR="00F94C82" w:rsidRPr="00B40033" w:rsidRDefault="00F94C82">
            <w:pPr>
              <w:spacing w:after="80" w:line="259" w:lineRule="auto"/>
              <w:rPr>
                <w:lang w:val="sl-SI"/>
              </w:rPr>
            </w:pPr>
          </w:p>
        </w:tc>
        <w:tc>
          <w:tcPr>
            <w:tcW w:w="146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A35681D" w14:textId="77777777" w:rsidR="00F94C82" w:rsidRPr="00B40033" w:rsidRDefault="00F94C82">
            <w:pPr>
              <w:spacing w:after="80" w:line="259" w:lineRule="auto"/>
              <w:rPr>
                <w:lang w:val="sl-SI"/>
              </w:rPr>
            </w:pPr>
          </w:p>
        </w:tc>
        <w:tc>
          <w:tcPr>
            <w:tcW w:w="11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DE7E159" w14:textId="77777777" w:rsidR="00F94C82" w:rsidRPr="00B40033" w:rsidRDefault="00F94C82">
            <w:pPr>
              <w:spacing w:after="80" w:line="259" w:lineRule="auto"/>
              <w:rPr>
                <w:lang w:val="sl-SI"/>
              </w:rPr>
            </w:pPr>
          </w:p>
        </w:tc>
        <w:tc>
          <w:tcPr>
            <w:tcW w:w="1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3BCF1BE" w14:textId="77777777" w:rsidR="00F94C82" w:rsidRPr="00B40033" w:rsidRDefault="00F94C82">
            <w:pPr>
              <w:spacing w:after="80" w:line="259" w:lineRule="auto"/>
              <w:rPr>
                <w:lang w:val="sl-SI"/>
              </w:rPr>
            </w:pPr>
          </w:p>
        </w:tc>
        <w:tc>
          <w:tcPr>
            <w:tcW w:w="184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292DAC5" w14:textId="77777777" w:rsidR="00F94C82" w:rsidRPr="00B40033" w:rsidRDefault="00F94C82">
            <w:pPr>
              <w:spacing w:after="80" w:line="259" w:lineRule="auto"/>
              <w:rPr>
                <w:lang w:val="sl-SI"/>
              </w:rPr>
            </w:pPr>
          </w:p>
        </w:tc>
        <w:tc>
          <w:tcPr>
            <w:tcW w:w="192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6DF7BC0" w14:textId="77777777" w:rsidR="00F94C82" w:rsidRPr="00B40033" w:rsidRDefault="00F94C82">
            <w:pPr>
              <w:spacing w:after="80" w:line="259" w:lineRule="auto"/>
              <w:rPr>
                <w:lang w:val="sl-SI"/>
              </w:rPr>
            </w:pPr>
          </w:p>
        </w:tc>
        <w:tc>
          <w:tcPr>
            <w:tcW w:w="121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69B59D3" w14:textId="77777777" w:rsidR="00F94C82" w:rsidRPr="00B40033" w:rsidRDefault="00F94C82">
            <w:pPr>
              <w:spacing w:after="80" w:line="259" w:lineRule="auto"/>
              <w:rPr>
                <w:lang w:val="sl-SI"/>
              </w:rPr>
            </w:pPr>
          </w:p>
        </w:tc>
      </w:tr>
      <w:tr w:rsidR="00F94C82" w:rsidRPr="00B40033" w14:paraId="13D72855"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1B8A7FA" w14:textId="77777777" w:rsidR="00F94C82" w:rsidRPr="00B40033" w:rsidRDefault="00F94C82">
            <w:pPr>
              <w:spacing w:after="80" w:line="259" w:lineRule="auto"/>
              <w:rPr>
                <w:lang w:val="sl-SI"/>
              </w:rPr>
            </w:pPr>
          </w:p>
        </w:tc>
        <w:tc>
          <w:tcPr>
            <w:tcW w:w="146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41104BA" w14:textId="77777777" w:rsidR="00F94C82" w:rsidRPr="00B40033" w:rsidRDefault="00F94C82">
            <w:pPr>
              <w:spacing w:after="80" w:line="259" w:lineRule="auto"/>
              <w:rPr>
                <w:lang w:val="sl-SI"/>
              </w:rPr>
            </w:pPr>
          </w:p>
        </w:tc>
        <w:tc>
          <w:tcPr>
            <w:tcW w:w="111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BEF246C" w14:textId="77777777" w:rsidR="00F94C82" w:rsidRPr="00B40033" w:rsidRDefault="00F94C82">
            <w:pPr>
              <w:spacing w:after="80" w:line="259" w:lineRule="auto"/>
              <w:rPr>
                <w:lang w:val="sl-SI"/>
              </w:rPr>
            </w:pPr>
          </w:p>
        </w:tc>
        <w:tc>
          <w:tcPr>
            <w:tcW w:w="116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054F655" w14:textId="77777777" w:rsidR="00F94C82" w:rsidRPr="00B40033" w:rsidRDefault="00F94C82">
            <w:pPr>
              <w:spacing w:after="80" w:line="259" w:lineRule="auto"/>
              <w:rPr>
                <w:lang w:val="sl-SI"/>
              </w:rPr>
            </w:pPr>
          </w:p>
        </w:tc>
        <w:tc>
          <w:tcPr>
            <w:tcW w:w="184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67B1671" w14:textId="77777777" w:rsidR="00F94C82" w:rsidRPr="00B40033" w:rsidRDefault="00F94C82">
            <w:pPr>
              <w:spacing w:after="80" w:line="259" w:lineRule="auto"/>
              <w:rPr>
                <w:lang w:val="sl-SI"/>
              </w:rPr>
            </w:pPr>
          </w:p>
        </w:tc>
        <w:tc>
          <w:tcPr>
            <w:tcW w:w="192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B188E65" w14:textId="77777777" w:rsidR="00F94C82" w:rsidRPr="00B40033" w:rsidRDefault="00F94C82">
            <w:pPr>
              <w:spacing w:after="80" w:line="259" w:lineRule="auto"/>
              <w:rPr>
                <w:lang w:val="sl-SI"/>
              </w:rPr>
            </w:pPr>
          </w:p>
        </w:tc>
        <w:tc>
          <w:tcPr>
            <w:tcW w:w="121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81B8C03" w14:textId="77777777" w:rsidR="00F94C82" w:rsidRPr="00B40033" w:rsidRDefault="00F94C82">
            <w:pPr>
              <w:spacing w:after="80" w:line="259" w:lineRule="auto"/>
              <w:rPr>
                <w:lang w:val="sl-SI"/>
              </w:rPr>
            </w:pPr>
          </w:p>
        </w:tc>
      </w:tr>
      <w:tr w:rsidR="00F94C82" w:rsidRPr="00B40033" w14:paraId="35F74AA8"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033052B" w14:textId="77777777" w:rsidR="00F94C82" w:rsidRPr="00B40033" w:rsidRDefault="00F94C82">
            <w:pPr>
              <w:spacing w:after="80" w:line="259" w:lineRule="auto"/>
              <w:rPr>
                <w:lang w:val="sl-SI"/>
              </w:rPr>
            </w:pPr>
          </w:p>
        </w:tc>
        <w:tc>
          <w:tcPr>
            <w:tcW w:w="146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05A169F" w14:textId="77777777" w:rsidR="00F94C82" w:rsidRPr="00B40033" w:rsidRDefault="00F94C82">
            <w:pPr>
              <w:spacing w:after="80" w:line="259" w:lineRule="auto"/>
              <w:rPr>
                <w:lang w:val="sl-SI"/>
              </w:rPr>
            </w:pPr>
          </w:p>
        </w:tc>
        <w:tc>
          <w:tcPr>
            <w:tcW w:w="11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B2276A1" w14:textId="77777777" w:rsidR="00F94C82" w:rsidRPr="00B40033" w:rsidRDefault="00F94C82">
            <w:pPr>
              <w:spacing w:after="80" w:line="259" w:lineRule="auto"/>
              <w:rPr>
                <w:lang w:val="sl-SI"/>
              </w:rPr>
            </w:pPr>
          </w:p>
        </w:tc>
        <w:tc>
          <w:tcPr>
            <w:tcW w:w="1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42DC00E" w14:textId="77777777" w:rsidR="00F94C82" w:rsidRPr="00B40033" w:rsidRDefault="00F94C82">
            <w:pPr>
              <w:spacing w:after="80" w:line="259" w:lineRule="auto"/>
              <w:rPr>
                <w:lang w:val="sl-SI"/>
              </w:rPr>
            </w:pPr>
          </w:p>
        </w:tc>
        <w:tc>
          <w:tcPr>
            <w:tcW w:w="184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A2D987A" w14:textId="77777777" w:rsidR="00F94C82" w:rsidRPr="00B40033" w:rsidRDefault="00F94C82">
            <w:pPr>
              <w:spacing w:after="80" w:line="259" w:lineRule="auto"/>
              <w:rPr>
                <w:lang w:val="sl-SI"/>
              </w:rPr>
            </w:pPr>
          </w:p>
        </w:tc>
        <w:tc>
          <w:tcPr>
            <w:tcW w:w="192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23F4D6D" w14:textId="77777777" w:rsidR="00F94C82" w:rsidRPr="00B40033" w:rsidRDefault="00F94C82">
            <w:pPr>
              <w:spacing w:after="80" w:line="259" w:lineRule="auto"/>
              <w:rPr>
                <w:lang w:val="sl-SI"/>
              </w:rPr>
            </w:pPr>
          </w:p>
        </w:tc>
        <w:tc>
          <w:tcPr>
            <w:tcW w:w="121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189FE8D" w14:textId="77777777" w:rsidR="00F94C82" w:rsidRPr="00B40033" w:rsidRDefault="00F94C82">
            <w:pPr>
              <w:spacing w:after="80" w:line="259" w:lineRule="auto"/>
              <w:rPr>
                <w:lang w:val="sl-SI"/>
              </w:rPr>
            </w:pPr>
          </w:p>
        </w:tc>
      </w:tr>
      <w:tr w:rsidR="00F94C82" w:rsidRPr="00B40033" w14:paraId="3E3F7501"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AF7DAEE" w14:textId="77777777" w:rsidR="00F94C82" w:rsidRPr="00B40033" w:rsidRDefault="00F94C82">
            <w:pPr>
              <w:spacing w:after="80" w:line="259" w:lineRule="auto"/>
              <w:rPr>
                <w:lang w:val="sl-SI"/>
              </w:rPr>
            </w:pPr>
          </w:p>
        </w:tc>
        <w:tc>
          <w:tcPr>
            <w:tcW w:w="146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196DCBD" w14:textId="77777777" w:rsidR="00F94C82" w:rsidRPr="00B40033" w:rsidRDefault="00F94C82">
            <w:pPr>
              <w:spacing w:after="80" w:line="259" w:lineRule="auto"/>
              <w:rPr>
                <w:lang w:val="sl-SI"/>
              </w:rPr>
            </w:pPr>
          </w:p>
        </w:tc>
        <w:tc>
          <w:tcPr>
            <w:tcW w:w="111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39F174D" w14:textId="77777777" w:rsidR="00F94C82" w:rsidRPr="00B40033" w:rsidRDefault="00F94C82">
            <w:pPr>
              <w:spacing w:after="80" w:line="259" w:lineRule="auto"/>
              <w:rPr>
                <w:lang w:val="sl-SI"/>
              </w:rPr>
            </w:pPr>
          </w:p>
        </w:tc>
        <w:tc>
          <w:tcPr>
            <w:tcW w:w="116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94DBA3E" w14:textId="77777777" w:rsidR="00F94C82" w:rsidRPr="00B40033" w:rsidRDefault="00F94C82">
            <w:pPr>
              <w:spacing w:after="80" w:line="259" w:lineRule="auto"/>
              <w:rPr>
                <w:lang w:val="sl-SI"/>
              </w:rPr>
            </w:pPr>
          </w:p>
        </w:tc>
        <w:tc>
          <w:tcPr>
            <w:tcW w:w="184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5EEAB1F" w14:textId="77777777" w:rsidR="00F94C82" w:rsidRPr="00B40033" w:rsidRDefault="00F94C82">
            <w:pPr>
              <w:spacing w:after="80" w:line="259" w:lineRule="auto"/>
              <w:rPr>
                <w:lang w:val="sl-SI"/>
              </w:rPr>
            </w:pPr>
          </w:p>
        </w:tc>
        <w:tc>
          <w:tcPr>
            <w:tcW w:w="192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027B2DB" w14:textId="77777777" w:rsidR="00F94C82" w:rsidRPr="00B40033" w:rsidRDefault="00F94C82">
            <w:pPr>
              <w:spacing w:after="80" w:line="259" w:lineRule="auto"/>
              <w:rPr>
                <w:lang w:val="sl-SI"/>
              </w:rPr>
            </w:pPr>
          </w:p>
        </w:tc>
        <w:tc>
          <w:tcPr>
            <w:tcW w:w="121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E05594B" w14:textId="77777777" w:rsidR="00F94C82" w:rsidRPr="00B40033" w:rsidRDefault="00F94C82">
            <w:pPr>
              <w:spacing w:after="80" w:line="259" w:lineRule="auto"/>
              <w:rPr>
                <w:lang w:val="sl-SI"/>
              </w:rPr>
            </w:pPr>
          </w:p>
        </w:tc>
      </w:tr>
      <w:tr w:rsidR="00F94C82" w:rsidRPr="00B40033" w14:paraId="27F52034"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3786A47" w14:textId="77777777" w:rsidR="00F94C82" w:rsidRPr="00B40033" w:rsidRDefault="00F94C82">
            <w:pPr>
              <w:spacing w:after="80" w:line="259" w:lineRule="auto"/>
              <w:rPr>
                <w:lang w:val="sl-SI"/>
              </w:rPr>
            </w:pPr>
          </w:p>
        </w:tc>
        <w:tc>
          <w:tcPr>
            <w:tcW w:w="146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D91E122" w14:textId="77777777" w:rsidR="00F94C82" w:rsidRPr="00B40033" w:rsidRDefault="00F94C82">
            <w:pPr>
              <w:spacing w:after="80" w:line="259" w:lineRule="auto"/>
              <w:rPr>
                <w:lang w:val="sl-SI"/>
              </w:rPr>
            </w:pPr>
          </w:p>
        </w:tc>
        <w:tc>
          <w:tcPr>
            <w:tcW w:w="11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076D029" w14:textId="77777777" w:rsidR="00F94C82" w:rsidRPr="00B40033" w:rsidRDefault="00F94C82">
            <w:pPr>
              <w:spacing w:after="80" w:line="259" w:lineRule="auto"/>
              <w:rPr>
                <w:lang w:val="sl-SI"/>
              </w:rPr>
            </w:pPr>
          </w:p>
        </w:tc>
        <w:tc>
          <w:tcPr>
            <w:tcW w:w="1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91C8392" w14:textId="77777777" w:rsidR="00F94C82" w:rsidRPr="00B40033" w:rsidRDefault="00F94C82">
            <w:pPr>
              <w:spacing w:after="80" w:line="259" w:lineRule="auto"/>
              <w:rPr>
                <w:lang w:val="sl-SI"/>
              </w:rPr>
            </w:pPr>
          </w:p>
        </w:tc>
        <w:tc>
          <w:tcPr>
            <w:tcW w:w="184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5F0473D" w14:textId="77777777" w:rsidR="00F94C82" w:rsidRPr="00B40033" w:rsidRDefault="00F94C82">
            <w:pPr>
              <w:spacing w:after="80" w:line="259" w:lineRule="auto"/>
              <w:rPr>
                <w:lang w:val="sl-SI"/>
              </w:rPr>
            </w:pPr>
          </w:p>
        </w:tc>
        <w:tc>
          <w:tcPr>
            <w:tcW w:w="192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DE9C8C7" w14:textId="77777777" w:rsidR="00F94C82" w:rsidRPr="00B40033" w:rsidRDefault="00F94C82">
            <w:pPr>
              <w:spacing w:after="80" w:line="259" w:lineRule="auto"/>
              <w:rPr>
                <w:lang w:val="sl-SI"/>
              </w:rPr>
            </w:pPr>
          </w:p>
        </w:tc>
        <w:tc>
          <w:tcPr>
            <w:tcW w:w="121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CC8370E" w14:textId="77777777" w:rsidR="00F94C82" w:rsidRPr="00B40033" w:rsidRDefault="00F94C82">
            <w:pPr>
              <w:spacing w:after="80" w:line="259" w:lineRule="auto"/>
              <w:rPr>
                <w:lang w:val="sl-SI"/>
              </w:rPr>
            </w:pPr>
          </w:p>
        </w:tc>
      </w:tr>
      <w:tr w:rsidR="00F94C82" w:rsidRPr="00B40033" w14:paraId="06BC30E5"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1E13825" w14:textId="77777777" w:rsidR="00F94C82" w:rsidRPr="00B40033" w:rsidRDefault="00F94C82">
            <w:pPr>
              <w:spacing w:after="80" w:line="259" w:lineRule="auto"/>
              <w:rPr>
                <w:lang w:val="sl-SI"/>
              </w:rPr>
            </w:pPr>
          </w:p>
        </w:tc>
        <w:tc>
          <w:tcPr>
            <w:tcW w:w="146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833A155" w14:textId="77777777" w:rsidR="00F94C82" w:rsidRPr="00B40033" w:rsidRDefault="00F94C82">
            <w:pPr>
              <w:spacing w:after="80" w:line="259" w:lineRule="auto"/>
              <w:rPr>
                <w:lang w:val="sl-SI"/>
              </w:rPr>
            </w:pPr>
          </w:p>
        </w:tc>
        <w:tc>
          <w:tcPr>
            <w:tcW w:w="111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FC11512" w14:textId="77777777" w:rsidR="00F94C82" w:rsidRPr="00B40033" w:rsidRDefault="00F94C82">
            <w:pPr>
              <w:spacing w:after="80" w:line="259" w:lineRule="auto"/>
              <w:rPr>
                <w:lang w:val="sl-SI"/>
              </w:rPr>
            </w:pPr>
          </w:p>
        </w:tc>
        <w:tc>
          <w:tcPr>
            <w:tcW w:w="116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D522031" w14:textId="77777777" w:rsidR="00F94C82" w:rsidRPr="00B40033" w:rsidRDefault="00F94C82">
            <w:pPr>
              <w:spacing w:after="80" w:line="259" w:lineRule="auto"/>
              <w:rPr>
                <w:lang w:val="sl-SI"/>
              </w:rPr>
            </w:pPr>
          </w:p>
        </w:tc>
        <w:tc>
          <w:tcPr>
            <w:tcW w:w="1848"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2A9CAAB" w14:textId="77777777" w:rsidR="00F94C82" w:rsidRPr="00B40033" w:rsidRDefault="00F94C82">
            <w:pPr>
              <w:spacing w:after="80" w:line="259" w:lineRule="auto"/>
              <w:rPr>
                <w:lang w:val="sl-SI"/>
              </w:rPr>
            </w:pPr>
          </w:p>
        </w:tc>
        <w:tc>
          <w:tcPr>
            <w:tcW w:w="192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6D0FE46" w14:textId="77777777" w:rsidR="00F94C82" w:rsidRPr="00B40033" w:rsidRDefault="00F94C82">
            <w:pPr>
              <w:spacing w:after="80" w:line="259" w:lineRule="auto"/>
              <w:rPr>
                <w:lang w:val="sl-SI"/>
              </w:rPr>
            </w:pPr>
          </w:p>
        </w:tc>
        <w:tc>
          <w:tcPr>
            <w:tcW w:w="121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AB7C2E2" w14:textId="77777777" w:rsidR="00F94C82" w:rsidRPr="00B40033" w:rsidRDefault="00F94C82">
            <w:pPr>
              <w:spacing w:after="80" w:line="259" w:lineRule="auto"/>
              <w:rPr>
                <w:lang w:val="sl-SI"/>
              </w:rPr>
            </w:pPr>
          </w:p>
        </w:tc>
      </w:tr>
      <w:tr w:rsidR="00F94C82" w:rsidRPr="00B40033" w14:paraId="6C4025C0" w14:textId="77777777">
        <w:trPr>
          <w:cantSplit/>
          <w:trHeight w:val="510"/>
          <w:jc w:val="center"/>
        </w:trPr>
        <w:tc>
          <w:tcPr>
            <w:tcW w:w="6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CAC7E08" w14:textId="77777777" w:rsidR="00F94C82" w:rsidRPr="00B40033" w:rsidRDefault="00F94C82">
            <w:pPr>
              <w:spacing w:after="80" w:line="259" w:lineRule="auto"/>
              <w:rPr>
                <w:lang w:val="sl-SI"/>
              </w:rPr>
            </w:pPr>
          </w:p>
        </w:tc>
        <w:tc>
          <w:tcPr>
            <w:tcW w:w="146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06BE5A2" w14:textId="77777777" w:rsidR="00F94C82" w:rsidRPr="00B40033" w:rsidRDefault="00F94C82">
            <w:pPr>
              <w:spacing w:after="80" w:line="259" w:lineRule="auto"/>
              <w:rPr>
                <w:lang w:val="sl-SI"/>
              </w:rPr>
            </w:pPr>
          </w:p>
        </w:tc>
        <w:tc>
          <w:tcPr>
            <w:tcW w:w="11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6551A8B" w14:textId="77777777" w:rsidR="00F94C82" w:rsidRPr="00B40033" w:rsidRDefault="00F94C82">
            <w:pPr>
              <w:spacing w:after="80" w:line="259" w:lineRule="auto"/>
              <w:rPr>
                <w:lang w:val="sl-SI"/>
              </w:rPr>
            </w:pPr>
          </w:p>
        </w:tc>
        <w:tc>
          <w:tcPr>
            <w:tcW w:w="116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9E82428" w14:textId="77777777" w:rsidR="00F94C82" w:rsidRPr="00B40033" w:rsidRDefault="00F94C82">
            <w:pPr>
              <w:spacing w:after="80" w:line="259" w:lineRule="auto"/>
              <w:rPr>
                <w:lang w:val="sl-SI"/>
              </w:rPr>
            </w:pPr>
          </w:p>
        </w:tc>
        <w:tc>
          <w:tcPr>
            <w:tcW w:w="1848"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9BFF9C8" w14:textId="77777777" w:rsidR="00F94C82" w:rsidRPr="00B40033" w:rsidRDefault="00F94C82">
            <w:pPr>
              <w:spacing w:after="80" w:line="259" w:lineRule="auto"/>
              <w:rPr>
                <w:lang w:val="sl-SI"/>
              </w:rPr>
            </w:pPr>
          </w:p>
        </w:tc>
        <w:tc>
          <w:tcPr>
            <w:tcW w:w="192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4DE530A" w14:textId="77777777" w:rsidR="00F94C82" w:rsidRPr="00B40033" w:rsidRDefault="00F94C82">
            <w:pPr>
              <w:spacing w:after="80" w:line="259" w:lineRule="auto"/>
              <w:rPr>
                <w:lang w:val="sl-SI"/>
              </w:rPr>
            </w:pPr>
          </w:p>
        </w:tc>
        <w:tc>
          <w:tcPr>
            <w:tcW w:w="121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02450E4" w14:textId="77777777" w:rsidR="00F94C82" w:rsidRPr="00B40033" w:rsidRDefault="00F94C82">
            <w:pPr>
              <w:spacing w:after="80" w:line="259" w:lineRule="auto"/>
              <w:rPr>
                <w:lang w:val="sl-SI"/>
              </w:rPr>
            </w:pPr>
          </w:p>
        </w:tc>
      </w:tr>
    </w:tbl>
    <w:p w14:paraId="73F5184E" w14:textId="77777777" w:rsidR="00F94C82" w:rsidRPr="00B40033" w:rsidRDefault="00F94C82">
      <w:pPr>
        <w:spacing w:after="40"/>
        <w:rPr>
          <w:lang w:val="sl-SI"/>
        </w:rPr>
      </w:pPr>
    </w:p>
    <w:p w14:paraId="1CB2555C" w14:textId="2F9AF64E" w:rsidR="00F94C82" w:rsidRPr="00B40033" w:rsidRDefault="00911973">
      <w:pPr>
        <w:pStyle w:val="Naslov2"/>
        <w:rPr>
          <w:lang w:val="sl-SI"/>
        </w:rPr>
      </w:pPr>
      <w:r w:rsidRPr="00B40033">
        <w:rPr>
          <w:lang w:val="sl-SI"/>
        </w:rPr>
        <w:t xml:space="preserve">8.5 Vaja: sedenje </w:t>
      </w:r>
      <w:r w:rsidR="00A1185A">
        <w:rPr>
          <w:lang w:val="sl-SI"/>
        </w:rPr>
        <w:t>s</w:t>
      </w:r>
      <w:r w:rsidRPr="00B40033">
        <w:rPr>
          <w:lang w:val="sl-SI"/>
        </w:rPr>
        <w:t xml:space="preserve"> čustvom (5–10 minut, kadar je čustvo zmerno močno)</w:t>
      </w:r>
    </w:p>
    <w:p w14:paraId="008168FE" w14:textId="66E7DA9C" w:rsidR="00F94C82" w:rsidRPr="00B40033" w:rsidRDefault="00911973" w:rsidP="00E713B5">
      <w:pPr>
        <w:jc w:val="both"/>
        <w:rPr>
          <w:lang w:val="sl-SI"/>
        </w:rPr>
      </w:pPr>
      <w:r w:rsidRPr="00B40033">
        <w:rPr>
          <w:lang w:val="sl-SI"/>
        </w:rPr>
        <w:t xml:space="preserve">Ta vaja je srce stika s celotno </w:t>
      </w:r>
      <w:r w:rsidRPr="004E14F7">
        <w:rPr>
          <w:lang w:val="sl-SI"/>
        </w:rPr>
        <w:t>paleto</w:t>
      </w:r>
      <w:r w:rsidR="00B86A3A" w:rsidRPr="00B40033">
        <w:rPr>
          <w:lang w:val="sl-SI"/>
        </w:rPr>
        <w:t xml:space="preserve"> čustev</w:t>
      </w:r>
      <w:r w:rsidRPr="00B40033">
        <w:rPr>
          <w:lang w:val="sl-SI"/>
        </w:rPr>
        <w:t>. Pomembno</w:t>
      </w:r>
      <w:r w:rsidR="00D0293C" w:rsidRPr="00B40033">
        <w:rPr>
          <w:lang w:val="sl-SI"/>
        </w:rPr>
        <w:t xml:space="preserve"> je, da jo</w:t>
      </w:r>
      <w:r w:rsidRPr="00B40033">
        <w:rPr>
          <w:lang w:val="sl-SI"/>
        </w:rPr>
        <w:t xml:space="preserve"> izvajamo jo ob </w:t>
      </w:r>
      <w:r w:rsidRPr="00B40033">
        <w:rPr>
          <w:b/>
          <w:lang w:val="sl-SI"/>
        </w:rPr>
        <w:t>zmernih</w:t>
      </w:r>
      <w:r w:rsidRPr="00B40033">
        <w:rPr>
          <w:lang w:val="sl-SI"/>
        </w:rPr>
        <w:t xml:space="preserve"> čustvih, ne ob najmočnejših</w:t>
      </w:r>
      <w:r w:rsidR="004E14F7">
        <w:rPr>
          <w:lang w:val="sl-SI"/>
        </w:rPr>
        <w:t xml:space="preserve"> čustvenih</w:t>
      </w:r>
      <w:r w:rsidRPr="00B40033">
        <w:rPr>
          <w:lang w:val="sl-SI"/>
        </w:rPr>
        <w:t xml:space="preserve"> </w:t>
      </w:r>
      <w:r w:rsidRPr="004E14F7">
        <w:rPr>
          <w:lang w:val="sl-SI"/>
        </w:rPr>
        <w:t>viharjih</w:t>
      </w:r>
      <w:r w:rsidRPr="00B40033">
        <w:rPr>
          <w:lang w:val="sl-SI"/>
        </w:rPr>
        <w:t xml:space="preserve"> (za te glej 2.2).</w:t>
      </w:r>
    </w:p>
    <w:p w14:paraId="7FA57F15" w14:textId="21A60D0B"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Prepoznaj in poimenuj čustvo</w:t>
      </w:r>
      <w:r w:rsidRPr="00B40033">
        <w:rPr>
          <w:lang w:val="sl-SI"/>
        </w:rPr>
        <w:t xml:space="preserve"> (iz dnevniške vrstice): »To je ______________, intenzivnost približno __/10.«</w:t>
      </w:r>
    </w:p>
    <w:p w14:paraId="0B094C48" w14:textId="67BA8F6D"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Lociraj</w:t>
      </w:r>
      <w:r w:rsidR="00842825">
        <w:rPr>
          <w:b/>
          <w:lang w:val="sl-SI"/>
        </w:rPr>
        <w:t xml:space="preserve"> ga</w:t>
      </w:r>
      <w:r w:rsidRPr="00B40033">
        <w:rPr>
          <w:b/>
          <w:lang w:val="sl-SI"/>
        </w:rPr>
        <w:t xml:space="preserve"> v telesu</w:t>
      </w:r>
      <w:r w:rsidRPr="00B40033">
        <w:rPr>
          <w:lang w:val="sl-SI"/>
        </w:rPr>
        <w:t xml:space="preserve"> (kje, kakšna temperatura, teža, gibanje </w:t>
      </w:r>
      <w:r w:rsidR="0067267E" w:rsidRPr="00B40033">
        <w:rPr>
          <w:lang w:val="sl-SI"/>
        </w:rPr>
        <w:t>–</w:t>
      </w:r>
      <w:r w:rsidRPr="00B40033">
        <w:rPr>
          <w:lang w:val="sl-SI"/>
        </w:rPr>
        <w:t xml:space="preserve"> vaja 4.4).</w:t>
      </w:r>
    </w:p>
    <w:p w14:paraId="7EC02AB6" w14:textId="75DD3F02"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Daj mu prostor.</w:t>
      </w:r>
      <w:r w:rsidRPr="00B40033">
        <w:rPr>
          <w:lang w:val="sl-SI"/>
        </w:rPr>
        <w:t xml:space="preserve"> Predstavljaj si, da </w:t>
      </w:r>
      <w:r w:rsidR="00842825">
        <w:rPr>
          <w:lang w:val="sl-SI"/>
        </w:rPr>
        <w:t>se mu malo umakneš</w:t>
      </w:r>
      <w:r w:rsidR="002752FC">
        <w:rPr>
          <w:lang w:val="sl-SI"/>
        </w:rPr>
        <w:t>:</w:t>
      </w:r>
      <w:r w:rsidRPr="00B40033">
        <w:rPr>
          <w:lang w:val="sl-SI"/>
        </w:rPr>
        <w:t xml:space="preserve"> čustvo je v sobi, ti si v sobi, soba je velika. Ne bojiš se ga, ne preganjaš ga.</w:t>
      </w:r>
    </w:p>
    <w:p w14:paraId="2D33900A" w14:textId="167AB0BA"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r>
      <w:r w:rsidRPr="00B40033">
        <w:rPr>
          <w:b/>
          <w:lang w:val="sl-SI"/>
        </w:rPr>
        <w:t>Sedi z njim 5–10 minut.</w:t>
      </w:r>
      <w:r w:rsidRPr="00B40033">
        <w:rPr>
          <w:lang w:val="sl-SI"/>
        </w:rPr>
        <w:t xml:space="preserve"> </w:t>
      </w:r>
      <w:r w:rsidR="00A1185A">
        <w:rPr>
          <w:lang w:val="sl-SI"/>
        </w:rPr>
        <w:t>Tvoja</w:t>
      </w:r>
      <w:r w:rsidR="00485A39" w:rsidRPr="00B40033">
        <w:rPr>
          <w:lang w:val="sl-SI"/>
        </w:rPr>
        <w:t xml:space="preserve"> edina naloga je</w:t>
      </w:r>
      <w:r w:rsidRPr="00B40033">
        <w:rPr>
          <w:lang w:val="sl-SI"/>
        </w:rPr>
        <w:t xml:space="preserve"> opazovati, ali se kaj spreminja (moč, mesto, temperatura). Nič </w:t>
      </w:r>
      <w:r w:rsidR="0085719C">
        <w:rPr>
          <w:lang w:val="sl-SI"/>
        </w:rPr>
        <w:t xml:space="preserve">ti </w:t>
      </w:r>
      <w:r w:rsidRPr="00B40033">
        <w:rPr>
          <w:lang w:val="sl-SI"/>
        </w:rPr>
        <w:t>ni treba reševati.</w:t>
      </w:r>
    </w:p>
    <w:p w14:paraId="2E29964B" w14:textId="5F5AC2E5" w:rsidR="00F94C82" w:rsidRPr="00B40033" w:rsidRDefault="00911973" w:rsidP="00E713B5">
      <w:pPr>
        <w:tabs>
          <w:tab w:val="left" w:pos="425"/>
        </w:tabs>
        <w:spacing w:after="60"/>
        <w:ind w:left="425" w:hanging="425"/>
        <w:jc w:val="both"/>
        <w:rPr>
          <w:lang w:val="sl-SI"/>
        </w:rPr>
      </w:pPr>
      <w:r w:rsidRPr="00B40033">
        <w:rPr>
          <w:lang w:val="sl-SI"/>
        </w:rPr>
        <w:t>5.</w:t>
      </w:r>
      <w:r w:rsidRPr="00B40033">
        <w:rPr>
          <w:lang w:val="sl-SI"/>
        </w:rPr>
        <w:tab/>
      </w:r>
      <w:r w:rsidR="004B4FFA" w:rsidRPr="00B75BEE">
        <w:rPr>
          <w:b/>
          <w:lang w:val="sl-SI"/>
        </w:rPr>
        <w:t>Resnično se mu zahvali</w:t>
      </w:r>
      <w:r w:rsidRPr="00B40033">
        <w:rPr>
          <w:lang w:val="sl-SI"/>
        </w:rPr>
        <w:t>: »Hvala, ker si me opozoril/a na ______________.« Čustva so kurirji, ne sovražniki</w:t>
      </w:r>
      <w:r w:rsidR="002752FC">
        <w:rPr>
          <w:lang w:val="sl-SI"/>
        </w:rPr>
        <w:t xml:space="preserve">. </w:t>
      </w:r>
      <w:r w:rsidRPr="00B40033">
        <w:rPr>
          <w:lang w:val="sl-SI"/>
        </w:rPr>
        <w:t xml:space="preserve"> tudi ko prinesejo slabe novice.</w:t>
      </w:r>
    </w:p>
    <w:p w14:paraId="0C7779BD" w14:textId="4E020F47" w:rsidR="00F94C82" w:rsidRPr="00B40033" w:rsidRDefault="00911973" w:rsidP="00E713B5">
      <w:pPr>
        <w:tabs>
          <w:tab w:val="left" w:pos="425"/>
        </w:tabs>
        <w:spacing w:after="60"/>
        <w:ind w:left="425" w:hanging="425"/>
        <w:jc w:val="both"/>
        <w:rPr>
          <w:lang w:val="sl-SI"/>
        </w:rPr>
      </w:pPr>
      <w:r w:rsidRPr="00B40033">
        <w:rPr>
          <w:lang w:val="sl-SI"/>
        </w:rPr>
        <w:t>6.</w:t>
      </w:r>
      <w:r w:rsidRPr="00B40033">
        <w:rPr>
          <w:lang w:val="sl-SI"/>
        </w:rPr>
        <w:tab/>
        <w:t xml:space="preserve">Zaključi s </w:t>
      </w:r>
      <w:proofErr w:type="spellStart"/>
      <w:r w:rsidRPr="00B40033">
        <w:rPr>
          <w:lang w:val="sl-SI"/>
        </w:rPr>
        <w:t>prizemljitvijo</w:t>
      </w:r>
      <w:proofErr w:type="spellEnd"/>
      <w:r w:rsidRPr="00B40033">
        <w:rPr>
          <w:lang w:val="sl-SI"/>
        </w:rPr>
        <w:t xml:space="preserve"> (4.2).</w:t>
      </w:r>
    </w:p>
    <w:p w14:paraId="5E860DDE" w14:textId="7FEF5E89" w:rsidR="00F94C82" w:rsidRPr="00B40033" w:rsidRDefault="00911973" w:rsidP="00E713B5">
      <w:pPr>
        <w:jc w:val="both"/>
        <w:rPr>
          <w:lang w:val="sl-SI"/>
        </w:rPr>
      </w:pPr>
      <w:r w:rsidRPr="00B40033">
        <w:rPr>
          <w:lang w:val="sl-SI"/>
        </w:rPr>
        <w:lastRenderedPageBreak/>
        <w:t>Čustvo se med opazovanjem lahko spremeni</w:t>
      </w:r>
      <w:r w:rsidR="00162D98" w:rsidRPr="00B40033">
        <w:rPr>
          <w:lang w:val="sl-SI"/>
        </w:rPr>
        <w:t>,</w:t>
      </w:r>
      <w:r w:rsidRPr="00B40033">
        <w:rPr>
          <w:lang w:val="sl-SI"/>
        </w:rPr>
        <w:t xml:space="preserve"> na primer oslabi. To ni cilj vaje; sprememba je le možen stranski učinek opazovanja. Če se ne zgodi nič, je tudi to </w:t>
      </w:r>
      <w:r w:rsidR="00162D98" w:rsidRPr="00B40033">
        <w:rPr>
          <w:lang w:val="sl-SI"/>
        </w:rPr>
        <w:t>dobro</w:t>
      </w:r>
      <w:r w:rsidRPr="00B40033">
        <w:rPr>
          <w:lang w:val="sl-SI"/>
        </w:rPr>
        <w:t>: informacija, ne neuspeh.</w:t>
      </w:r>
    </w:p>
    <w:p w14:paraId="57CEDF0E" w14:textId="77777777" w:rsidR="00F94C82" w:rsidRPr="00B40033" w:rsidRDefault="00911973">
      <w:pPr>
        <w:pStyle w:val="Naslov2"/>
        <w:rPr>
          <w:lang w:val="sl-SI"/>
        </w:rPr>
      </w:pPr>
      <w:r w:rsidRPr="00B40033">
        <w:rPr>
          <w:lang w:val="sl-SI"/>
        </w:rPr>
        <w:t>8.5a Kratek vodnik po posameznih čustvih</w:t>
      </w:r>
    </w:p>
    <w:p w14:paraId="364FFB05" w14:textId="061352D2" w:rsidR="00F94C82" w:rsidRPr="00B40033" w:rsidRDefault="00911973" w:rsidP="00E713B5">
      <w:pPr>
        <w:jc w:val="both"/>
        <w:rPr>
          <w:lang w:val="sl-SI"/>
        </w:rPr>
      </w:pPr>
      <w:r w:rsidRPr="00B40033">
        <w:rPr>
          <w:lang w:val="sl-SI"/>
        </w:rPr>
        <w:t>Splošna vaja sedenja s čustvom (8.5) je dober temelj. Spodaj so predlogi za preizkušanje, n</w:t>
      </w:r>
      <w:r w:rsidR="003E52A6">
        <w:rPr>
          <w:lang w:val="sl-SI"/>
        </w:rPr>
        <w:t>iso</w:t>
      </w:r>
      <w:r w:rsidRPr="00B40033">
        <w:rPr>
          <w:lang w:val="sl-SI"/>
        </w:rPr>
        <w:t xml:space="preserve"> pravila o tem, kaj posamezno čustvo nujno potrebuje. Izberi možnost, ki ustreza tvoji </w:t>
      </w:r>
      <w:r w:rsidRPr="001D5C5F">
        <w:rPr>
          <w:lang w:val="sl-SI"/>
        </w:rPr>
        <w:t>situaciji</w:t>
      </w:r>
      <w:r w:rsidRPr="00B40033">
        <w:rPr>
          <w:lang w:val="sl-SI"/>
        </w:rPr>
        <w:t>:</w:t>
      </w:r>
    </w:p>
    <w:p w14:paraId="355DCDFA" w14:textId="040CFBCC" w:rsidR="00F94C82" w:rsidRPr="00B40033" w:rsidRDefault="00911973" w:rsidP="00E713B5">
      <w:pPr>
        <w:pStyle w:val="Oznaenseznam"/>
        <w:jc w:val="both"/>
        <w:rPr>
          <w:lang w:val="sl-SI"/>
        </w:rPr>
      </w:pPr>
      <w:r w:rsidRPr="00B40033">
        <w:rPr>
          <w:b/>
          <w:lang w:val="sl-SI"/>
        </w:rPr>
        <w:t>Jeza</w:t>
      </w:r>
      <w:r w:rsidR="006B79A9">
        <w:rPr>
          <w:lang w:val="sl-SI"/>
        </w:rPr>
        <w:t xml:space="preserve">: </w:t>
      </w:r>
      <w:r w:rsidRPr="00B40033">
        <w:rPr>
          <w:lang w:val="sl-SI"/>
        </w:rPr>
        <w:t xml:space="preserve"> pogosto pomaga gibanje: 10 korakov </w:t>
      </w:r>
      <w:r w:rsidR="0081169C" w:rsidRPr="00B40033">
        <w:rPr>
          <w:lang w:val="sl-SI"/>
        </w:rPr>
        <w:t xml:space="preserve">hitre </w:t>
      </w:r>
      <w:r w:rsidRPr="00B40033">
        <w:rPr>
          <w:lang w:val="sl-SI"/>
        </w:rPr>
        <w:t xml:space="preserve">hoje ali </w:t>
      </w:r>
      <w:r w:rsidR="0081169C" w:rsidRPr="00B40033">
        <w:rPr>
          <w:lang w:val="sl-SI"/>
        </w:rPr>
        <w:t xml:space="preserve">hoje po </w:t>
      </w:r>
      <w:r w:rsidRPr="00B40033">
        <w:rPr>
          <w:lang w:val="sl-SI"/>
        </w:rPr>
        <w:t>stopnic</w:t>
      </w:r>
      <w:r w:rsidR="0081169C" w:rsidRPr="00B40033">
        <w:rPr>
          <w:lang w:val="sl-SI"/>
        </w:rPr>
        <w:t>ah</w:t>
      </w:r>
      <w:r w:rsidRPr="00B40033">
        <w:rPr>
          <w:lang w:val="sl-SI"/>
        </w:rPr>
        <w:t xml:space="preserve">, nato pogovor. Za nekatere je meja po gibanju lažje izgovorljiva: »To zame ni </w:t>
      </w:r>
      <w:r w:rsidR="0081169C" w:rsidRPr="00B40033">
        <w:rPr>
          <w:lang w:val="sl-SI"/>
        </w:rPr>
        <w:t>dobro</w:t>
      </w:r>
      <w:r w:rsidRPr="00B40033">
        <w:rPr>
          <w:lang w:val="sl-SI"/>
        </w:rPr>
        <w:t>. Prosim, da tega ne počneš več.«</w:t>
      </w:r>
    </w:p>
    <w:p w14:paraId="6AB3BD85" w14:textId="07D54466" w:rsidR="00F94C82" w:rsidRPr="00B40033" w:rsidRDefault="00911973" w:rsidP="00E713B5">
      <w:pPr>
        <w:pStyle w:val="Oznaenseznam"/>
        <w:jc w:val="both"/>
        <w:rPr>
          <w:lang w:val="sl-SI"/>
        </w:rPr>
      </w:pPr>
      <w:r w:rsidRPr="00B40033">
        <w:rPr>
          <w:b/>
          <w:lang w:val="sl-SI"/>
        </w:rPr>
        <w:t>Žalost</w:t>
      </w:r>
      <w:r w:rsidRPr="00B40033">
        <w:rPr>
          <w:lang w:val="sl-SI"/>
        </w:rPr>
        <w:t xml:space="preserve"> </w:t>
      </w:r>
      <w:r w:rsidR="006B79A9">
        <w:rPr>
          <w:lang w:val="sl-SI"/>
        </w:rPr>
        <w:t xml:space="preserve">: </w:t>
      </w:r>
      <w:r w:rsidRPr="00B40033">
        <w:rPr>
          <w:lang w:val="sl-SI"/>
        </w:rPr>
        <w:t xml:space="preserve"> potrebuje čas in tolažbo, ne reševanja: klic osebi, ki zna poslušati; topla pijača; pisanje pisma, ki ga ne pošlješ.</w:t>
      </w:r>
    </w:p>
    <w:p w14:paraId="0C7A7F05" w14:textId="10CA8666" w:rsidR="00F94C82" w:rsidRPr="00B40033" w:rsidRDefault="00911973" w:rsidP="00E713B5">
      <w:pPr>
        <w:pStyle w:val="Oznaenseznam"/>
        <w:jc w:val="both"/>
        <w:rPr>
          <w:lang w:val="sl-SI"/>
        </w:rPr>
      </w:pPr>
      <w:r w:rsidRPr="00B40033">
        <w:rPr>
          <w:b/>
          <w:lang w:val="sl-SI"/>
        </w:rPr>
        <w:t>Strah</w:t>
      </w:r>
      <w:r w:rsidRPr="00B40033">
        <w:rPr>
          <w:lang w:val="sl-SI"/>
        </w:rPr>
        <w:t xml:space="preserve"> </w:t>
      </w:r>
      <w:r w:rsidR="006B79A9">
        <w:rPr>
          <w:lang w:val="sl-SI"/>
        </w:rPr>
        <w:t xml:space="preserve">: </w:t>
      </w:r>
      <w:r w:rsidRPr="00B40033">
        <w:rPr>
          <w:lang w:val="sl-SI"/>
        </w:rPr>
        <w:t xml:space="preserve"> potrebuje informacijo in majhen korak: »Kaj natančno se lahko zgodi? Kaj je najmanjši varen korak, ki ga lahko naredim danes?«</w:t>
      </w:r>
    </w:p>
    <w:p w14:paraId="5267A547" w14:textId="4D7C08D9" w:rsidR="00F94C82" w:rsidRPr="00B40033" w:rsidRDefault="00911973" w:rsidP="00E713B5">
      <w:pPr>
        <w:pStyle w:val="Oznaenseznam"/>
        <w:jc w:val="both"/>
        <w:rPr>
          <w:lang w:val="sl-SI"/>
        </w:rPr>
      </w:pPr>
      <w:r w:rsidRPr="00B40033">
        <w:rPr>
          <w:b/>
          <w:lang w:val="sl-SI"/>
        </w:rPr>
        <w:t>Krivda</w:t>
      </w:r>
      <w:r w:rsidRPr="00B40033">
        <w:rPr>
          <w:lang w:val="sl-SI"/>
        </w:rPr>
        <w:t xml:space="preserve"> </w:t>
      </w:r>
      <w:r w:rsidR="006B79A9">
        <w:rPr>
          <w:lang w:val="sl-SI"/>
        </w:rPr>
        <w:t>:</w:t>
      </w:r>
      <w:r w:rsidRPr="00B40033">
        <w:rPr>
          <w:lang w:val="sl-SI"/>
        </w:rPr>
        <w:t xml:space="preserve"> preveri, ali si res škodoval: če </w:t>
      </w:r>
      <w:r w:rsidR="007A16D0" w:rsidRPr="00B40033">
        <w:rPr>
          <w:lang w:val="sl-SI"/>
        </w:rPr>
        <w:t>si</w:t>
      </w:r>
      <w:r w:rsidRPr="00B40033">
        <w:rPr>
          <w:lang w:val="sl-SI"/>
        </w:rPr>
        <w:t xml:space="preserve">, </w:t>
      </w:r>
      <w:r w:rsidR="007A16D0" w:rsidRPr="00B40033">
        <w:rPr>
          <w:lang w:val="sl-SI"/>
        </w:rPr>
        <w:t xml:space="preserve">to </w:t>
      </w:r>
      <w:r w:rsidRPr="00B40033">
        <w:rPr>
          <w:lang w:val="sl-SI"/>
        </w:rPr>
        <w:t>popravi (opravičilo, povračilo).</w:t>
      </w:r>
    </w:p>
    <w:p w14:paraId="6D3C730D" w14:textId="184FF59B" w:rsidR="00F94C82" w:rsidRPr="00B40033" w:rsidRDefault="00911973" w:rsidP="00E713B5">
      <w:pPr>
        <w:pStyle w:val="Oznaenseznam"/>
        <w:jc w:val="both"/>
        <w:rPr>
          <w:lang w:val="sl-SI"/>
        </w:rPr>
      </w:pPr>
      <w:r w:rsidRPr="00B40033">
        <w:rPr>
          <w:b/>
          <w:lang w:val="sl-SI"/>
        </w:rPr>
        <w:t>Sram</w:t>
      </w:r>
      <w:r w:rsidRPr="00B40033">
        <w:rPr>
          <w:lang w:val="sl-SI"/>
        </w:rPr>
        <w:t xml:space="preserve"> </w:t>
      </w:r>
      <w:r w:rsidR="006B79A9">
        <w:rPr>
          <w:lang w:val="sl-SI"/>
        </w:rPr>
        <w:t>:</w:t>
      </w:r>
      <w:r w:rsidRPr="00B40033">
        <w:rPr>
          <w:lang w:val="sl-SI"/>
        </w:rPr>
        <w:t xml:space="preserve"> pomaga lahko majhna, varna izpostavljenost (deljenje z zaupanja vrednim človekom).</w:t>
      </w:r>
    </w:p>
    <w:p w14:paraId="4316A6E5" w14:textId="6F14E459" w:rsidR="00F94C82" w:rsidRPr="00B40033" w:rsidRDefault="00911973" w:rsidP="00E713B5">
      <w:pPr>
        <w:pStyle w:val="Oznaenseznam"/>
        <w:jc w:val="both"/>
        <w:rPr>
          <w:lang w:val="sl-SI"/>
        </w:rPr>
      </w:pPr>
      <w:r w:rsidRPr="00B40033">
        <w:rPr>
          <w:b/>
          <w:lang w:val="sl-SI"/>
        </w:rPr>
        <w:t>Prijetna čustva</w:t>
      </w:r>
      <w:r w:rsidRPr="00B40033">
        <w:rPr>
          <w:lang w:val="sl-SI"/>
        </w:rPr>
        <w:t xml:space="preserve"> </w:t>
      </w:r>
      <w:r w:rsidR="006B79A9">
        <w:rPr>
          <w:lang w:val="sl-SI"/>
        </w:rPr>
        <w:t xml:space="preserve">: </w:t>
      </w:r>
      <w:r w:rsidRPr="00B40033">
        <w:rPr>
          <w:lang w:val="sl-SI"/>
        </w:rPr>
        <w:t xml:space="preserve"> podaljšaj jih (vaja 8.6) in jih deli</w:t>
      </w:r>
      <w:r w:rsidR="005B2ED7" w:rsidRPr="00B40033">
        <w:rPr>
          <w:lang w:val="sl-SI"/>
        </w:rPr>
        <w:t xml:space="preserve"> s </w:t>
      </w:r>
      <w:r w:rsidRPr="00B40033">
        <w:rPr>
          <w:lang w:val="sl-SI"/>
        </w:rPr>
        <w:t>kom.</w:t>
      </w:r>
    </w:p>
    <w:p w14:paraId="570D6BB1" w14:textId="287D436A" w:rsidR="00F94C82" w:rsidRPr="00B40033" w:rsidRDefault="00911973" w:rsidP="00E713B5">
      <w:pPr>
        <w:pStyle w:val="Oznaenseznam"/>
        <w:jc w:val="both"/>
        <w:rPr>
          <w:lang w:val="sl-SI"/>
        </w:rPr>
      </w:pPr>
      <w:r w:rsidRPr="00B40033">
        <w:rPr>
          <w:b/>
          <w:lang w:val="sl-SI"/>
        </w:rPr>
        <w:t>Mešana čustva</w:t>
      </w:r>
      <w:r w:rsidRPr="00B40033">
        <w:rPr>
          <w:lang w:val="sl-SI"/>
        </w:rPr>
        <w:t xml:space="preserve"> </w:t>
      </w:r>
      <w:r w:rsidR="006B79A9">
        <w:rPr>
          <w:lang w:val="sl-SI"/>
        </w:rPr>
        <w:t xml:space="preserve">: </w:t>
      </w:r>
      <w:r w:rsidRPr="00B40033">
        <w:rPr>
          <w:lang w:val="sl-SI"/>
        </w:rPr>
        <w:t xml:space="preserve"> </w:t>
      </w:r>
      <w:r w:rsidR="001C15AD" w:rsidRPr="00B40033">
        <w:rPr>
          <w:lang w:val="sl-SI"/>
        </w:rPr>
        <w:t xml:space="preserve">so popolnoma </w:t>
      </w:r>
      <w:r w:rsidRPr="00B40033">
        <w:rPr>
          <w:lang w:val="sl-SI"/>
        </w:rPr>
        <w:t>normalna: »ponosen in žalosten hkrati« je popolnoma veljaven zapis v dnevniku. Ni treba izbrati enega.</w:t>
      </w:r>
    </w:p>
    <w:p w14:paraId="38E95099" w14:textId="79D5D3EA" w:rsidR="00F94C82" w:rsidRPr="00B40033" w:rsidRDefault="00911973" w:rsidP="00E713B5">
      <w:pPr>
        <w:pStyle w:val="Oznaenseznam"/>
        <w:jc w:val="both"/>
        <w:rPr>
          <w:lang w:val="sl-SI"/>
        </w:rPr>
      </w:pPr>
      <w:r w:rsidRPr="00B40033">
        <w:rPr>
          <w:b/>
          <w:lang w:val="sl-SI"/>
        </w:rPr>
        <w:t>Otopelost</w:t>
      </w:r>
      <w:r w:rsidRPr="00B40033">
        <w:rPr>
          <w:lang w:val="sl-SI"/>
        </w:rPr>
        <w:t xml:space="preserve"> </w:t>
      </w:r>
      <w:r w:rsidR="006B79A9">
        <w:rPr>
          <w:lang w:val="sl-SI"/>
        </w:rPr>
        <w:t>:</w:t>
      </w:r>
      <w:r w:rsidRPr="00B40033">
        <w:rPr>
          <w:lang w:val="sl-SI"/>
        </w:rPr>
        <w:t xml:space="preserve"> ne sili čustev. Začni s telesom (gibanje, hladna voda, </w:t>
      </w:r>
      <w:proofErr w:type="spellStart"/>
      <w:r w:rsidRPr="00B40033">
        <w:rPr>
          <w:lang w:val="sl-SI"/>
        </w:rPr>
        <w:t>prizemljitev</w:t>
      </w:r>
      <w:proofErr w:type="spellEnd"/>
      <w:r w:rsidRPr="00B40033">
        <w:rPr>
          <w:lang w:val="sl-SI"/>
        </w:rPr>
        <w:t xml:space="preserve"> 4.2). Če traja tedne, veljajo smernice iz 2.2.</w:t>
      </w:r>
    </w:p>
    <w:p w14:paraId="69C5DB9D" w14:textId="1E56B027" w:rsidR="00F94C82" w:rsidRPr="00B40033" w:rsidRDefault="00911973" w:rsidP="00E713B5">
      <w:pPr>
        <w:jc w:val="both"/>
        <w:rPr>
          <w:lang w:val="sl-SI"/>
        </w:rPr>
      </w:pPr>
      <w:r w:rsidRPr="00B40033">
        <w:rPr>
          <w:lang w:val="sl-SI"/>
        </w:rPr>
        <w:t xml:space="preserve">Pomni: </w:t>
      </w:r>
      <w:r w:rsidR="001C15AD" w:rsidRPr="00B40033">
        <w:rPr>
          <w:lang w:val="sl-SI"/>
        </w:rPr>
        <w:t>Č</w:t>
      </w:r>
      <w:r w:rsidRPr="00B40033">
        <w:rPr>
          <w:lang w:val="sl-SI"/>
        </w:rPr>
        <w:t xml:space="preserve">ustvo je signal, </w:t>
      </w:r>
      <w:r w:rsidR="00D86BCB">
        <w:rPr>
          <w:lang w:val="sl-SI"/>
        </w:rPr>
        <w:t xml:space="preserve">ni </w:t>
      </w:r>
      <w:r w:rsidRPr="00B40033">
        <w:rPr>
          <w:lang w:val="sl-SI"/>
        </w:rPr>
        <w:t>dokaz. »Čutim, da me ne marajo« je informacija o mojem trenutnem stanju</w:t>
      </w:r>
      <w:r w:rsidR="005472C7">
        <w:rPr>
          <w:lang w:val="sl-SI"/>
        </w:rPr>
        <w:t xml:space="preserve">, </w:t>
      </w:r>
      <w:r w:rsidRPr="00B40033">
        <w:rPr>
          <w:lang w:val="sl-SI"/>
        </w:rPr>
        <w:t xml:space="preserve"> ne dokaz o dejstvih. Signal preveriš z dokazi (orodje 11.3), ne obratno.</w:t>
      </w:r>
    </w:p>
    <w:p w14:paraId="668714A9" w14:textId="77777777" w:rsidR="00F94C82" w:rsidRPr="00B40033" w:rsidRDefault="00911973">
      <w:pPr>
        <w:pStyle w:val="Naslov2"/>
        <w:rPr>
          <w:lang w:val="sl-SI"/>
        </w:rPr>
      </w:pPr>
      <w:r w:rsidRPr="00B40033">
        <w:rPr>
          <w:lang w:val="sl-SI"/>
        </w:rPr>
        <w:t>8.6 Vaja: gimnastika pozitivnih čustev (3 minute, namerno, 3× na teden)</w:t>
      </w:r>
    </w:p>
    <w:p w14:paraId="6730968C" w14:textId="289887FC" w:rsidR="00F94C82" w:rsidRPr="00B40033" w:rsidRDefault="00911973" w:rsidP="00E713B5">
      <w:pPr>
        <w:jc w:val="both"/>
        <w:rPr>
          <w:lang w:val="sl-SI"/>
        </w:rPr>
      </w:pPr>
      <w:r w:rsidRPr="00B40033">
        <w:rPr>
          <w:lang w:val="sl-SI"/>
        </w:rPr>
        <w:t xml:space="preserve">Suverenost pomeni tudi </w:t>
      </w:r>
      <w:r w:rsidRPr="00B40033">
        <w:rPr>
          <w:b/>
          <w:lang w:val="sl-SI"/>
        </w:rPr>
        <w:t>natančno bivanje v prijetnih čustvih</w:t>
      </w:r>
      <w:r w:rsidRPr="00B40033">
        <w:rPr>
          <w:lang w:val="sl-SI"/>
        </w:rPr>
        <w:t xml:space="preserve"> ne le v trpljenju. Po teoriji </w:t>
      </w:r>
      <w:r w:rsidR="00B337F5" w:rsidRPr="00B40033">
        <w:rPr>
          <w:lang w:val="sl-SI"/>
        </w:rPr>
        <w:t xml:space="preserve">širjenja in gradnje </w:t>
      </w:r>
      <w:r w:rsidR="008941F7" w:rsidRPr="00B40033">
        <w:rPr>
          <w:lang w:val="sl-SI"/>
        </w:rPr>
        <w:t xml:space="preserve">(angl. </w:t>
      </w:r>
      <w:proofErr w:type="spellStart"/>
      <w:r w:rsidRPr="00B40033">
        <w:rPr>
          <w:lang w:val="sl-SI"/>
        </w:rPr>
        <w:t>broaden-and-build</w:t>
      </w:r>
      <w:proofErr w:type="spellEnd"/>
      <w:r w:rsidR="008941F7" w:rsidRPr="00B40033">
        <w:rPr>
          <w:lang w:val="sl-SI"/>
        </w:rPr>
        <w:t>)</w:t>
      </w:r>
      <w:r w:rsidRPr="00B40033">
        <w:rPr>
          <w:lang w:val="sl-SI"/>
        </w:rPr>
        <w:t xml:space="preserve"> prijetna čustva razširijo trenutni miselno-dejavnostni repertoar in s pogostim ponavljanjem gradijo trajne osebne vire</w:t>
      </w:r>
      <w:r w:rsidR="005472C7">
        <w:rPr>
          <w:lang w:val="sl-SI"/>
        </w:rPr>
        <w:t xml:space="preserve">, </w:t>
      </w:r>
      <w:r w:rsidRPr="00B40033">
        <w:rPr>
          <w:lang w:val="sl-SI"/>
        </w:rPr>
        <w:t xml:space="preserve"> od socialnih do psiholoških </w:t>
      </w:r>
      <w:hyperlink r:id="rId21">
        <w:r w:rsidR="00F94C82" w:rsidRPr="00B40033">
          <w:rPr>
            <w:color w:val="01696F"/>
            <w:u w:val="single"/>
            <w:lang w:val="sl-SI"/>
          </w:rPr>
          <w:t>(</w:t>
        </w:r>
        <w:proofErr w:type="spellStart"/>
        <w:r w:rsidR="00F94C82" w:rsidRPr="00B40033">
          <w:rPr>
            <w:color w:val="01696F"/>
            <w:u w:val="single"/>
            <w:lang w:val="sl-SI"/>
          </w:rPr>
          <w:t>Fredrickson</w:t>
        </w:r>
        <w:proofErr w:type="spellEnd"/>
        <w:r w:rsidR="00F94C82" w:rsidRPr="00B40033">
          <w:rPr>
            <w:color w:val="01696F"/>
            <w:u w:val="single"/>
            <w:lang w:val="sl-SI"/>
          </w:rPr>
          <w:t>, 2001)</w:t>
        </w:r>
      </w:hyperlink>
      <w:r w:rsidRPr="00B40033">
        <w:rPr>
          <w:lang w:val="sl-SI"/>
        </w:rPr>
        <w:t>.</w:t>
      </w:r>
    </w:p>
    <w:p w14:paraId="4E0C5C10" w14:textId="25A6F1E7"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Izberi trenutek</w:t>
      </w:r>
      <w:r w:rsidR="00B426A5" w:rsidRPr="00B40033">
        <w:rPr>
          <w:lang w:val="sl-SI"/>
        </w:rPr>
        <w:t>,</w:t>
      </w:r>
      <w:r w:rsidRPr="00B40033">
        <w:rPr>
          <w:lang w:val="sl-SI"/>
        </w:rPr>
        <w:t xml:space="preserve"> </w:t>
      </w:r>
      <w:r w:rsidR="00B426A5" w:rsidRPr="00B40033">
        <w:rPr>
          <w:lang w:val="sl-SI"/>
        </w:rPr>
        <w:t>ko se počuti</w:t>
      </w:r>
      <w:r w:rsidR="00522FD8">
        <w:rPr>
          <w:lang w:val="sl-SI"/>
        </w:rPr>
        <w:t>š</w:t>
      </w:r>
      <w:r w:rsidR="00B426A5" w:rsidRPr="00B40033">
        <w:rPr>
          <w:lang w:val="sl-SI"/>
        </w:rPr>
        <w:t xml:space="preserve"> prijetno</w:t>
      </w:r>
      <w:r w:rsidR="00B426A5" w:rsidRPr="00B40033" w:rsidDel="00B426A5">
        <w:rPr>
          <w:lang w:val="sl-SI"/>
        </w:rPr>
        <w:t xml:space="preserve"> </w:t>
      </w:r>
      <w:r w:rsidRPr="00B40033">
        <w:rPr>
          <w:lang w:val="sl-SI"/>
        </w:rPr>
        <w:t>(</w:t>
      </w:r>
      <w:r w:rsidR="00730CA3" w:rsidRPr="00B40033">
        <w:rPr>
          <w:lang w:val="sl-SI"/>
        </w:rPr>
        <w:t xml:space="preserve">lahko je čisto </w:t>
      </w:r>
      <w:r w:rsidRPr="00B40033">
        <w:rPr>
          <w:lang w:val="sl-SI"/>
        </w:rPr>
        <w:t>majhen: prvi požirek kave, smeh, topla prha).</w:t>
      </w:r>
    </w:p>
    <w:p w14:paraId="4B34BE88" w14:textId="4445235F"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r>
      <w:r w:rsidR="00494923" w:rsidRPr="00B40033">
        <w:rPr>
          <w:lang w:val="sl-SI"/>
        </w:rPr>
        <w:t xml:space="preserve">Ostani s tem občutkom vsaj </w:t>
      </w:r>
      <w:r w:rsidRPr="00B40033">
        <w:rPr>
          <w:b/>
          <w:lang w:val="sl-SI"/>
        </w:rPr>
        <w:t>20 vdihov</w:t>
      </w:r>
      <w:r w:rsidRPr="00B40033">
        <w:rPr>
          <w:lang w:val="sl-SI"/>
        </w:rPr>
        <w:t xml:space="preserve"> </w:t>
      </w:r>
      <w:r w:rsidR="001B1BFA" w:rsidRPr="00B40033">
        <w:rPr>
          <w:lang w:val="sl-SI"/>
        </w:rPr>
        <w:t>in zavestno</w:t>
      </w:r>
      <w:r w:rsidR="008941F7" w:rsidRPr="00B40033">
        <w:rPr>
          <w:lang w:val="sl-SI"/>
        </w:rPr>
        <w:t xml:space="preserve"> </w:t>
      </w:r>
      <w:r w:rsidRPr="00B40033">
        <w:rPr>
          <w:lang w:val="sl-SI"/>
        </w:rPr>
        <w:t xml:space="preserve">podaljšaj </w:t>
      </w:r>
      <w:r w:rsidR="00494923" w:rsidRPr="00B40033">
        <w:rPr>
          <w:lang w:val="sl-SI"/>
        </w:rPr>
        <w:t xml:space="preserve">to </w:t>
      </w:r>
      <w:r w:rsidRPr="00B40033">
        <w:rPr>
          <w:lang w:val="sl-SI"/>
        </w:rPr>
        <w:t>izkušnjo.</w:t>
      </w:r>
    </w:p>
    <w:p w14:paraId="417E56C0" w14:textId="3BA4BDD8"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r>
      <w:r w:rsidR="00387DF8" w:rsidRPr="00B40033">
        <w:rPr>
          <w:lang w:val="sl-SI"/>
        </w:rPr>
        <w:t>Natančno ga poimenuj:</w:t>
      </w:r>
      <w:r w:rsidR="00387DF8" w:rsidRPr="00B40033" w:rsidDel="00387DF8">
        <w:rPr>
          <w:lang w:val="sl-SI"/>
        </w:rPr>
        <w:t xml:space="preserve"> </w:t>
      </w:r>
      <w:r w:rsidR="00387DF8" w:rsidRPr="00B40033">
        <w:rPr>
          <w:lang w:val="sl-SI"/>
        </w:rPr>
        <w:t xml:space="preserve">Je to </w:t>
      </w:r>
      <w:r w:rsidRPr="00B40033">
        <w:rPr>
          <w:lang w:val="sl-SI"/>
        </w:rPr>
        <w:t xml:space="preserve">hvaležnost? </w:t>
      </w:r>
      <w:r w:rsidR="00387DF8" w:rsidRPr="00B40033">
        <w:rPr>
          <w:lang w:val="sl-SI"/>
        </w:rPr>
        <w:t>P</w:t>
      </w:r>
      <w:r w:rsidRPr="00B40033">
        <w:rPr>
          <w:lang w:val="sl-SI"/>
        </w:rPr>
        <w:t xml:space="preserve">onos? </w:t>
      </w:r>
      <w:r w:rsidR="00387DF8" w:rsidRPr="00B40033">
        <w:rPr>
          <w:lang w:val="sl-SI"/>
        </w:rPr>
        <w:t>Z</w:t>
      </w:r>
      <w:r w:rsidRPr="00B40033">
        <w:rPr>
          <w:lang w:val="sl-SI"/>
        </w:rPr>
        <w:t xml:space="preserve">adovoljstvo? </w:t>
      </w:r>
      <w:r w:rsidR="00387DF8" w:rsidRPr="00B40033">
        <w:rPr>
          <w:lang w:val="sl-SI"/>
        </w:rPr>
        <w:t>G</w:t>
      </w:r>
      <w:r w:rsidRPr="00B40033">
        <w:rPr>
          <w:lang w:val="sl-SI"/>
        </w:rPr>
        <w:t>anjenost?</w:t>
      </w:r>
    </w:p>
    <w:p w14:paraId="26D2DA72" w14:textId="3A13ECEC"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t xml:space="preserve">Dopusti telesu, da ga izrazi: </w:t>
      </w:r>
      <w:r w:rsidR="00476320" w:rsidRPr="00B40033">
        <w:rPr>
          <w:lang w:val="sl-SI"/>
        </w:rPr>
        <w:t>z mirnim nasmehom, globokim vzdihom ali preprostim vzklikom</w:t>
      </w:r>
      <w:r w:rsidRPr="00B40033">
        <w:rPr>
          <w:lang w:val="sl-SI"/>
        </w:rPr>
        <w:t xml:space="preserve"> »ja, to je dobro«.</w:t>
      </w:r>
    </w:p>
    <w:p w14:paraId="021300F7" w14:textId="77777777" w:rsidR="00F94C82" w:rsidRPr="00B40033" w:rsidRDefault="00911973">
      <w:pPr>
        <w:pStyle w:val="Naslov2"/>
        <w:rPr>
          <w:lang w:val="sl-SI"/>
        </w:rPr>
      </w:pPr>
      <w:r w:rsidRPr="00B40033">
        <w:rPr>
          <w:lang w:val="sl-SI"/>
        </w:rPr>
        <w:t>8.7 Refleksija</w:t>
      </w:r>
    </w:p>
    <w:p w14:paraId="2E18A407" w14:textId="67E7E992" w:rsidR="00F94C82" w:rsidRPr="00B40033" w:rsidRDefault="00911973" w:rsidP="00E713B5">
      <w:pPr>
        <w:pStyle w:val="Oznaenseznam"/>
        <w:jc w:val="both"/>
        <w:rPr>
          <w:lang w:val="sl-SI"/>
        </w:rPr>
      </w:pPr>
      <w:r w:rsidRPr="00B40033">
        <w:rPr>
          <w:lang w:val="sl-SI"/>
        </w:rPr>
        <w:t xml:space="preserve">Katero čustvo iz tabele 8.1 mi je najmanj »všeč« in katero njegovo </w:t>
      </w:r>
      <w:r w:rsidR="002F2A93" w:rsidRPr="00B40033">
        <w:rPr>
          <w:lang w:val="sl-SI"/>
        </w:rPr>
        <w:t xml:space="preserve">skrito </w:t>
      </w:r>
      <w:r w:rsidRPr="00B40033">
        <w:rPr>
          <w:lang w:val="sl-SI"/>
        </w:rPr>
        <w:t>sporočilo zato najraje preslišim?</w:t>
      </w:r>
    </w:p>
    <w:p w14:paraId="02595F0A" w14:textId="43D611A4" w:rsidR="00F94C82" w:rsidRPr="00B40033" w:rsidRDefault="00911973" w:rsidP="00E713B5">
      <w:pPr>
        <w:pStyle w:val="Oznaenseznam"/>
        <w:jc w:val="both"/>
        <w:rPr>
          <w:lang w:val="sl-SI"/>
        </w:rPr>
      </w:pPr>
      <w:r w:rsidRPr="00B40033">
        <w:rPr>
          <w:lang w:val="sl-SI"/>
        </w:rPr>
        <w:t>Kateri dve čustvi najpogosteje zamenjujem</w:t>
      </w:r>
      <w:r w:rsidR="00470B2A" w:rsidRPr="00B40033">
        <w:rPr>
          <w:lang w:val="sl-SI"/>
        </w:rPr>
        <w:t xml:space="preserve"> in kaj</w:t>
      </w:r>
      <w:r w:rsidRPr="00B40033">
        <w:rPr>
          <w:lang w:val="sl-SI"/>
        </w:rPr>
        <w:t xml:space="preserve"> bi se izboljšalo, če bi ju </w:t>
      </w:r>
      <w:r w:rsidR="0037553E" w:rsidRPr="00B40033">
        <w:rPr>
          <w:lang w:val="sl-SI"/>
        </w:rPr>
        <w:t>znal razlikovati</w:t>
      </w:r>
      <w:r w:rsidRPr="00B40033">
        <w:rPr>
          <w:lang w:val="sl-SI"/>
        </w:rPr>
        <w:t>?</w:t>
      </w:r>
    </w:p>
    <w:p w14:paraId="399FB97B" w14:textId="77777777" w:rsidR="00F94C82" w:rsidRPr="00B40033" w:rsidRDefault="00911973">
      <w:pPr>
        <w:pStyle w:val="Naslov2"/>
        <w:rPr>
          <w:lang w:val="sl-SI"/>
        </w:rPr>
      </w:pPr>
      <w:r w:rsidRPr="00B40033">
        <w:rPr>
          <w:lang w:val="sl-SI"/>
        </w:rPr>
        <w:t>8.8 Majhna akcija</w:t>
      </w:r>
    </w:p>
    <w:p w14:paraId="3F9B7C07" w14:textId="4E540DF0" w:rsidR="00F94C82" w:rsidRPr="00B40033" w:rsidRDefault="00911973" w:rsidP="00E713B5">
      <w:pPr>
        <w:jc w:val="both"/>
        <w:rPr>
          <w:lang w:val="sl-SI"/>
        </w:rPr>
      </w:pPr>
      <w:r w:rsidRPr="00B40033">
        <w:rPr>
          <w:lang w:val="sl-SI"/>
        </w:rPr>
        <w:t>Naslednjič, ko te kdo vpraša</w:t>
      </w:r>
      <w:r w:rsidR="00273752">
        <w:rPr>
          <w:lang w:val="sl-SI"/>
        </w:rPr>
        <w:t>:</w:t>
      </w:r>
      <w:r w:rsidRPr="00B40033">
        <w:rPr>
          <w:lang w:val="sl-SI"/>
        </w:rPr>
        <w:t xml:space="preserve"> »</w:t>
      </w:r>
      <w:r w:rsidR="00512820">
        <w:rPr>
          <w:lang w:val="sl-SI"/>
        </w:rPr>
        <w:t>K</w:t>
      </w:r>
      <w:r w:rsidRPr="00B40033">
        <w:rPr>
          <w:lang w:val="sl-SI"/>
        </w:rPr>
        <w:t>ako si</w:t>
      </w:r>
      <w:r w:rsidR="00273752">
        <w:rPr>
          <w:lang w:val="sl-SI"/>
        </w:rPr>
        <w:t>,</w:t>
      </w:r>
      <w:r w:rsidRPr="00B40033">
        <w:rPr>
          <w:lang w:val="sl-SI"/>
        </w:rPr>
        <w:t xml:space="preserve">« </w:t>
      </w:r>
      <w:r w:rsidR="00273752" w:rsidRPr="00B40033">
        <w:rPr>
          <w:lang w:val="sl-SI"/>
        </w:rPr>
        <w:t>namesto</w:t>
      </w:r>
      <w:r w:rsidR="00273752">
        <w:rPr>
          <w:lang w:val="sl-SI"/>
        </w:rPr>
        <w:t xml:space="preserve"> da bi rek</w:t>
      </w:r>
      <w:r w:rsidR="00512267">
        <w:rPr>
          <w:lang w:val="sl-SI"/>
        </w:rPr>
        <w:t>el</w:t>
      </w:r>
      <w:r w:rsidR="00273752" w:rsidRPr="00B40033">
        <w:rPr>
          <w:lang w:val="sl-SI"/>
        </w:rPr>
        <w:t xml:space="preserve"> »dobro, hvala«</w:t>
      </w:r>
      <w:r w:rsidR="00512267">
        <w:rPr>
          <w:lang w:val="sl-SI"/>
        </w:rPr>
        <w:t xml:space="preserve">, </w:t>
      </w:r>
      <w:r w:rsidRPr="00B40033">
        <w:rPr>
          <w:lang w:val="sl-SI"/>
        </w:rPr>
        <w:t xml:space="preserve">odgovori z </w:t>
      </w:r>
      <w:r w:rsidRPr="00B40033">
        <w:rPr>
          <w:b/>
          <w:lang w:val="sl-SI"/>
        </w:rPr>
        <w:t>dvema natančnima besedama</w:t>
      </w:r>
      <w:r w:rsidRPr="00B40033">
        <w:rPr>
          <w:lang w:val="sl-SI"/>
        </w:rPr>
        <w:t xml:space="preserve">. Opazuj, kaj se zgodi v tebi in </w:t>
      </w:r>
      <w:r w:rsidR="00512820">
        <w:rPr>
          <w:lang w:val="sl-SI"/>
        </w:rPr>
        <w:t>v vajinem odnosu</w:t>
      </w:r>
      <w:r w:rsidRPr="00B40033">
        <w:rPr>
          <w:lang w:val="sl-SI"/>
        </w:rPr>
        <w:t>.</w:t>
      </w:r>
    </w:p>
    <w:p w14:paraId="4AF1E8F1" w14:textId="77777777" w:rsidR="00F94C82" w:rsidRPr="00B40033" w:rsidRDefault="00911973">
      <w:pPr>
        <w:pStyle w:val="Naslov1"/>
        <w:pBdr>
          <w:bottom w:val="single" w:sz="8" w:space="9" w:color="EBC5A7"/>
        </w:pBdr>
        <w:rPr>
          <w:lang w:val="sl-SI"/>
        </w:rPr>
      </w:pPr>
      <w:r w:rsidRPr="00B40033">
        <w:rPr>
          <w:lang w:val="sl-SI"/>
        </w:rPr>
        <w:lastRenderedPageBreak/>
        <w:t>9. Intima</w:t>
      </w:r>
    </w:p>
    <w:p w14:paraId="3D823B92" w14:textId="77777777" w:rsidR="00F94C82" w:rsidRPr="00B40033" w:rsidRDefault="00911973">
      <w:pPr>
        <w:pStyle w:val="Naslov2"/>
        <w:rPr>
          <w:lang w:val="sl-SI"/>
        </w:rPr>
      </w:pPr>
      <w:r w:rsidRPr="00B40033">
        <w:rPr>
          <w:lang w:val="sl-SI"/>
        </w:rPr>
        <w:t>9.1 Razlaga</w:t>
      </w:r>
    </w:p>
    <w:p w14:paraId="48341798" w14:textId="7EC15EFF" w:rsidR="00F94C82" w:rsidRPr="00B40033" w:rsidRDefault="00911973" w:rsidP="00E713B5">
      <w:pPr>
        <w:jc w:val="both"/>
        <w:rPr>
          <w:lang w:val="sl-SI"/>
        </w:rPr>
      </w:pPr>
      <w:r w:rsidRPr="00B40033">
        <w:rPr>
          <w:lang w:val="sl-SI"/>
        </w:rPr>
        <w:t xml:space="preserve">Intima je </w:t>
      </w:r>
      <w:r w:rsidRPr="00B40033">
        <w:rPr>
          <w:b/>
          <w:lang w:val="sl-SI"/>
        </w:rPr>
        <w:t>globoko, medčloveško</w:t>
      </w:r>
      <w:r w:rsidR="00710FEC" w:rsidRPr="00B40033">
        <w:rPr>
          <w:b/>
          <w:lang w:val="sl-SI"/>
        </w:rPr>
        <w:t xml:space="preserve"> in</w:t>
      </w:r>
      <w:r w:rsidRPr="00B40033">
        <w:rPr>
          <w:b/>
          <w:lang w:val="sl-SI"/>
        </w:rPr>
        <w:t xml:space="preserve"> zavestno povezovanje</w:t>
      </w:r>
      <w:r w:rsidR="00710FEC" w:rsidRPr="00B40033">
        <w:rPr>
          <w:lang w:val="sl-SI"/>
        </w:rPr>
        <w:t>.</w:t>
      </w:r>
      <w:r w:rsidRPr="00B40033">
        <w:rPr>
          <w:lang w:val="sl-SI"/>
        </w:rPr>
        <w:t xml:space="preserve"> </w:t>
      </w:r>
      <w:r w:rsidR="002F16AA" w:rsidRPr="00B40033">
        <w:rPr>
          <w:lang w:val="sl-SI"/>
        </w:rPr>
        <w:t xml:space="preserve">Je </w:t>
      </w:r>
      <w:r w:rsidRPr="00B40033">
        <w:rPr>
          <w:lang w:val="sl-SI"/>
        </w:rPr>
        <w:t>stik, v katerem lahko pokažem</w:t>
      </w:r>
      <w:r w:rsidR="00710FEC" w:rsidRPr="00B40033">
        <w:rPr>
          <w:lang w:val="sl-SI"/>
        </w:rPr>
        <w:t>o</w:t>
      </w:r>
      <w:r w:rsidRPr="00B40033">
        <w:rPr>
          <w:lang w:val="sl-SI"/>
        </w:rPr>
        <w:t>, kar res čutim</w:t>
      </w:r>
      <w:r w:rsidR="00710FEC" w:rsidRPr="00B40033">
        <w:rPr>
          <w:lang w:val="sl-SI"/>
        </w:rPr>
        <w:t>o</w:t>
      </w:r>
      <w:r w:rsidRPr="00B40033">
        <w:rPr>
          <w:lang w:val="sl-SI"/>
        </w:rPr>
        <w:t xml:space="preserve"> in potrebujem</w:t>
      </w:r>
      <w:r w:rsidR="00710FEC" w:rsidRPr="00B40033">
        <w:rPr>
          <w:lang w:val="sl-SI"/>
        </w:rPr>
        <w:t>o</w:t>
      </w:r>
      <w:r w:rsidRPr="00B40033">
        <w:rPr>
          <w:lang w:val="sl-SI"/>
        </w:rPr>
        <w:t xml:space="preserve">, drugega </w:t>
      </w:r>
      <w:r w:rsidR="00ED3FB8" w:rsidRPr="00B40033">
        <w:rPr>
          <w:lang w:val="sl-SI"/>
        </w:rPr>
        <w:t xml:space="preserve">pa </w:t>
      </w:r>
      <w:r w:rsidRPr="00B40033">
        <w:rPr>
          <w:lang w:val="sl-SI"/>
        </w:rPr>
        <w:t>vidim</w:t>
      </w:r>
      <w:r w:rsidR="00ED3FB8" w:rsidRPr="00B40033">
        <w:rPr>
          <w:lang w:val="sl-SI"/>
        </w:rPr>
        <w:t>o</w:t>
      </w:r>
      <w:r w:rsidRPr="00B40033">
        <w:rPr>
          <w:lang w:val="sl-SI"/>
        </w:rPr>
        <w:t xml:space="preserve"> takšnega, kot je </w:t>
      </w:r>
      <w:r w:rsidR="009A1EBE">
        <w:rPr>
          <w:lang w:val="sl-SI"/>
        </w:rPr>
        <w:t xml:space="preserve"> in </w:t>
      </w:r>
      <w:r w:rsidRPr="00B40033">
        <w:rPr>
          <w:lang w:val="sl-SI"/>
        </w:rPr>
        <w:t xml:space="preserve">ne skozi vlogo, ki </w:t>
      </w:r>
      <w:r w:rsidR="00ED3FB8" w:rsidRPr="00B40033">
        <w:rPr>
          <w:lang w:val="sl-SI"/>
        </w:rPr>
        <w:t xml:space="preserve">smo </w:t>
      </w:r>
      <w:r w:rsidRPr="00B40033">
        <w:rPr>
          <w:lang w:val="sl-SI"/>
        </w:rPr>
        <w:t xml:space="preserve">se je </w:t>
      </w:r>
      <w:r w:rsidR="00ED3FB8" w:rsidRPr="00B40033">
        <w:rPr>
          <w:lang w:val="sl-SI"/>
        </w:rPr>
        <w:t>naučili</w:t>
      </w:r>
      <w:r w:rsidRPr="00B40033">
        <w:rPr>
          <w:lang w:val="sl-SI"/>
        </w:rPr>
        <w:t xml:space="preserve">. Eric Berne je intimnost opisal kot spontano, iskreno odkritost zavedajočega se človeka, brez psiholoških iger </w:t>
      </w:r>
      <w:hyperlink r:id="rId22">
        <w:r w:rsidR="00F94C82" w:rsidRPr="00B40033">
          <w:rPr>
            <w:color w:val="01696F"/>
            <w:u w:val="single"/>
            <w:lang w:val="sl-SI"/>
          </w:rPr>
          <w:t>(Berne, 1964)</w:t>
        </w:r>
      </w:hyperlink>
      <w:r w:rsidRPr="00B40033">
        <w:rPr>
          <w:lang w:val="sl-SI"/>
        </w:rPr>
        <w:t>.</w:t>
      </w:r>
    </w:p>
    <w:p w14:paraId="117A0DF8" w14:textId="641A80C1" w:rsidR="00F94C82" w:rsidRPr="00B40033" w:rsidRDefault="00911973" w:rsidP="00E713B5">
      <w:pPr>
        <w:jc w:val="both"/>
        <w:rPr>
          <w:lang w:val="sl-SI"/>
        </w:rPr>
      </w:pPr>
      <w:r w:rsidRPr="00B40033">
        <w:rPr>
          <w:b/>
          <w:lang w:val="sl-SI"/>
        </w:rPr>
        <w:t>Psihološke igre</w:t>
      </w:r>
      <w:r w:rsidRPr="00B40033">
        <w:rPr>
          <w:lang w:val="sl-SI"/>
        </w:rPr>
        <w:t xml:space="preserve"> so ponavljajoči se vzorci odnosov z »dvojnim </w:t>
      </w:r>
      <w:r w:rsidR="00D86BCB">
        <w:rPr>
          <w:lang w:val="sl-SI"/>
        </w:rPr>
        <w:t>slabim izidom</w:t>
      </w:r>
      <w:r w:rsidRPr="00B40033">
        <w:rPr>
          <w:lang w:val="sl-SI"/>
        </w:rPr>
        <w:t xml:space="preserve">«: navzven se dogaja eno, pod površjem drugo, konec pa je </w:t>
      </w:r>
      <w:r w:rsidR="00147948" w:rsidRPr="00B40033">
        <w:rPr>
          <w:lang w:val="sl-SI"/>
        </w:rPr>
        <w:t xml:space="preserve">predvidljiv </w:t>
      </w:r>
      <w:r w:rsidRPr="00B40033">
        <w:rPr>
          <w:lang w:val="sl-SI"/>
        </w:rPr>
        <w:t>in neprijeten (»Spet sem ostal sam z vsem«, »Saj sem vedel, da me ne razumejo«). Igre pogosto nadomeščajo intimo</w:t>
      </w:r>
      <w:r w:rsidR="00D2037D">
        <w:rPr>
          <w:lang w:val="sl-SI"/>
        </w:rPr>
        <w:t xml:space="preserve"> ter </w:t>
      </w:r>
      <w:r w:rsidRPr="00B40033">
        <w:rPr>
          <w:lang w:val="sl-SI"/>
        </w:rPr>
        <w:t xml:space="preserve">dajo občutek stika, ne da bi </w:t>
      </w:r>
      <w:r w:rsidR="00752E8C" w:rsidRPr="00B40033">
        <w:rPr>
          <w:lang w:val="sl-SI"/>
        </w:rPr>
        <w:t xml:space="preserve">pri tem </w:t>
      </w:r>
      <w:r w:rsidRPr="00B40033">
        <w:rPr>
          <w:lang w:val="sl-SI"/>
        </w:rPr>
        <w:t xml:space="preserve">tvegali ranljivost. </w:t>
      </w:r>
      <w:proofErr w:type="spellStart"/>
      <w:r w:rsidRPr="00B40033">
        <w:rPr>
          <w:lang w:val="sl-SI"/>
        </w:rPr>
        <w:t>Stephen</w:t>
      </w:r>
      <w:proofErr w:type="spellEnd"/>
      <w:r w:rsidRPr="00B40033">
        <w:rPr>
          <w:lang w:val="sl-SI"/>
        </w:rPr>
        <w:t xml:space="preserve"> </w:t>
      </w:r>
      <w:proofErr w:type="spellStart"/>
      <w:r w:rsidRPr="00B40033">
        <w:rPr>
          <w:lang w:val="sl-SI"/>
        </w:rPr>
        <w:t>Karpman</w:t>
      </w:r>
      <w:proofErr w:type="spellEnd"/>
      <w:r w:rsidRPr="00B40033">
        <w:rPr>
          <w:lang w:val="sl-SI"/>
        </w:rPr>
        <w:t xml:space="preserve"> je dinamiko iger opisal z </w:t>
      </w:r>
      <w:r w:rsidRPr="00B40033">
        <w:rPr>
          <w:b/>
          <w:lang w:val="sl-SI"/>
        </w:rPr>
        <w:t>dramskim trikotnikom</w:t>
      </w:r>
      <w:r w:rsidRPr="00B40033">
        <w:rPr>
          <w:lang w:val="sl-SI"/>
        </w:rPr>
        <w:t xml:space="preserve"> treh vlog</w:t>
      </w:r>
      <w:r w:rsidR="00D2037D">
        <w:rPr>
          <w:lang w:val="sl-SI"/>
        </w:rPr>
        <w:t xml:space="preserve">: </w:t>
      </w:r>
      <w:r w:rsidR="00552855" w:rsidRPr="00B40033">
        <w:rPr>
          <w:lang w:val="sl-SI"/>
        </w:rPr>
        <w:t>preganjalca, rešitelja in žrtve</w:t>
      </w:r>
      <w:r w:rsidR="00481C87" w:rsidRPr="00B40033">
        <w:rPr>
          <w:lang w:val="sl-SI"/>
        </w:rPr>
        <w:t xml:space="preserve"> </w:t>
      </w:r>
      <w:r w:rsidRPr="00B40033">
        <w:rPr>
          <w:lang w:val="sl-SI"/>
        </w:rPr>
        <w:t xml:space="preserve">, med katerimi udeleženci med igro preskakujejo </w:t>
      </w:r>
      <w:hyperlink r:id="rId23">
        <w:r w:rsidR="00F94C82" w:rsidRPr="00B40033">
          <w:rPr>
            <w:color w:val="01696F"/>
            <w:u w:val="single"/>
            <w:lang w:val="sl-SI"/>
          </w:rPr>
          <w:t>(</w:t>
        </w:r>
        <w:proofErr w:type="spellStart"/>
        <w:r w:rsidR="00F94C82" w:rsidRPr="00B40033">
          <w:rPr>
            <w:color w:val="01696F"/>
            <w:u w:val="single"/>
            <w:lang w:val="sl-SI"/>
          </w:rPr>
          <w:t>Karpman</w:t>
        </w:r>
        <w:proofErr w:type="spellEnd"/>
        <w:r w:rsidR="00F94C82" w:rsidRPr="00B40033">
          <w:rPr>
            <w:color w:val="01696F"/>
            <w:u w:val="single"/>
            <w:lang w:val="sl-SI"/>
          </w:rPr>
          <w:t>, 1968)</w:t>
        </w:r>
      </w:hyperlink>
      <w:r w:rsidRPr="00B40033">
        <w:rPr>
          <w:lang w:val="sl-SI"/>
        </w:rPr>
        <w:t>.</w:t>
      </w:r>
    </w:p>
    <w:p w14:paraId="12769E37" w14:textId="77777777" w:rsidR="00F94C82" w:rsidRPr="00B40033" w:rsidRDefault="00911973" w:rsidP="00E713B5">
      <w:pPr>
        <w:jc w:val="both"/>
        <w:rPr>
          <w:lang w:val="sl-SI"/>
        </w:rPr>
      </w:pPr>
      <w:r w:rsidRPr="00B40033">
        <w:rPr>
          <w:lang w:val="sl-SI"/>
        </w:rPr>
        <w:t>Intima je za čustveno suverenost pomembna iz dveh razlogov:</w:t>
      </w:r>
    </w:p>
    <w:p w14:paraId="6BA06384" w14:textId="77777777"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Čustva se uravnavajo tudi v odnosu.</w:t>
      </w:r>
      <w:r w:rsidRPr="00B40033">
        <w:rPr>
          <w:lang w:val="sl-SI"/>
        </w:rPr>
        <w:t xml:space="preserve"> Ob človeku, ki nas vidi in sprejme, se telo umiri hitreje kot v samoti.</w:t>
      </w:r>
    </w:p>
    <w:p w14:paraId="0316C05C" w14:textId="36823410"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Intima zahteva izbiro, ne razgaljanja.</w:t>
      </w:r>
      <w:r w:rsidRPr="00B40033">
        <w:rPr>
          <w:lang w:val="sl-SI"/>
        </w:rPr>
        <w:t xml:space="preserve"> Ni treba </w:t>
      </w:r>
      <w:r w:rsidR="00E110D6" w:rsidRPr="00B40033">
        <w:rPr>
          <w:lang w:val="sl-SI"/>
        </w:rPr>
        <w:t xml:space="preserve">razkriti </w:t>
      </w:r>
      <w:r w:rsidRPr="00B40033">
        <w:rPr>
          <w:lang w:val="sl-SI"/>
        </w:rPr>
        <w:t xml:space="preserve">vsega vsakomur. Suverenost pomeni, da </w:t>
      </w:r>
      <w:r w:rsidR="00266D36" w:rsidRPr="00B40033">
        <w:rPr>
          <w:lang w:val="sl-SI"/>
        </w:rPr>
        <w:t xml:space="preserve">sami </w:t>
      </w:r>
      <w:r w:rsidRPr="00B40033">
        <w:rPr>
          <w:lang w:val="sl-SI"/>
        </w:rPr>
        <w:t>izbiram</w:t>
      </w:r>
      <w:r w:rsidR="00265BDE" w:rsidRPr="00B40033">
        <w:rPr>
          <w:lang w:val="sl-SI"/>
        </w:rPr>
        <w:t>o</w:t>
      </w:r>
      <w:r w:rsidRPr="00B40033">
        <w:rPr>
          <w:lang w:val="sl-SI"/>
        </w:rPr>
        <w:t>, s kom, koliko in kdaj</w:t>
      </w:r>
      <w:r w:rsidR="00266D36" w:rsidRPr="00B40033">
        <w:rPr>
          <w:lang w:val="sl-SI"/>
        </w:rPr>
        <w:t xml:space="preserve"> bomo kaj delili</w:t>
      </w:r>
      <w:r w:rsidRPr="00B40033">
        <w:rPr>
          <w:lang w:val="sl-SI"/>
        </w:rPr>
        <w:t xml:space="preserve"> </w:t>
      </w:r>
      <w:r w:rsidR="00266D36" w:rsidRPr="00B40033">
        <w:rPr>
          <w:lang w:val="sl-SI"/>
        </w:rPr>
        <w:t xml:space="preserve">ter </w:t>
      </w:r>
      <w:r w:rsidRPr="00B40033">
        <w:rPr>
          <w:lang w:val="sl-SI"/>
        </w:rPr>
        <w:t xml:space="preserve">da to </w:t>
      </w:r>
      <w:r w:rsidR="00266D36" w:rsidRPr="00B40033">
        <w:rPr>
          <w:lang w:val="sl-SI"/>
        </w:rPr>
        <w:t xml:space="preserve">odločitev </w:t>
      </w:r>
      <w:r w:rsidRPr="00B40033">
        <w:rPr>
          <w:lang w:val="sl-SI"/>
        </w:rPr>
        <w:t>sprejemam</w:t>
      </w:r>
      <w:r w:rsidR="00265BDE" w:rsidRPr="00B40033">
        <w:rPr>
          <w:lang w:val="sl-SI"/>
        </w:rPr>
        <w:t>o</w:t>
      </w:r>
      <w:r w:rsidRPr="00B40033">
        <w:rPr>
          <w:lang w:val="sl-SI"/>
        </w:rPr>
        <w:t xml:space="preserve"> iz sedanjosti, ne iz starega strahu.</w:t>
      </w:r>
    </w:p>
    <w:p w14:paraId="1ADE3136" w14:textId="77777777" w:rsidR="00F94C82" w:rsidRPr="00B40033" w:rsidRDefault="00911973">
      <w:pPr>
        <w:pStyle w:val="Naslov2"/>
        <w:rPr>
          <w:lang w:val="sl-SI"/>
        </w:rPr>
      </w:pPr>
      <w:r w:rsidRPr="00B40033">
        <w:rPr>
          <w:lang w:val="sl-SI"/>
        </w:rPr>
        <w:t>9.2 Primer</w:t>
      </w:r>
    </w:p>
    <w:p w14:paraId="5912A967" w14:textId="3AD8237E" w:rsidR="00F94C82" w:rsidRPr="00B40033" w:rsidRDefault="00911973" w:rsidP="00E713B5">
      <w:pPr>
        <w:jc w:val="both"/>
        <w:rPr>
          <w:lang w:val="sl-SI"/>
        </w:rPr>
      </w:pPr>
      <w:r w:rsidRPr="00B40033">
        <w:rPr>
          <w:lang w:val="sl-SI"/>
        </w:rPr>
        <w:t xml:space="preserve">Ana </w:t>
      </w:r>
      <w:r w:rsidR="00096A07" w:rsidRPr="00B40033">
        <w:rPr>
          <w:lang w:val="sl-SI"/>
        </w:rPr>
        <w:t>(</w:t>
      </w:r>
      <w:r w:rsidRPr="00B40033">
        <w:rPr>
          <w:lang w:val="sl-SI"/>
        </w:rPr>
        <w:t>38 let</w:t>
      </w:r>
      <w:r w:rsidR="00096A07" w:rsidRPr="00B40033">
        <w:rPr>
          <w:lang w:val="sl-SI"/>
        </w:rPr>
        <w:t>)</w:t>
      </w:r>
      <w:r w:rsidRPr="00B40033">
        <w:rPr>
          <w:lang w:val="sl-SI"/>
        </w:rPr>
        <w:t xml:space="preserve"> je v službi in med prijatelji</w:t>
      </w:r>
      <w:r w:rsidR="00096A07" w:rsidRPr="00B40033">
        <w:rPr>
          <w:lang w:val="sl-SI"/>
        </w:rPr>
        <w:t xml:space="preserve"> znana kot</w:t>
      </w:r>
      <w:r w:rsidRPr="00B40033">
        <w:rPr>
          <w:lang w:val="sl-SI"/>
        </w:rPr>
        <w:t xml:space="preserve"> »tista, ki vsem pomaga«. Ko ji prijateljica znova potoži</w:t>
      </w:r>
      <w:r w:rsidR="00096A07" w:rsidRPr="00B40033">
        <w:rPr>
          <w:lang w:val="sl-SI"/>
        </w:rPr>
        <w:t xml:space="preserve"> o svojih težavah</w:t>
      </w:r>
      <w:r w:rsidRPr="00B40033">
        <w:rPr>
          <w:lang w:val="sl-SI"/>
        </w:rPr>
        <w:t xml:space="preserve">, </w:t>
      </w:r>
      <w:r w:rsidR="004805F4" w:rsidRPr="00B40033">
        <w:rPr>
          <w:lang w:val="sl-SI"/>
        </w:rPr>
        <w:t xml:space="preserve">ji </w:t>
      </w:r>
      <w:r w:rsidRPr="00B40033">
        <w:rPr>
          <w:lang w:val="sl-SI"/>
        </w:rPr>
        <w:t xml:space="preserve">Ana takoj </w:t>
      </w:r>
      <w:r w:rsidR="004805F4" w:rsidRPr="00B40033">
        <w:rPr>
          <w:lang w:val="sl-SI"/>
        </w:rPr>
        <w:t xml:space="preserve">ponudi </w:t>
      </w:r>
      <w:r w:rsidRPr="00B40033">
        <w:rPr>
          <w:lang w:val="sl-SI"/>
        </w:rPr>
        <w:t>rešitve (</w:t>
      </w:r>
      <w:r w:rsidR="00F04B85" w:rsidRPr="00B40033">
        <w:rPr>
          <w:lang w:val="sl-SI"/>
        </w:rPr>
        <w:t>vloga rešiteljice</w:t>
      </w:r>
      <w:r w:rsidRPr="00B40033">
        <w:rPr>
          <w:lang w:val="sl-SI"/>
        </w:rPr>
        <w:t xml:space="preserve">). Zvečer </w:t>
      </w:r>
      <w:r w:rsidR="007412FC" w:rsidRPr="00B40033">
        <w:rPr>
          <w:lang w:val="sl-SI"/>
        </w:rPr>
        <w:t>se Ana počuti izčrpano in jezno</w:t>
      </w:r>
      <w:r w:rsidRPr="00B40033">
        <w:rPr>
          <w:lang w:val="sl-SI"/>
        </w:rPr>
        <w:t xml:space="preserve">: »Name pa nihče ne pomisli« (preskok v </w:t>
      </w:r>
      <w:r w:rsidR="007412FC" w:rsidRPr="00B40033">
        <w:rPr>
          <w:lang w:val="sl-SI"/>
        </w:rPr>
        <w:t>vlogo žrtve</w:t>
      </w:r>
      <w:r w:rsidRPr="00B40033">
        <w:rPr>
          <w:lang w:val="sl-SI"/>
        </w:rPr>
        <w:t xml:space="preserve">). Ko </w:t>
      </w:r>
      <w:r w:rsidR="007412FC" w:rsidRPr="00B40033">
        <w:rPr>
          <w:lang w:val="sl-SI"/>
        </w:rPr>
        <w:t xml:space="preserve">ta </w:t>
      </w:r>
      <w:r w:rsidRPr="00B40033">
        <w:rPr>
          <w:lang w:val="sl-SI"/>
        </w:rPr>
        <w:t>vzorec prepozna z vajo 9.5, poskusi drugače: »Danes nimam moči za reševanje</w:t>
      </w:r>
      <w:r w:rsidR="00493653" w:rsidRPr="00B40033">
        <w:rPr>
          <w:lang w:val="sl-SI"/>
        </w:rPr>
        <w:t xml:space="preserve"> težav</w:t>
      </w:r>
      <w:r w:rsidRPr="00B40033">
        <w:rPr>
          <w:lang w:val="sl-SI"/>
        </w:rPr>
        <w:t>.</w:t>
      </w:r>
      <w:r w:rsidR="00246E75" w:rsidRPr="00B40033">
        <w:rPr>
          <w:lang w:val="sl-SI"/>
        </w:rPr>
        <w:t xml:space="preserve"> </w:t>
      </w:r>
      <w:r w:rsidRPr="00B40033">
        <w:rPr>
          <w:lang w:val="sl-SI"/>
        </w:rPr>
        <w:t xml:space="preserve">Lahko pa ti povem, kako </w:t>
      </w:r>
      <w:r w:rsidR="004132B2" w:rsidRPr="00B40033">
        <w:rPr>
          <w:lang w:val="sl-SI"/>
        </w:rPr>
        <w:t xml:space="preserve">se počutim </w:t>
      </w:r>
      <w:r w:rsidRPr="00B40033">
        <w:rPr>
          <w:lang w:val="sl-SI"/>
        </w:rPr>
        <w:t xml:space="preserve">jaz.« Pogovor je bil krajši in </w:t>
      </w:r>
      <w:r w:rsidR="00343F51" w:rsidRPr="00B40033">
        <w:rPr>
          <w:lang w:val="sl-SI"/>
        </w:rPr>
        <w:t xml:space="preserve">malce </w:t>
      </w:r>
      <w:r w:rsidRPr="00B40033">
        <w:rPr>
          <w:lang w:val="sl-SI"/>
        </w:rPr>
        <w:t>neroden</w:t>
      </w:r>
      <w:r w:rsidR="00246E75" w:rsidRPr="00B40033">
        <w:rPr>
          <w:lang w:val="sl-SI"/>
        </w:rPr>
        <w:t>,</w:t>
      </w:r>
      <w:r w:rsidRPr="00B40033">
        <w:rPr>
          <w:lang w:val="sl-SI"/>
        </w:rPr>
        <w:t xml:space="preserve"> a Ana je prvič po dolgem času odšla domov </w:t>
      </w:r>
      <w:r w:rsidR="00343F51" w:rsidRPr="00B40033">
        <w:rPr>
          <w:b/>
          <w:lang w:val="sl-SI"/>
        </w:rPr>
        <w:t>z občutkom lahkotnosti</w:t>
      </w:r>
      <w:r w:rsidRPr="00B40033">
        <w:rPr>
          <w:lang w:val="sl-SI"/>
        </w:rPr>
        <w:t>.</w:t>
      </w:r>
    </w:p>
    <w:p w14:paraId="3BF9BB85" w14:textId="77777777" w:rsidR="00F94C82" w:rsidRPr="00B40033" w:rsidRDefault="00911973">
      <w:pPr>
        <w:pStyle w:val="Naslov2"/>
        <w:rPr>
          <w:lang w:val="sl-SI"/>
        </w:rPr>
      </w:pPr>
      <w:r w:rsidRPr="00B40033">
        <w:rPr>
          <w:lang w:val="sl-SI"/>
        </w:rPr>
        <w:t>9.3 Vaja: zemljevid bližine (pisna vaja, 20 minut)</w:t>
      </w:r>
    </w:p>
    <w:p w14:paraId="769BB4C1" w14:textId="0FEED396"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Na list nariši tri koncentrične kroge. V sredino napiši »jaz«.</w:t>
      </w:r>
    </w:p>
    <w:p w14:paraId="4E724F57" w14:textId="43729721"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Notranji krog:</w:t>
      </w:r>
      <w:r w:rsidRPr="00B40033">
        <w:rPr>
          <w:lang w:val="sl-SI"/>
        </w:rPr>
        <w:t xml:space="preserve"> </w:t>
      </w:r>
      <w:r w:rsidR="00FF7846" w:rsidRPr="00B40033">
        <w:rPr>
          <w:lang w:val="sl-SI"/>
        </w:rPr>
        <w:t xml:space="preserve">so </w:t>
      </w:r>
      <w:r w:rsidRPr="00B40033">
        <w:rPr>
          <w:lang w:val="sl-SI"/>
        </w:rPr>
        <w:t>ljudje, pred katerimi lahko pokažem tudi slabost, strah ali solze.</w:t>
      </w:r>
    </w:p>
    <w:p w14:paraId="125AA6EF" w14:textId="0A3A9584"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Srednji krog:</w:t>
      </w:r>
      <w:r w:rsidRPr="00B40033">
        <w:rPr>
          <w:lang w:val="sl-SI"/>
        </w:rPr>
        <w:t xml:space="preserve"> </w:t>
      </w:r>
      <w:r w:rsidR="00FF7846" w:rsidRPr="00B40033">
        <w:rPr>
          <w:lang w:val="sl-SI"/>
        </w:rPr>
        <w:t xml:space="preserve">so </w:t>
      </w:r>
      <w:r w:rsidRPr="00B40033">
        <w:rPr>
          <w:lang w:val="sl-SI"/>
        </w:rPr>
        <w:t>ljudje, s katerimi sem rad, a jim ne povem vsega.</w:t>
      </w:r>
    </w:p>
    <w:p w14:paraId="3AC2C8A3" w14:textId="10D6728A"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r>
      <w:r w:rsidRPr="00B40033">
        <w:rPr>
          <w:b/>
          <w:lang w:val="sl-SI"/>
        </w:rPr>
        <w:t>Zunanji krog:</w:t>
      </w:r>
      <w:r w:rsidRPr="00B40033">
        <w:rPr>
          <w:lang w:val="sl-SI"/>
        </w:rPr>
        <w:t xml:space="preserve"> </w:t>
      </w:r>
      <w:r w:rsidR="00FF7846" w:rsidRPr="00B40033">
        <w:rPr>
          <w:lang w:val="sl-SI"/>
        </w:rPr>
        <w:t xml:space="preserve">so </w:t>
      </w:r>
      <w:r w:rsidRPr="00B40033">
        <w:rPr>
          <w:lang w:val="sl-SI"/>
        </w:rPr>
        <w:t xml:space="preserve">ljudje, s katerimi sem v stiku predvsem prek </w:t>
      </w:r>
      <w:r w:rsidR="00FF7846" w:rsidRPr="00B40033">
        <w:rPr>
          <w:lang w:val="sl-SI"/>
        </w:rPr>
        <w:t xml:space="preserve">različnih vlog </w:t>
      </w:r>
      <w:r w:rsidRPr="00B40033">
        <w:rPr>
          <w:lang w:val="sl-SI"/>
        </w:rPr>
        <w:t>(sodelavec, sosed, stranka).</w:t>
      </w:r>
    </w:p>
    <w:p w14:paraId="5D97D653" w14:textId="659ED240" w:rsidR="00F94C82" w:rsidRPr="00B40033" w:rsidRDefault="00911973" w:rsidP="00E713B5">
      <w:pPr>
        <w:tabs>
          <w:tab w:val="left" w:pos="425"/>
        </w:tabs>
        <w:spacing w:after="60"/>
        <w:ind w:left="425" w:hanging="425"/>
        <w:jc w:val="both"/>
        <w:rPr>
          <w:lang w:val="sl-SI"/>
        </w:rPr>
      </w:pPr>
      <w:r w:rsidRPr="00B40033">
        <w:rPr>
          <w:lang w:val="sl-SI"/>
        </w:rPr>
        <w:t>5.</w:t>
      </w:r>
      <w:r w:rsidRPr="00B40033">
        <w:rPr>
          <w:lang w:val="sl-SI"/>
        </w:rPr>
        <w:tab/>
        <w:t>Zdaj odgovori:</w:t>
      </w:r>
    </w:p>
    <w:p w14:paraId="25062870" w14:textId="77777777" w:rsidR="00F94C82" w:rsidRPr="00B40033" w:rsidRDefault="00911973" w:rsidP="00E713B5">
      <w:pPr>
        <w:pStyle w:val="Oznaenseznam2"/>
        <w:jc w:val="both"/>
        <w:rPr>
          <w:lang w:val="sl-SI"/>
        </w:rPr>
      </w:pPr>
      <w:r w:rsidRPr="00B40033">
        <w:rPr>
          <w:lang w:val="sl-SI"/>
        </w:rPr>
        <w:t>Ali je notranji krog prazen, prenatrpan ali ravno pravšnji?</w:t>
      </w:r>
    </w:p>
    <w:p w14:paraId="784A14F2" w14:textId="7B76F165" w:rsidR="00F94C82" w:rsidRPr="00B40033" w:rsidRDefault="00911973" w:rsidP="00E713B5">
      <w:pPr>
        <w:pStyle w:val="Oznaenseznam2"/>
        <w:jc w:val="both"/>
        <w:rPr>
          <w:lang w:val="sl-SI"/>
        </w:rPr>
      </w:pPr>
      <w:r w:rsidRPr="00B40033">
        <w:rPr>
          <w:lang w:val="sl-SI"/>
        </w:rPr>
        <w:t xml:space="preserve">Komu bi rad bil bližje in kaj me </w:t>
      </w:r>
      <w:r w:rsidR="00C05951">
        <w:rPr>
          <w:lang w:val="sl-SI"/>
        </w:rPr>
        <w:t xml:space="preserve">pri tem </w:t>
      </w:r>
      <w:r w:rsidR="008455CE">
        <w:rPr>
          <w:lang w:val="sl-SI"/>
        </w:rPr>
        <w:t>za</w:t>
      </w:r>
      <w:r w:rsidRPr="00B40033">
        <w:rPr>
          <w:lang w:val="sl-SI"/>
        </w:rPr>
        <w:t>ustavlja?</w:t>
      </w:r>
    </w:p>
    <w:p w14:paraId="4D1273F6" w14:textId="0BB37611" w:rsidR="00F94C82" w:rsidRPr="00B40033" w:rsidRDefault="00911973" w:rsidP="00E713B5">
      <w:pPr>
        <w:pStyle w:val="Oznaenseznam2"/>
        <w:jc w:val="both"/>
        <w:rPr>
          <w:lang w:val="sl-SI"/>
        </w:rPr>
      </w:pPr>
      <w:r w:rsidRPr="00B40033">
        <w:rPr>
          <w:lang w:val="sl-SI"/>
        </w:rPr>
        <w:t>S kom se v odnosu pogosto znajdem v isti vlogi (</w:t>
      </w:r>
      <w:r w:rsidR="00146E8C" w:rsidRPr="00B40033">
        <w:rPr>
          <w:lang w:val="sl-SI"/>
        </w:rPr>
        <w:t>rešitelj, preganjalec, žrtev</w:t>
      </w:r>
      <w:r w:rsidRPr="00B40033">
        <w:rPr>
          <w:lang w:val="sl-SI"/>
        </w:rPr>
        <w:t>)?</w:t>
      </w:r>
    </w:p>
    <w:p w14:paraId="57F77B82" w14:textId="77777777" w:rsidR="00F94C82" w:rsidRPr="00B40033" w:rsidRDefault="00911973">
      <w:pPr>
        <w:pStyle w:val="Naslov2"/>
        <w:rPr>
          <w:lang w:val="sl-SI"/>
        </w:rPr>
      </w:pPr>
      <w:r w:rsidRPr="00B40033">
        <w:rPr>
          <w:lang w:val="sl-SI"/>
        </w:rPr>
        <w:t>9.4 Vaja: pogovor brez maske (15–20 minut, enkrat tedensko)</w:t>
      </w:r>
    </w:p>
    <w:p w14:paraId="4C4A0D95" w14:textId="06AF0942" w:rsidR="00F94C82" w:rsidRPr="00B40033" w:rsidRDefault="00911973" w:rsidP="00E713B5">
      <w:pPr>
        <w:jc w:val="both"/>
        <w:rPr>
          <w:lang w:val="sl-SI"/>
        </w:rPr>
      </w:pPr>
      <w:r w:rsidRPr="00B40033">
        <w:rPr>
          <w:lang w:val="sl-SI"/>
        </w:rPr>
        <w:t xml:space="preserve">Vaja je namenjena </w:t>
      </w:r>
      <w:r w:rsidR="00184721" w:rsidRPr="00B40033">
        <w:rPr>
          <w:lang w:val="sl-SI"/>
        </w:rPr>
        <w:t>poglabljanju varnega odnosa in</w:t>
      </w:r>
      <w:r w:rsidRPr="00B40033">
        <w:rPr>
          <w:lang w:val="sl-SI"/>
        </w:rPr>
        <w:t xml:space="preserve"> ne reševanju konflikta.</w:t>
      </w:r>
    </w:p>
    <w:p w14:paraId="4FF7E16C" w14:textId="7B043480"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 xml:space="preserve">Izberi </w:t>
      </w:r>
      <w:r w:rsidR="005530C0" w:rsidRPr="00B40033">
        <w:rPr>
          <w:lang w:val="sl-SI"/>
        </w:rPr>
        <w:t>osebo</w:t>
      </w:r>
      <w:r w:rsidRPr="00B40033">
        <w:rPr>
          <w:lang w:val="sl-SI"/>
        </w:rPr>
        <w:t xml:space="preserve">, ki </w:t>
      </w:r>
      <w:r w:rsidR="007028C5">
        <w:rPr>
          <w:lang w:val="sl-SI"/>
        </w:rPr>
        <w:t>ji</w:t>
      </w:r>
      <w:r w:rsidR="007028C5" w:rsidRPr="00B40033">
        <w:rPr>
          <w:lang w:val="sl-SI"/>
        </w:rPr>
        <w:t xml:space="preserve"> </w:t>
      </w:r>
      <w:r w:rsidRPr="00B40033">
        <w:rPr>
          <w:lang w:val="sl-SI"/>
        </w:rPr>
        <w:t>zaupaš, in se dogovorita za 15–20 minut brez telefonov.</w:t>
      </w:r>
    </w:p>
    <w:p w14:paraId="738FD355" w14:textId="11593A4F" w:rsidR="00F94C82" w:rsidRPr="00B40033" w:rsidRDefault="00911973" w:rsidP="00E713B5">
      <w:pPr>
        <w:tabs>
          <w:tab w:val="left" w:pos="425"/>
        </w:tabs>
        <w:spacing w:after="60"/>
        <w:ind w:left="425" w:hanging="425"/>
        <w:jc w:val="both"/>
        <w:rPr>
          <w:lang w:val="sl-SI"/>
        </w:rPr>
      </w:pPr>
      <w:r w:rsidRPr="00B40033">
        <w:rPr>
          <w:lang w:val="sl-SI"/>
        </w:rPr>
        <w:lastRenderedPageBreak/>
        <w:t>2.</w:t>
      </w:r>
      <w:r w:rsidRPr="00B40033">
        <w:rPr>
          <w:lang w:val="sl-SI"/>
        </w:rPr>
        <w:tab/>
        <w:t xml:space="preserve">Vsak </w:t>
      </w:r>
      <w:r w:rsidR="005530C0" w:rsidRPr="00B40033">
        <w:rPr>
          <w:lang w:val="sl-SI"/>
        </w:rPr>
        <w:t xml:space="preserve">od vaju </w:t>
      </w:r>
      <w:r w:rsidRPr="00B40033">
        <w:rPr>
          <w:lang w:val="sl-SI"/>
        </w:rPr>
        <w:t xml:space="preserve">po 5 minut govori o tem, </w:t>
      </w:r>
      <w:r w:rsidRPr="00B40033">
        <w:rPr>
          <w:b/>
          <w:lang w:val="sl-SI"/>
        </w:rPr>
        <w:t>kaj ga ta teden res</w:t>
      </w:r>
      <w:r w:rsidR="00896F26" w:rsidRPr="00B40033">
        <w:rPr>
          <w:b/>
          <w:lang w:val="sl-SI"/>
        </w:rPr>
        <w:t>nično</w:t>
      </w:r>
      <w:r w:rsidRPr="00B40033">
        <w:rPr>
          <w:b/>
          <w:lang w:val="sl-SI"/>
        </w:rPr>
        <w:t xml:space="preserve"> zaposluje</w:t>
      </w:r>
      <w:r w:rsidR="00896F26" w:rsidRPr="00B40033">
        <w:rPr>
          <w:lang w:val="sl-SI"/>
        </w:rPr>
        <w:t>.</w:t>
      </w:r>
      <w:r w:rsidRPr="00B40033">
        <w:rPr>
          <w:lang w:val="sl-SI"/>
        </w:rPr>
        <w:t xml:space="preserve"> </w:t>
      </w:r>
      <w:r w:rsidR="00896F26" w:rsidRPr="00B40033">
        <w:rPr>
          <w:lang w:val="sl-SI"/>
        </w:rPr>
        <w:t>Pri tem uporabljajta izključno »jaz-stavke«</w:t>
      </w:r>
      <w:r w:rsidR="00896F26" w:rsidRPr="00B40033" w:rsidDel="00896F26">
        <w:rPr>
          <w:lang w:val="sl-SI"/>
        </w:rPr>
        <w:t xml:space="preserve"> </w:t>
      </w:r>
      <w:r w:rsidRPr="00B40033">
        <w:rPr>
          <w:lang w:val="sl-SI"/>
        </w:rPr>
        <w:t>(</w:t>
      </w:r>
      <w:r w:rsidR="00896F26" w:rsidRPr="00B40033">
        <w:rPr>
          <w:lang w:val="sl-SI"/>
        </w:rPr>
        <w:t xml:space="preserve">npr. </w:t>
      </w:r>
      <w:r w:rsidRPr="00B40033">
        <w:rPr>
          <w:lang w:val="sl-SI"/>
        </w:rPr>
        <w:t>»Jaz čutim …«, »Jaz potrebujem …«).</w:t>
      </w:r>
    </w:p>
    <w:p w14:paraId="6FAB61AE" w14:textId="271EB521"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t xml:space="preserve">Poslušalec ne svetuje, ne popravlja in ne primerja </w:t>
      </w:r>
      <w:r w:rsidR="00ED2E93" w:rsidRPr="00B40033">
        <w:rPr>
          <w:lang w:val="sl-SI"/>
        </w:rPr>
        <w:t xml:space="preserve">izkušnje </w:t>
      </w:r>
      <w:r w:rsidRPr="00B40033">
        <w:rPr>
          <w:lang w:val="sl-SI"/>
        </w:rPr>
        <w:t xml:space="preserve">s sabo. </w:t>
      </w:r>
      <w:r w:rsidR="004F2082" w:rsidRPr="00B40033">
        <w:rPr>
          <w:lang w:val="sl-SI"/>
        </w:rPr>
        <w:t xml:space="preserve">Njegova edina naloga je, da </w:t>
      </w:r>
      <w:r w:rsidRPr="00B40033">
        <w:rPr>
          <w:lang w:val="sl-SI"/>
        </w:rPr>
        <w:t>posluša.</w:t>
      </w:r>
    </w:p>
    <w:p w14:paraId="1CCF4F84" w14:textId="24185740"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t xml:space="preserve">Na koncu vsak pove </w:t>
      </w:r>
      <w:r w:rsidR="00F1566A">
        <w:rPr>
          <w:lang w:val="sl-SI"/>
        </w:rPr>
        <w:t>nekaj stvari</w:t>
      </w:r>
      <w:r w:rsidRPr="00B40033">
        <w:rPr>
          <w:lang w:val="sl-SI"/>
        </w:rPr>
        <w:t>, ki j</w:t>
      </w:r>
      <w:r w:rsidR="00F1566A">
        <w:rPr>
          <w:lang w:val="sl-SI"/>
        </w:rPr>
        <w:t>ih</w:t>
      </w:r>
      <w:r w:rsidRPr="00B40033">
        <w:rPr>
          <w:lang w:val="sl-SI"/>
        </w:rPr>
        <w:t xml:space="preserve"> je slišal</w:t>
      </w:r>
      <w:r w:rsidR="00B00039" w:rsidRPr="00B40033">
        <w:rPr>
          <w:lang w:val="sl-SI"/>
        </w:rPr>
        <w:t xml:space="preserve"> pri drugem</w:t>
      </w:r>
      <w:r w:rsidRPr="00B40033">
        <w:rPr>
          <w:lang w:val="sl-SI"/>
        </w:rPr>
        <w:t xml:space="preserve"> in se ga je dotaknila.</w:t>
      </w:r>
    </w:p>
    <w:p w14:paraId="582A45CE" w14:textId="2324C401" w:rsidR="00F94C82" w:rsidRPr="00B40033" w:rsidRDefault="00911973" w:rsidP="00E713B5">
      <w:pPr>
        <w:tabs>
          <w:tab w:val="left" w:pos="425"/>
        </w:tabs>
        <w:spacing w:after="60"/>
        <w:ind w:left="425" w:hanging="425"/>
        <w:jc w:val="both"/>
        <w:rPr>
          <w:lang w:val="sl-SI"/>
        </w:rPr>
      </w:pPr>
      <w:r w:rsidRPr="00B40033">
        <w:rPr>
          <w:lang w:val="sl-SI"/>
        </w:rPr>
        <w:t>5.</w:t>
      </w:r>
      <w:r w:rsidRPr="00B40033">
        <w:rPr>
          <w:lang w:val="sl-SI"/>
        </w:rPr>
        <w:tab/>
        <w:t xml:space="preserve">Zaključita z zahvalo. </w:t>
      </w:r>
      <w:r w:rsidRPr="00090447">
        <w:rPr>
          <w:lang w:val="sl-SI"/>
        </w:rPr>
        <w:t xml:space="preserve">Če </w:t>
      </w:r>
      <w:r w:rsidR="00090447">
        <w:rPr>
          <w:lang w:val="sl-SI"/>
        </w:rPr>
        <w:t>kdaj postane preveč neprijetno</w:t>
      </w:r>
      <w:r w:rsidRPr="00B40033">
        <w:rPr>
          <w:lang w:val="sl-SI"/>
        </w:rPr>
        <w:t xml:space="preserve">, </w:t>
      </w:r>
      <w:r w:rsidR="009801E8" w:rsidRPr="00B40033">
        <w:rPr>
          <w:lang w:val="sl-SI"/>
        </w:rPr>
        <w:t xml:space="preserve">lahko vsak med vajo </w:t>
      </w:r>
      <w:r w:rsidRPr="00090447">
        <w:rPr>
          <w:lang w:val="sl-SI"/>
        </w:rPr>
        <w:t>kadarkoli</w:t>
      </w:r>
      <w:r w:rsidRPr="00B40033">
        <w:rPr>
          <w:lang w:val="sl-SI"/>
        </w:rPr>
        <w:t xml:space="preserve"> reče »stop« (glej 2.1).</w:t>
      </w:r>
    </w:p>
    <w:p w14:paraId="68C4DB48" w14:textId="77777777" w:rsidR="00F94C82" w:rsidRPr="00B40033" w:rsidRDefault="00911973">
      <w:pPr>
        <w:pStyle w:val="Naslov2"/>
        <w:rPr>
          <w:lang w:val="sl-SI"/>
        </w:rPr>
      </w:pPr>
      <w:r w:rsidRPr="00B40033">
        <w:rPr>
          <w:lang w:val="sl-SI"/>
        </w:rPr>
        <w:t>9.5 Vaja: prepoznaj igro (10 minut, po ponavljajoči se situaciji)</w:t>
      </w:r>
    </w:p>
    <w:p w14:paraId="631D4520" w14:textId="645A35F7" w:rsidR="00F94C82" w:rsidRPr="00B40033" w:rsidRDefault="00911973" w:rsidP="00E713B5">
      <w:pPr>
        <w:jc w:val="both"/>
        <w:rPr>
          <w:lang w:val="sl-SI"/>
        </w:rPr>
      </w:pPr>
      <w:r w:rsidRPr="00B40033">
        <w:rPr>
          <w:lang w:val="sl-SI"/>
        </w:rPr>
        <w:t>Izberi situacijo</w:t>
      </w:r>
      <w:r w:rsidR="00523DAB" w:rsidRPr="00B40033">
        <w:rPr>
          <w:lang w:val="sl-SI"/>
        </w:rPr>
        <w:t xml:space="preserve"> v odnosih</w:t>
      </w:r>
      <w:r w:rsidRPr="00B40033">
        <w:rPr>
          <w:lang w:val="sl-SI"/>
        </w:rPr>
        <w:t xml:space="preserve">, ki se ti </w:t>
      </w:r>
      <w:r w:rsidR="00FA6DF2" w:rsidRPr="00B40033">
        <w:rPr>
          <w:lang w:val="sl-SI"/>
        </w:rPr>
        <w:t xml:space="preserve">znova in znova </w:t>
      </w:r>
      <w:r w:rsidRPr="00B40033">
        <w:rPr>
          <w:lang w:val="sl-SI"/>
        </w:rPr>
        <w:t xml:space="preserve">ponavlja </w:t>
      </w:r>
      <w:r w:rsidR="00FA6DF2" w:rsidRPr="00B40033">
        <w:rPr>
          <w:lang w:val="sl-SI"/>
        </w:rPr>
        <w:t xml:space="preserve">ter </w:t>
      </w:r>
      <w:r w:rsidRPr="00B40033">
        <w:rPr>
          <w:lang w:val="sl-SI"/>
        </w:rPr>
        <w:t>se</w:t>
      </w:r>
      <w:r w:rsidR="006F5938" w:rsidRPr="00B40033">
        <w:rPr>
          <w:lang w:val="sl-SI"/>
        </w:rPr>
        <w:t xml:space="preserve"> vedno</w:t>
      </w:r>
      <w:r w:rsidRPr="00B40033">
        <w:rPr>
          <w:lang w:val="sl-SI"/>
        </w:rPr>
        <w:t xml:space="preserve"> konča z </w:t>
      </w:r>
      <w:r w:rsidR="006F5938" w:rsidRPr="00B40033">
        <w:rPr>
          <w:lang w:val="sl-SI"/>
        </w:rPr>
        <w:t xml:space="preserve">enakim </w:t>
      </w:r>
      <w:r w:rsidRPr="00B40033">
        <w:rPr>
          <w:lang w:val="sl-SI"/>
        </w:rPr>
        <w:t>neprijetnim občutkom. Odgovori</w:t>
      </w:r>
      <w:r w:rsidR="006F5938" w:rsidRPr="00B40033">
        <w:rPr>
          <w:lang w:val="sl-SI"/>
        </w:rPr>
        <w:t xml:space="preserve"> na vprašanja</w:t>
      </w:r>
      <w:r w:rsidRPr="00B40033">
        <w:rPr>
          <w:lang w:val="sl-SI"/>
        </w:rPr>
        <w:t>:</w:t>
      </w:r>
    </w:p>
    <w:p w14:paraId="74F1D302" w14:textId="73D51FB1"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 xml:space="preserve">Kaj se mi to znova in znova dogaja </w:t>
      </w:r>
      <w:r w:rsidR="00141939" w:rsidRPr="00B40033">
        <w:rPr>
          <w:lang w:val="sl-SI"/>
        </w:rPr>
        <w:t>(tudi z različnimi ljudmi)</w:t>
      </w:r>
      <w:r w:rsidRPr="00B40033">
        <w:rPr>
          <w:lang w:val="sl-SI"/>
        </w:rPr>
        <w:t>?</w:t>
      </w:r>
    </w:p>
    <w:p w14:paraId="7C38F3A0" w14:textId="2E543483"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t xml:space="preserve">Kako se </w:t>
      </w:r>
      <w:r w:rsidR="00A054F5" w:rsidRPr="00B40033">
        <w:rPr>
          <w:lang w:val="sl-SI"/>
        </w:rPr>
        <w:t xml:space="preserve">celoten </w:t>
      </w:r>
      <w:r w:rsidR="00774FBD" w:rsidRPr="00B40033">
        <w:rPr>
          <w:lang w:val="sl-SI"/>
        </w:rPr>
        <w:t>scenarij</w:t>
      </w:r>
      <w:r w:rsidR="00A054F5" w:rsidRPr="00B40033">
        <w:rPr>
          <w:lang w:val="sl-SI"/>
        </w:rPr>
        <w:t xml:space="preserve"> </w:t>
      </w:r>
      <w:r w:rsidR="006B34C2">
        <w:rPr>
          <w:lang w:val="sl-SI"/>
        </w:rPr>
        <w:t xml:space="preserve">(psihološka igra) </w:t>
      </w:r>
      <w:r w:rsidRPr="00B40033">
        <w:rPr>
          <w:lang w:val="sl-SI"/>
        </w:rPr>
        <w:t xml:space="preserve">začne? Kdo naredi prvi korak in kaj </w:t>
      </w:r>
      <w:r w:rsidR="00CE3C30" w:rsidRPr="00B40033">
        <w:rPr>
          <w:lang w:val="sl-SI"/>
        </w:rPr>
        <w:t xml:space="preserve">takrat </w:t>
      </w:r>
      <w:r w:rsidRPr="00B40033">
        <w:rPr>
          <w:lang w:val="sl-SI"/>
        </w:rPr>
        <w:t>reče?</w:t>
      </w:r>
    </w:p>
    <w:p w14:paraId="2FE743BA" w14:textId="3EC98BF1"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t xml:space="preserve">Kako se </w:t>
      </w:r>
      <w:r w:rsidR="00CE3C30" w:rsidRPr="00B40033">
        <w:rPr>
          <w:lang w:val="sl-SI"/>
        </w:rPr>
        <w:t xml:space="preserve">situacija </w:t>
      </w:r>
      <w:r w:rsidRPr="00B40033">
        <w:rPr>
          <w:lang w:val="sl-SI"/>
        </w:rPr>
        <w:t>konča in kako se počutim na koncu? (Ta občutek je pogosto</w:t>
      </w:r>
      <w:r w:rsidR="003210F8" w:rsidRPr="00B40033">
        <w:rPr>
          <w:lang w:val="sl-SI"/>
        </w:rPr>
        <w:t xml:space="preserve"> naš</w:t>
      </w:r>
      <w:r w:rsidRPr="00B40033">
        <w:rPr>
          <w:lang w:val="sl-SI"/>
        </w:rPr>
        <w:t xml:space="preserve"> »stari znanec«.)</w:t>
      </w:r>
    </w:p>
    <w:p w14:paraId="561E011F" w14:textId="550A775D"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t xml:space="preserve">V kateri vlogi </w:t>
      </w:r>
      <w:r w:rsidR="003210F8" w:rsidRPr="00B40033">
        <w:rPr>
          <w:lang w:val="sl-SI"/>
        </w:rPr>
        <w:t xml:space="preserve">se znajdem </w:t>
      </w:r>
      <w:r w:rsidRPr="00B40033">
        <w:rPr>
          <w:lang w:val="sl-SI"/>
        </w:rPr>
        <w:t xml:space="preserve">na začetku in v kateri </w:t>
      </w:r>
      <w:r w:rsidR="003210F8" w:rsidRPr="00B40033">
        <w:rPr>
          <w:lang w:val="sl-SI"/>
        </w:rPr>
        <w:t xml:space="preserve">pristanem </w:t>
      </w:r>
      <w:r w:rsidRPr="00B40033">
        <w:rPr>
          <w:lang w:val="sl-SI"/>
        </w:rPr>
        <w:t>na koncu (</w:t>
      </w:r>
      <w:r w:rsidR="00C969E4" w:rsidRPr="00B40033">
        <w:rPr>
          <w:lang w:val="sl-SI"/>
        </w:rPr>
        <w:t>preganjalec, rešitelj, žrtev</w:t>
      </w:r>
      <w:r w:rsidRPr="00B40033">
        <w:rPr>
          <w:lang w:val="sl-SI"/>
        </w:rPr>
        <w:t>)?</w:t>
      </w:r>
    </w:p>
    <w:p w14:paraId="581DF833" w14:textId="0D920A52" w:rsidR="00F94C82" w:rsidRPr="00B40033" w:rsidRDefault="00911973" w:rsidP="00E713B5">
      <w:pPr>
        <w:tabs>
          <w:tab w:val="left" w:pos="425"/>
        </w:tabs>
        <w:spacing w:after="60"/>
        <w:ind w:left="425" w:hanging="425"/>
        <w:jc w:val="both"/>
        <w:rPr>
          <w:lang w:val="sl-SI"/>
        </w:rPr>
      </w:pPr>
      <w:r w:rsidRPr="00B40033">
        <w:rPr>
          <w:lang w:val="sl-SI"/>
        </w:rPr>
        <w:t>5.</w:t>
      </w:r>
      <w:r w:rsidRPr="00B40033">
        <w:rPr>
          <w:lang w:val="sl-SI"/>
        </w:rPr>
        <w:tab/>
        <w:t>Kaj sem si v resnici želel: stik, priznanje, pomoč</w:t>
      </w:r>
      <w:r w:rsidR="00764A4F" w:rsidRPr="00B40033">
        <w:rPr>
          <w:lang w:val="sl-SI"/>
        </w:rPr>
        <w:t xml:space="preserve"> ali jasno</w:t>
      </w:r>
      <w:r w:rsidRPr="00B40033">
        <w:rPr>
          <w:lang w:val="sl-SI"/>
        </w:rPr>
        <w:t xml:space="preserve"> mejo?</w:t>
      </w:r>
    </w:p>
    <w:p w14:paraId="10C792A0" w14:textId="36A2B5F8" w:rsidR="00F94C82" w:rsidRPr="00B40033" w:rsidRDefault="00911973" w:rsidP="00E713B5">
      <w:pPr>
        <w:tabs>
          <w:tab w:val="left" w:pos="425"/>
        </w:tabs>
        <w:spacing w:after="60"/>
        <w:ind w:left="425" w:hanging="425"/>
        <w:jc w:val="both"/>
        <w:rPr>
          <w:lang w:val="sl-SI"/>
        </w:rPr>
      </w:pPr>
      <w:r w:rsidRPr="00B40033">
        <w:rPr>
          <w:lang w:val="sl-SI"/>
        </w:rPr>
        <w:t>6.</w:t>
      </w:r>
      <w:r w:rsidRPr="00B40033">
        <w:rPr>
          <w:lang w:val="sl-SI"/>
        </w:rPr>
        <w:tab/>
        <w:t xml:space="preserve">Kako bi to </w:t>
      </w:r>
      <w:r w:rsidR="00764A4F" w:rsidRPr="00B40033">
        <w:rPr>
          <w:lang w:val="sl-SI"/>
        </w:rPr>
        <w:t xml:space="preserve">svojo potrebo </w:t>
      </w:r>
      <w:r w:rsidRPr="00B40033">
        <w:rPr>
          <w:lang w:val="sl-SI"/>
        </w:rPr>
        <w:t xml:space="preserve">lahko </w:t>
      </w:r>
      <w:r w:rsidR="00764A4F" w:rsidRPr="00B40033">
        <w:rPr>
          <w:lang w:val="sl-SI"/>
        </w:rPr>
        <w:t xml:space="preserve">izrazil </w:t>
      </w:r>
      <w:r w:rsidRPr="00B40033">
        <w:rPr>
          <w:b/>
          <w:lang w:val="sl-SI"/>
        </w:rPr>
        <w:t>neposredno</w:t>
      </w:r>
      <w:r w:rsidRPr="00B40033">
        <w:rPr>
          <w:lang w:val="sl-SI"/>
        </w:rPr>
        <w:t>, v enem</w:t>
      </w:r>
      <w:r w:rsidR="00A054F5" w:rsidRPr="00B40033">
        <w:rPr>
          <w:lang w:val="sl-SI"/>
        </w:rPr>
        <w:t xml:space="preserve"> samem</w:t>
      </w:r>
      <w:r w:rsidRPr="00B40033">
        <w:rPr>
          <w:lang w:val="sl-SI"/>
        </w:rPr>
        <w:t xml:space="preserve"> stavku?</w:t>
      </w:r>
    </w:p>
    <w:p w14:paraId="5350AC49" w14:textId="77777777" w:rsidR="00F94C82" w:rsidRPr="00B40033" w:rsidRDefault="00911973">
      <w:pPr>
        <w:pStyle w:val="Naslov2"/>
        <w:rPr>
          <w:lang w:val="sl-SI"/>
        </w:rPr>
      </w:pPr>
      <w:r w:rsidRPr="00B40033">
        <w:rPr>
          <w:lang w:val="sl-SI"/>
        </w:rPr>
        <w:t>9.6 Delovni list: od igre k stiku</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64"/>
        <w:gridCol w:w="2837"/>
        <w:gridCol w:w="2913"/>
        <w:gridCol w:w="2991"/>
      </w:tblGrid>
      <w:tr w:rsidR="00F94C82" w:rsidRPr="00B75BEE" w14:paraId="76458FB3" w14:textId="77777777">
        <w:trPr>
          <w:cantSplit/>
          <w:tblHeader/>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58EE5425" w14:textId="77777777" w:rsidR="00F94C82" w:rsidRPr="00B40033" w:rsidRDefault="00911973" w:rsidP="00E713B5">
            <w:pPr>
              <w:spacing w:after="80" w:line="259" w:lineRule="auto"/>
              <w:jc w:val="center"/>
              <w:rPr>
                <w:lang w:val="sl-SI"/>
              </w:rPr>
            </w:pPr>
            <w:r w:rsidRPr="00B40033">
              <w:rPr>
                <w:b/>
                <w:sz w:val="20"/>
                <w:lang w:val="sl-SI"/>
              </w:rPr>
              <w:t>Odnos</w:t>
            </w:r>
          </w:p>
        </w:tc>
        <w:tc>
          <w:tcPr>
            <w:tcW w:w="275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A1EF14C" w14:textId="77777777" w:rsidR="00F94C82" w:rsidRPr="00B40033" w:rsidRDefault="00911973" w:rsidP="00E713B5">
            <w:pPr>
              <w:spacing w:after="80" w:line="259" w:lineRule="auto"/>
              <w:jc w:val="center"/>
              <w:rPr>
                <w:lang w:val="sl-SI"/>
              </w:rPr>
            </w:pPr>
            <w:r w:rsidRPr="00B40033">
              <w:rPr>
                <w:b/>
                <w:sz w:val="20"/>
                <w:lang w:val="sl-SI"/>
              </w:rPr>
              <w:t>Kaj si v resnici želim od tega odnosa</w:t>
            </w:r>
          </w:p>
        </w:tc>
        <w:tc>
          <w:tcPr>
            <w:tcW w:w="282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01BD2FE" w14:textId="77777777" w:rsidR="00F94C82" w:rsidRPr="00B40033" w:rsidRDefault="00911973" w:rsidP="00E713B5">
            <w:pPr>
              <w:spacing w:after="80" w:line="259" w:lineRule="auto"/>
              <w:jc w:val="center"/>
              <w:rPr>
                <w:lang w:val="sl-SI"/>
              </w:rPr>
            </w:pPr>
            <w:r w:rsidRPr="00B40033">
              <w:rPr>
                <w:b/>
                <w:sz w:val="20"/>
                <w:lang w:val="sl-SI"/>
              </w:rPr>
              <w:t>Kaj naredim namesto tega (vloga, igra)</w:t>
            </w:r>
          </w:p>
        </w:tc>
        <w:tc>
          <w:tcPr>
            <w:tcW w:w="290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67A20B4" w14:textId="0C2D7E23" w:rsidR="00F94C82" w:rsidRPr="00B40033" w:rsidRDefault="00911973" w:rsidP="00E713B5">
            <w:pPr>
              <w:spacing w:after="80" w:line="259" w:lineRule="auto"/>
              <w:jc w:val="center"/>
              <w:rPr>
                <w:lang w:val="sl-SI"/>
              </w:rPr>
            </w:pPr>
            <w:r w:rsidRPr="00B40033">
              <w:rPr>
                <w:b/>
                <w:sz w:val="20"/>
                <w:lang w:val="sl-SI"/>
              </w:rPr>
              <w:t>Neposreden stavek, ki ga lahko poskusim</w:t>
            </w:r>
            <w:r w:rsidR="00455393" w:rsidRPr="00B40033">
              <w:rPr>
                <w:b/>
                <w:sz w:val="20"/>
                <w:lang w:val="sl-SI"/>
              </w:rPr>
              <w:t xml:space="preserve"> izraziti</w:t>
            </w:r>
          </w:p>
        </w:tc>
      </w:tr>
      <w:tr w:rsidR="00F94C82" w:rsidRPr="00B75BEE" w14:paraId="27C4E77B" w14:textId="77777777">
        <w:trPr>
          <w:cantSplit/>
          <w:trHeight w:val="510"/>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5A6BEF6" w14:textId="77777777" w:rsidR="00F94C82" w:rsidRPr="00B40033" w:rsidRDefault="00F94C82">
            <w:pPr>
              <w:spacing w:after="80" w:line="259" w:lineRule="auto"/>
              <w:rPr>
                <w:lang w:val="sl-SI"/>
              </w:rPr>
            </w:pPr>
          </w:p>
        </w:tc>
        <w:tc>
          <w:tcPr>
            <w:tcW w:w="275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8F8C3CD" w14:textId="77777777" w:rsidR="00F94C82" w:rsidRPr="00B40033" w:rsidRDefault="00F94C82">
            <w:pPr>
              <w:spacing w:after="80" w:line="259" w:lineRule="auto"/>
              <w:rPr>
                <w:lang w:val="sl-SI"/>
              </w:rPr>
            </w:pPr>
          </w:p>
        </w:tc>
        <w:tc>
          <w:tcPr>
            <w:tcW w:w="282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A7C608C" w14:textId="77777777" w:rsidR="00F94C82" w:rsidRPr="00B40033" w:rsidRDefault="00F94C82">
            <w:pPr>
              <w:spacing w:after="80" w:line="259" w:lineRule="auto"/>
              <w:rPr>
                <w:lang w:val="sl-SI"/>
              </w:rPr>
            </w:pPr>
          </w:p>
        </w:tc>
        <w:tc>
          <w:tcPr>
            <w:tcW w:w="290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090A2DD" w14:textId="77777777" w:rsidR="00F94C82" w:rsidRPr="00B40033" w:rsidRDefault="00F94C82">
            <w:pPr>
              <w:spacing w:after="80" w:line="259" w:lineRule="auto"/>
              <w:rPr>
                <w:lang w:val="sl-SI"/>
              </w:rPr>
            </w:pPr>
          </w:p>
        </w:tc>
      </w:tr>
      <w:tr w:rsidR="00F94C82" w:rsidRPr="00B75BEE" w14:paraId="447A78F7" w14:textId="77777777">
        <w:trPr>
          <w:cantSplit/>
          <w:trHeight w:val="510"/>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7F12270" w14:textId="77777777" w:rsidR="00F94C82" w:rsidRPr="00B40033" w:rsidRDefault="00F94C82">
            <w:pPr>
              <w:spacing w:after="80" w:line="259" w:lineRule="auto"/>
              <w:rPr>
                <w:lang w:val="sl-SI"/>
              </w:rPr>
            </w:pPr>
          </w:p>
        </w:tc>
        <w:tc>
          <w:tcPr>
            <w:tcW w:w="275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8C30AD7" w14:textId="77777777" w:rsidR="00F94C82" w:rsidRPr="00B40033" w:rsidRDefault="00F94C82">
            <w:pPr>
              <w:spacing w:after="80" w:line="259" w:lineRule="auto"/>
              <w:rPr>
                <w:lang w:val="sl-SI"/>
              </w:rPr>
            </w:pPr>
          </w:p>
        </w:tc>
        <w:tc>
          <w:tcPr>
            <w:tcW w:w="282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D83A004" w14:textId="77777777" w:rsidR="00F94C82" w:rsidRPr="00B40033" w:rsidRDefault="00F94C82">
            <w:pPr>
              <w:spacing w:after="80" w:line="259" w:lineRule="auto"/>
              <w:rPr>
                <w:lang w:val="sl-SI"/>
              </w:rPr>
            </w:pPr>
          </w:p>
        </w:tc>
        <w:tc>
          <w:tcPr>
            <w:tcW w:w="290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D9E7EFC" w14:textId="77777777" w:rsidR="00F94C82" w:rsidRPr="00B40033" w:rsidRDefault="00F94C82">
            <w:pPr>
              <w:spacing w:after="80" w:line="259" w:lineRule="auto"/>
              <w:rPr>
                <w:lang w:val="sl-SI"/>
              </w:rPr>
            </w:pPr>
          </w:p>
        </w:tc>
      </w:tr>
      <w:tr w:rsidR="00F94C82" w:rsidRPr="00B75BEE" w14:paraId="4D9CC815" w14:textId="77777777">
        <w:trPr>
          <w:cantSplit/>
          <w:trHeight w:val="510"/>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97F7978" w14:textId="77777777" w:rsidR="00F94C82" w:rsidRPr="00B40033" w:rsidRDefault="00F94C82">
            <w:pPr>
              <w:spacing w:after="80" w:line="259" w:lineRule="auto"/>
              <w:rPr>
                <w:lang w:val="sl-SI"/>
              </w:rPr>
            </w:pPr>
          </w:p>
        </w:tc>
        <w:tc>
          <w:tcPr>
            <w:tcW w:w="275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A63ACFD" w14:textId="77777777" w:rsidR="00F94C82" w:rsidRPr="00B40033" w:rsidRDefault="00F94C82">
            <w:pPr>
              <w:spacing w:after="80" w:line="259" w:lineRule="auto"/>
              <w:rPr>
                <w:lang w:val="sl-SI"/>
              </w:rPr>
            </w:pPr>
          </w:p>
        </w:tc>
        <w:tc>
          <w:tcPr>
            <w:tcW w:w="282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CF028D1" w14:textId="77777777" w:rsidR="00F94C82" w:rsidRPr="00B40033" w:rsidRDefault="00F94C82">
            <w:pPr>
              <w:spacing w:after="80" w:line="259" w:lineRule="auto"/>
              <w:rPr>
                <w:lang w:val="sl-SI"/>
              </w:rPr>
            </w:pPr>
          </w:p>
        </w:tc>
        <w:tc>
          <w:tcPr>
            <w:tcW w:w="290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45AE1FF" w14:textId="77777777" w:rsidR="00F94C82" w:rsidRPr="00B40033" w:rsidRDefault="00F94C82">
            <w:pPr>
              <w:spacing w:after="80" w:line="259" w:lineRule="auto"/>
              <w:rPr>
                <w:lang w:val="sl-SI"/>
              </w:rPr>
            </w:pPr>
          </w:p>
        </w:tc>
      </w:tr>
      <w:tr w:rsidR="00F94C82" w:rsidRPr="00B75BEE" w14:paraId="2494F5B0" w14:textId="77777777">
        <w:trPr>
          <w:cantSplit/>
          <w:trHeight w:val="510"/>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2B49C4F" w14:textId="77777777" w:rsidR="00F94C82" w:rsidRPr="00B40033" w:rsidRDefault="00F94C82">
            <w:pPr>
              <w:spacing w:after="80" w:line="259" w:lineRule="auto"/>
              <w:rPr>
                <w:lang w:val="sl-SI"/>
              </w:rPr>
            </w:pPr>
          </w:p>
        </w:tc>
        <w:tc>
          <w:tcPr>
            <w:tcW w:w="275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5DD2B89" w14:textId="77777777" w:rsidR="00F94C82" w:rsidRPr="00B40033" w:rsidRDefault="00F94C82">
            <w:pPr>
              <w:spacing w:after="80" w:line="259" w:lineRule="auto"/>
              <w:rPr>
                <w:lang w:val="sl-SI"/>
              </w:rPr>
            </w:pPr>
          </w:p>
        </w:tc>
        <w:tc>
          <w:tcPr>
            <w:tcW w:w="282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0DC0063" w14:textId="77777777" w:rsidR="00F94C82" w:rsidRPr="00B40033" w:rsidRDefault="00F94C82">
            <w:pPr>
              <w:spacing w:after="80" w:line="259" w:lineRule="auto"/>
              <w:rPr>
                <w:lang w:val="sl-SI"/>
              </w:rPr>
            </w:pPr>
          </w:p>
        </w:tc>
        <w:tc>
          <w:tcPr>
            <w:tcW w:w="290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30792BC" w14:textId="77777777" w:rsidR="00F94C82" w:rsidRPr="00B40033" w:rsidRDefault="00F94C82">
            <w:pPr>
              <w:spacing w:after="80" w:line="259" w:lineRule="auto"/>
              <w:rPr>
                <w:lang w:val="sl-SI"/>
              </w:rPr>
            </w:pPr>
          </w:p>
        </w:tc>
      </w:tr>
    </w:tbl>
    <w:p w14:paraId="01A2398B" w14:textId="77777777" w:rsidR="00F94C82" w:rsidRPr="00B40033" w:rsidRDefault="00F94C82">
      <w:pPr>
        <w:spacing w:after="40"/>
        <w:rPr>
          <w:lang w:val="sl-SI"/>
        </w:rPr>
      </w:pPr>
    </w:p>
    <w:p w14:paraId="47864819" w14:textId="77777777" w:rsidR="00F94C82" w:rsidRPr="00B40033" w:rsidRDefault="00911973">
      <w:pPr>
        <w:pStyle w:val="Naslov2"/>
        <w:rPr>
          <w:lang w:val="sl-SI"/>
        </w:rPr>
      </w:pPr>
      <w:r w:rsidRPr="00B40033">
        <w:rPr>
          <w:lang w:val="sl-SI"/>
        </w:rPr>
        <w:t>9.7 Refleksija</w:t>
      </w:r>
    </w:p>
    <w:p w14:paraId="0588CAEE" w14:textId="782C2222" w:rsidR="00F94C82" w:rsidRPr="00B40033" w:rsidRDefault="00911973" w:rsidP="00E713B5">
      <w:pPr>
        <w:pStyle w:val="Oznaenseznam"/>
        <w:jc w:val="both"/>
        <w:rPr>
          <w:lang w:val="sl-SI"/>
        </w:rPr>
      </w:pPr>
      <w:r w:rsidRPr="00B40033">
        <w:rPr>
          <w:lang w:val="sl-SI"/>
        </w:rPr>
        <w:t xml:space="preserve">Kdaj sem nazadnje občutil </w:t>
      </w:r>
      <w:r w:rsidR="00A55015" w:rsidRPr="00B40033">
        <w:rPr>
          <w:lang w:val="sl-SI"/>
        </w:rPr>
        <w:t xml:space="preserve">pristen </w:t>
      </w:r>
      <w:r w:rsidRPr="00B40033">
        <w:rPr>
          <w:lang w:val="sl-SI"/>
        </w:rPr>
        <w:t>stik in kaj je bilo takrat drugače?</w:t>
      </w:r>
    </w:p>
    <w:p w14:paraId="6BDDB9A4" w14:textId="6C0B9A17" w:rsidR="00F94C82" w:rsidRPr="00B40033" w:rsidRDefault="00911973" w:rsidP="00E713B5">
      <w:pPr>
        <w:pStyle w:val="Oznaenseznam"/>
        <w:jc w:val="both"/>
        <w:rPr>
          <w:lang w:val="sl-SI"/>
        </w:rPr>
      </w:pPr>
      <w:r w:rsidRPr="00B40033">
        <w:rPr>
          <w:lang w:val="sl-SI"/>
        </w:rPr>
        <w:t xml:space="preserve">Katero vlogo iz dramskega trikotnika poznam najbolje in kaj mi </w:t>
      </w:r>
      <w:r w:rsidR="00A55015" w:rsidRPr="00B40033">
        <w:rPr>
          <w:lang w:val="sl-SI"/>
        </w:rPr>
        <w:t>ta vloga prinaša</w:t>
      </w:r>
      <w:r w:rsidRPr="00B40033">
        <w:rPr>
          <w:lang w:val="sl-SI"/>
        </w:rPr>
        <w:t>?</w:t>
      </w:r>
    </w:p>
    <w:p w14:paraId="3427B6B9" w14:textId="77777777" w:rsidR="00F94C82" w:rsidRPr="00B40033" w:rsidRDefault="00911973">
      <w:pPr>
        <w:pStyle w:val="Naslov2"/>
        <w:rPr>
          <w:lang w:val="sl-SI"/>
        </w:rPr>
      </w:pPr>
      <w:r w:rsidRPr="00B40033">
        <w:rPr>
          <w:lang w:val="sl-SI"/>
        </w:rPr>
        <w:t>9.8 Majhna akcija</w:t>
      </w:r>
    </w:p>
    <w:p w14:paraId="7299B1A5" w14:textId="495FFFC3" w:rsidR="00F94C82" w:rsidRPr="00B40033" w:rsidRDefault="00911973" w:rsidP="00E713B5">
      <w:pPr>
        <w:jc w:val="both"/>
        <w:rPr>
          <w:lang w:val="sl-SI"/>
        </w:rPr>
      </w:pPr>
      <w:r w:rsidRPr="00B40033">
        <w:rPr>
          <w:lang w:val="sl-SI"/>
        </w:rPr>
        <w:t xml:space="preserve">Ta teden povej zaupanja </w:t>
      </w:r>
      <w:r w:rsidR="007B3DA6">
        <w:rPr>
          <w:lang w:val="sl-SI"/>
        </w:rPr>
        <w:t>vredni osebi</w:t>
      </w:r>
      <w:r w:rsidRPr="00B40033">
        <w:rPr>
          <w:lang w:val="sl-SI"/>
        </w:rPr>
        <w:t xml:space="preserve"> </w:t>
      </w:r>
      <w:r w:rsidRPr="00B40033">
        <w:rPr>
          <w:b/>
          <w:lang w:val="sl-SI"/>
        </w:rPr>
        <w:t>nekaj resničnega o sebi</w:t>
      </w:r>
      <w:r w:rsidR="00C05951">
        <w:rPr>
          <w:b/>
          <w:lang w:val="sl-SI"/>
        </w:rPr>
        <w:t xml:space="preserve">, </w:t>
      </w:r>
      <w:r w:rsidR="00EF65BC" w:rsidRPr="00B40033">
        <w:rPr>
          <w:bCs/>
          <w:lang w:val="sl-SI"/>
        </w:rPr>
        <w:t>nekaj</w:t>
      </w:r>
      <w:r w:rsidRPr="00B40033">
        <w:rPr>
          <w:lang w:val="sl-SI"/>
        </w:rPr>
        <w:t xml:space="preserve">, česar običajno ne poveš. </w:t>
      </w:r>
      <w:r w:rsidR="00901D34" w:rsidRPr="00B40033">
        <w:rPr>
          <w:lang w:val="sl-SI"/>
        </w:rPr>
        <w:t xml:space="preserve">Naj bo to nekaj majhnega, ne </w:t>
      </w:r>
      <w:r w:rsidR="00E964AA">
        <w:rPr>
          <w:lang w:val="sl-SI"/>
        </w:rPr>
        <w:t>tvoja</w:t>
      </w:r>
      <w:r w:rsidR="00901D34" w:rsidRPr="00B40033">
        <w:rPr>
          <w:lang w:val="sl-SI"/>
        </w:rPr>
        <w:t xml:space="preserve"> največja skrivnost</w:t>
      </w:r>
      <w:r w:rsidRPr="00B40033">
        <w:rPr>
          <w:lang w:val="sl-SI"/>
        </w:rPr>
        <w:t xml:space="preserve">. Opazuj, kaj se </w:t>
      </w:r>
      <w:r w:rsidR="00E1336C" w:rsidRPr="00B40033">
        <w:rPr>
          <w:lang w:val="sl-SI"/>
        </w:rPr>
        <w:t xml:space="preserve">bo premaknilo </w:t>
      </w:r>
      <w:r w:rsidRPr="00B40033">
        <w:rPr>
          <w:lang w:val="sl-SI"/>
        </w:rPr>
        <w:t xml:space="preserve">v tebi in </w:t>
      </w:r>
      <w:r w:rsidR="006D6A15" w:rsidRPr="00B40033">
        <w:rPr>
          <w:lang w:val="sl-SI"/>
        </w:rPr>
        <w:t xml:space="preserve">v vajinem </w:t>
      </w:r>
      <w:r w:rsidR="00E1336C" w:rsidRPr="00B40033">
        <w:rPr>
          <w:lang w:val="sl-SI"/>
        </w:rPr>
        <w:t>odnosu</w:t>
      </w:r>
      <w:r w:rsidRPr="00B40033">
        <w:rPr>
          <w:lang w:val="sl-SI"/>
        </w:rPr>
        <w:t>.</w:t>
      </w:r>
    </w:p>
    <w:p w14:paraId="0D40EA00" w14:textId="77777777" w:rsidR="00F94C82" w:rsidRPr="00B40033" w:rsidRDefault="00911973">
      <w:pPr>
        <w:pStyle w:val="Naslov1"/>
        <w:pBdr>
          <w:bottom w:val="single" w:sz="8" w:space="9" w:color="EBC5A7"/>
        </w:pBdr>
        <w:rPr>
          <w:lang w:val="sl-SI"/>
        </w:rPr>
      </w:pPr>
      <w:r w:rsidRPr="00B40033">
        <w:rPr>
          <w:lang w:val="sl-SI"/>
        </w:rPr>
        <w:lastRenderedPageBreak/>
        <w:t>10. Spontanost</w:t>
      </w:r>
    </w:p>
    <w:p w14:paraId="0E5DBA93" w14:textId="77777777" w:rsidR="00F94C82" w:rsidRPr="00B40033" w:rsidRDefault="00911973">
      <w:pPr>
        <w:pStyle w:val="Naslov2"/>
        <w:rPr>
          <w:lang w:val="sl-SI"/>
        </w:rPr>
      </w:pPr>
      <w:r w:rsidRPr="00B40033">
        <w:rPr>
          <w:lang w:val="sl-SI"/>
        </w:rPr>
        <w:t>10.1 Razlaga</w:t>
      </w:r>
    </w:p>
    <w:p w14:paraId="3CCB5233" w14:textId="6C07217B" w:rsidR="00F94C82" w:rsidRPr="00B40033" w:rsidRDefault="00883E45" w:rsidP="00E713B5">
      <w:pPr>
        <w:jc w:val="both"/>
        <w:rPr>
          <w:lang w:val="sl-SI"/>
        </w:rPr>
      </w:pPr>
      <w:r w:rsidRPr="00B40033">
        <w:rPr>
          <w:lang w:val="sl-SI"/>
        </w:rPr>
        <w:t>Spontanost je svoboda izbire</w:t>
      </w:r>
      <w:r w:rsidR="00911973" w:rsidRPr="00B40033">
        <w:rPr>
          <w:lang w:val="sl-SI"/>
        </w:rPr>
        <w:t>:</w:t>
      </w:r>
      <w:r w:rsidR="00337A4B" w:rsidRPr="00B40033">
        <w:rPr>
          <w:lang w:val="sl-SI"/>
        </w:rPr>
        <w:t xml:space="preserve"> pomeni zavestno odločitev o tem,</w:t>
      </w:r>
      <w:r w:rsidR="00911973" w:rsidRPr="00B40033">
        <w:rPr>
          <w:lang w:val="sl-SI"/>
        </w:rPr>
        <w:t xml:space="preserve"> </w:t>
      </w:r>
      <w:r w:rsidR="00911973" w:rsidRPr="00B40033">
        <w:rPr>
          <w:b/>
          <w:lang w:val="sl-SI"/>
        </w:rPr>
        <w:t>kaj, kako in kdaj bom</w:t>
      </w:r>
      <w:r w:rsidR="00C61DD5" w:rsidRPr="00B40033">
        <w:rPr>
          <w:b/>
          <w:lang w:val="sl-SI"/>
        </w:rPr>
        <w:t>o</w:t>
      </w:r>
      <w:r w:rsidR="00911973" w:rsidRPr="00B40033">
        <w:rPr>
          <w:b/>
          <w:lang w:val="sl-SI"/>
        </w:rPr>
        <w:t xml:space="preserve"> nekaj počel</w:t>
      </w:r>
      <w:r w:rsidR="00C61DD5" w:rsidRPr="00B40033">
        <w:rPr>
          <w:b/>
          <w:lang w:val="sl-SI"/>
        </w:rPr>
        <w:t>i</w:t>
      </w:r>
      <w:r w:rsidR="00911973" w:rsidRPr="00B40033">
        <w:rPr>
          <w:b/>
          <w:lang w:val="sl-SI"/>
        </w:rPr>
        <w:t>, čutil</w:t>
      </w:r>
      <w:r w:rsidR="00C61DD5" w:rsidRPr="00B40033">
        <w:rPr>
          <w:b/>
          <w:lang w:val="sl-SI"/>
        </w:rPr>
        <w:t>i</w:t>
      </w:r>
      <w:r w:rsidR="00911973" w:rsidRPr="00B40033">
        <w:rPr>
          <w:b/>
          <w:lang w:val="sl-SI"/>
        </w:rPr>
        <w:t xml:space="preserve"> in razmišljal</w:t>
      </w:r>
      <w:r w:rsidR="00C61DD5" w:rsidRPr="00B40033">
        <w:rPr>
          <w:b/>
          <w:lang w:val="sl-SI"/>
        </w:rPr>
        <w:t>i</w:t>
      </w:r>
      <w:r w:rsidR="00911973" w:rsidRPr="00B40033">
        <w:rPr>
          <w:lang w:val="sl-SI"/>
        </w:rPr>
        <w:t xml:space="preserve">. </w:t>
      </w:r>
      <w:r w:rsidR="00033DF8" w:rsidRPr="00B40033">
        <w:rPr>
          <w:lang w:val="sl-SI"/>
        </w:rPr>
        <w:t xml:space="preserve">Eric </w:t>
      </w:r>
      <w:r w:rsidR="00911973" w:rsidRPr="00B40033">
        <w:rPr>
          <w:lang w:val="sl-SI"/>
        </w:rPr>
        <w:t>Berne je spontanost razumel kot možnost izbire</w:t>
      </w:r>
      <w:r w:rsidR="00137B8A">
        <w:rPr>
          <w:lang w:val="sl-SI"/>
        </w:rPr>
        <w:t xml:space="preserve"> oz. </w:t>
      </w:r>
      <w:r w:rsidR="00911973" w:rsidRPr="00B40033">
        <w:rPr>
          <w:lang w:val="sl-SI"/>
        </w:rPr>
        <w:t xml:space="preserve">svobodo, da </w:t>
      </w:r>
      <w:r w:rsidR="00C61DD5" w:rsidRPr="00B40033">
        <w:rPr>
          <w:lang w:val="sl-SI"/>
        </w:rPr>
        <w:t xml:space="preserve">izberemo </w:t>
      </w:r>
      <w:r w:rsidR="00911973" w:rsidRPr="00B40033">
        <w:rPr>
          <w:lang w:val="sl-SI"/>
        </w:rPr>
        <w:t xml:space="preserve">in </w:t>
      </w:r>
      <w:r w:rsidR="00C61DD5" w:rsidRPr="00B40033">
        <w:rPr>
          <w:lang w:val="sl-SI"/>
        </w:rPr>
        <w:t xml:space="preserve">izrazimo </w:t>
      </w:r>
      <w:r w:rsidR="00911973" w:rsidRPr="00B40033">
        <w:rPr>
          <w:lang w:val="sl-SI"/>
        </w:rPr>
        <w:t xml:space="preserve">čustva iz celotne palete, ne le tistih, ki </w:t>
      </w:r>
      <w:r w:rsidR="00C61DD5" w:rsidRPr="00B40033">
        <w:rPr>
          <w:lang w:val="sl-SI"/>
        </w:rPr>
        <w:t xml:space="preserve">smo </w:t>
      </w:r>
      <w:r w:rsidR="00911973" w:rsidRPr="00B40033">
        <w:rPr>
          <w:lang w:val="sl-SI"/>
        </w:rPr>
        <w:t>se jih naučil</w:t>
      </w:r>
      <w:r w:rsidR="00C61DD5" w:rsidRPr="00B40033">
        <w:rPr>
          <w:lang w:val="sl-SI"/>
        </w:rPr>
        <w:t>i</w:t>
      </w:r>
      <w:r w:rsidR="00911973" w:rsidRPr="00B40033">
        <w:rPr>
          <w:lang w:val="sl-SI"/>
        </w:rPr>
        <w:t xml:space="preserve"> imeti</w:t>
      </w:r>
      <w:r w:rsidR="002D41D9" w:rsidRPr="00B40033">
        <w:rPr>
          <w:lang w:val="sl-SI"/>
        </w:rPr>
        <w:t xml:space="preserve"> v preteklosti</w:t>
      </w:r>
      <w:r w:rsidR="00911973" w:rsidRPr="00B40033">
        <w:rPr>
          <w:lang w:val="sl-SI"/>
        </w:rPr>
        <w:t xml:space="preserve"> </w:t>
      </w:r>
      <w:hyperlink r:id="rId24">
        <w:r w:rsidR="00F94C82" w:rsidRPr="00B40033">
          <w:rPr>
            <w:color w:val="01696F"/>
            <w:u w:val="single"/>
            <w:lang w:val="sl-SI"/>
          </w:rPr>
          <w:t>(Berne, 1964)</w:t>
        </w:r>
      </w:hyperlink>
      <w:r w:rsidR="00911973" w:rsidRPr="00B40033">
        <w:rPr>
          <w:lang w:val="sl-SI"/>
        </w:rPr>
        <w:t>.</w:t>
      </w:r>
    </w:p>
    <w:p w14:paraId="5F1D3C3A" w14:textId="058A49C1" w:rsidR="00F94C82" w:rsidRPr="00B40033" w:rsidRDefault="00911973" w:rsidP="00E713B5">
      <w:pPr>
        <w:jc w:val="both"/>
        <w:rPr>
          <w:lang w:val="sl-SI"/>
        </w:rPr>
      </w:pPr>
      <w:r w:rsidRPr="00B40033">
        <w:rPr>
          <w:lang w:val="sl-SI"/>
        </w:rPr>
        <w:t xml:space="preserve">Spontanost </w:t>
      </w:r>
      <w:r w:rsidRPr="00B40033">
        <w:rPr>
          <w:b/>
          <w:lang w:val="sl-SI"/>
        </w:rPr>
        <w:t xml:space="preserve">ni </w:t>
      </w:r>
      <w:r w:rsidR="00385DE0" w:rsidRPr="00B75BEE">
        <w:rPr>
          <w:bCs/>
          <w:lang w:val="sl-SI"/>
        </w:rPr>
        <w:t>isto kot</w:t>
      </w:r>
      <w:r w:rsidR="00385DE0" w:rsidRPr="00B40033">
        <w:rPr>
          <w:b/>
          <w:lang w:val="sl-SI"/>
        </w:rPr>
        <w:t xml:space="preserve"> </w:t>
      </w:r>
      <w:r w:rsidRPr="00B40033">
        <w:rPr>
          <w:b/>
          <w:lang w:val="sl-SI"/>
        </w:rPr>
        <w:t>impulzivnost</w:t>
      </w:r>
      <w:r w:rsidRPr="00B40033">
        <w:rPr>
          <w:lang w:val="sl-SI"/>
        </w:rPr>
        <w:t>. Impulz je pogosto</w:t>
      </w:r>
      <w:r w:rsidR="007B7CC8" w:rsidRPr="00B40033">
        <w:rPr>
          <w:lang w:val="sl-SI"/>
        </w:rPr>
        <w:t xml:space="preserve"> le</w:t>
      </w:r>
      <w:r w:rsidRPr="00B40033">
        <w:rPr>
          <w:lang w:val="sl-SI"/>
        </w:rPr>
        <w:t xml:space="preserve"> star </w:t>
      </w:r>
      <w:r w:rsidR="009C3A5C" w:rsidRPr="00B40033">
        <w:rPr>
          <w:lang w:val="sl-SI"/>
        </w:rPr>
        <w:t xml:space="preserve">življenjski scenarij </w:t>
      </w:r>
      <w:r w:rsidR="00D20386" w:rsidRPr="00B40033">
        <w:rPr>
          <w:lang w:val="sl-SI"/>
        </w:rPr>
        <w:t>(</w:t>
      </w:r>
      <w:r w:rsidRPr="00B40033">
        <w:rPr>
          <w:lang w:val="sl-SI"/>
        </w:rPr>
        <w:t>skript</w:t>
      </w:r>
      <w:r w:rsidR="00D20386" w:rsidRPr="00B40033">
        <w:rPr>
          <w:lang w:val="sl-SI"/>
        </w:rPr>
        <w:t>)</w:t>
      </w:r>
      <w:r w:rsidRPr="00B40033">
        <w:rPr>
          <w:lang w:val="sl-SI"/>
        </w:rPr>
        <w:t>, ki se sproži sam</w:t>
      </w:r>
      <w:r w:rsidR="007A37BE" w:rsidRPr="00B40033">
        <w:rPr>
          <w:lang w:val="sl-SI"/>
        </w:rPr>
        <w:t>odejno</w:t>
      </w:r>
      <w:r w:rsidRPr="00B40033">
        <w:rPr>
          <w:lang w:val="sl-SI"/>
        </w:rPr>
        <w:t xml:space="preserve"> (</w:t>
      </w:r>
      <w:r w:rsidR="00E4019F" w:rsidRPr="00B40033">
        <w:rPr>
          <w:lang w:val="sl-SI"/>
        </w:rPr>
        <w:t xml:space="preserve">npr. </w:t>
      </w:r>
      <w:r w:rsidRPr="00B40033">
        <w:rPr>
          <w:lang w:val="sl-SI"/>
        </w:rPr>
        <w:t>»vedno rečem ja«, »vedno se umaknem«). Spontanost je</w:t>
      </w:r>
      <w:r w:rsidR="00856E73" w:rsidRPr="00B40033">
        <w:rPr>
          <w:lang w:val="sl-SI"/>
        </w:rPr>
        <w:t>, nasprotno,</w:t>
      </w:r>
      <w:r w:rsidRPr="00B40033">
        <w:rPr>
          <w:lang w:val="sl-SI"/>
        </w:rPr>
        <w:t xml:space="preserve"> svež odziv na</w:t>
      </w:r>
      <w:r w:rsidR="00924E1D" w:rsidRPr="00B40033">
        <w:rPr>
          <w:lang w:val="sl-SI"/>
        </w:rPr>
        <w:t xml:space="preserve"> trenutek</w:t>
      </w:r>
      <w:r w:rsidRPr="00B40033">
        <w:rPr>
          <w:lang w:val="sl-SI"/>
        </w:rPr>
        <w:t xml:space="preserve"> tukaj in zdaj</w:t>
      </w:r>
      <w:r w:rsidR="00085DB9" w:rsidRPr="00B40033">
        <w:rPr>
          <w:lang w:val="sl-SI"/>
        </w:rPr>
        <w:t>.</w:t>
      </w:r>
      <w:r w:rsidRPr="00B40033">
        <w:rPr>
          <w:lang w:val="sl-SI"/>
        </w:rPr>
        <w:t xml:space="preserve"> </w:t>
      </w:r>
      <w:r w:rsidR="00085DB9" w:rsidRPr="00B40033">
        <w:rPr>
          <w:lang w:val="sl-SI"/>
        </w:rPr>
        <w:t>Z</w:t>
      </w:r>
      <w:r w:rsidRPr="00B40033">
        <w:rPr>
          <w:lang w:val="sl-SI"/>
        </w:rPr>
        <w:t>ato</w:t>
      </w:r>
      <w:r w:rsidR="00085DB9" w:rsidRPr="00B40033">
        <w:rPr>
          <w:lang w:val="sl-SI"/>
        </w:rPr>
        <w:t xml:space="preserve"> vedno</w:t>
      </w:r>
      <w:r w:rsidRPr="00B40033">
        <w:rPr>
          <w:lang w:val="sl-SI"/>
        </w:rPr>
        <w:t xml:space="preserve"> potrebuje zavedanje (poglavji 4 in 8) </w:t>
      </w:r>
      <w:r w:rsidR="00A5045B" w:rsidRPr="00B40033">
        <w:rPr>
          <w:lang w:val="sl-SI"/>
        </w:rPr>
        <w:t xml:space="preserve">ter </w:t>
      </w:r>
      <w:r w:rsidRPr="00B40033">
        <w:rPr>
          <w:lang w:val="sl-SI"/>
        </w:rPr>
        <w:t>prostor med dražljajem in odzivom (poglavje 11).</w:t>
      </w:r>
    </w:p>
    <w:p w14:paraId="7F9C64C4" w14:textId="1C46B22E" w:rsidR="00F94C82" w:rsidRPr="00B40033" w:rsidRDefault="00105174" w:rsidP="00E713B5">
      <w:pPr>
        <w:jc w:val="both"/>
        <w:rPr>
          <w:lang w:val="sl-SI"/>
        </w:rPr>
      </w:pPr>
      <w:r w:rsidRPr="00B40033">
        <w:rPr>
          <w:lang w:val="sl-SI"/>
        </w:rPr>
        <w:t xml:space="preserve">Življenjski scenarij </w:t>
      </w:r>
      <w:r w:rsidR="00911973" w:rsidRPr="00B40033">
        <w:rPr>
          <w:lang w:val="sl-SI"/>
        </w:rPr>
        <w:t>zoži</w:t>
      </w:r>
      <w:r w:rsidRPr="00B40033">
        <w:rPr>
          <w:lang w:val="sl-SI"/>
        </w:rPr>
        <w:t xml:space="preserve"> naš</w:t>
      </w:r>
      <w:r w:rsidR="00911973" w:rsidRPr="00B40033">
        <w:rPr>
          <w:lang w:val="sl-SI"/>
        </w:rPr>
        <w:t xml:space="preserve"> repertoar</w:t>
      </w:r>
      <w:r w:rsidR="00A65D3C" w:rsidRPr="00B40033">
        <w:rPr>
          <w:lang w:val="sl-SI"/>
        </w:rPr>
        <w:t xml:space="preserve"> na</w:t>
      </w:r>
      <w:r w:rsidR="00911973" w:rsidRPr="00B40033">
        <w:rPr>
          <w:lang w:val="sl-SI"/>
        </w:rPr>
        <w:t>: »Jaz pač vedno …«</w:t>
      </w:r>
      <w:r w:rsidR="00A65D3C" w:rsidRPr="00B40033">
        <w:rPr>
          <w:lang w:val="sl-SI"/>
        </w:rPr>
        <w:t>,</w:t>
      </w:r>
      <w:r w:rsidR="00911973" w:rsidRPr="00B40033">
        <w:rPr>
          <w:lang w:val="sl-SI"/>
        </w:rPr>
        <w:t xml:space="preserve"> </w:t>
      </w:r>
      <w:r w:rsidR="00A65D3C" w:rsidRPr="00B40033">
        <w:rPr>
          <w:lang w:val="sl-SI"/>
        </w:rPr>
        <w:t>s</w:t>
      </w:r>
      <w:r w:rsidR="00911973" w:rsidRPr="00B40033">
        <w:rPr>
          <w:lang w:val="sl-SI"/>
        </w:rPr>
        <w:t xml:space="preserve">pontanost </w:t>
      </w:r>
      <w:r w:rsidR="00A65D3C" w:rsidRPr="00B40033">
        <w:rPr>
          <w:lang w:val="sl-SI"/>
        </w:rPr>
        <w:t xml:space="preserve">pa </w:t>
      </w:r>
      <w:r w:rsidR="00911973" w:rsidRPr="00B40033">
        <w:rPr>
          <w:lang w:val="sl-SI"/>
        </w:rPr>
        <w:t>ga razširi</w:t>
      </w:r>
      <w:r w:rsidR="00EA2B23" w:rsidRPr="00B40033">
        <w:rPr>
          <w:lang w:val="sl-SI"/>
        </w:rPr>
        <w:t>.</w:t>
      </w:r>
      <w:r w:rsidR="00911973" w:rsidRPr="00B40033">
        <w:rPr>
          <w:lang w:val="sl-SI"/>
        </w:rPr>
        <w:t xml:space="preserve"> </w:t>
      </w:r>
      <w:r w:rsidR="00EA2B23" w:rsidRPr="00B40033">
        <w:rPr>
          <w:lang w:val="sl-SI"/>
        </w:rPr>
        <w:t xml:space="preserve">Na voljo je </w:t>
      </w:r>
      <w:r w:rsidR="00911973" w:rsidRPr="00B40033">
        <w:rPr>
          <w:lang w:val="sl-SI"/>
        </w:rPr>
        <w:t xml:space="preserve">več različnih odzivov, med </w:t>
      </w:r>
      <w:r w:rsidR="00BF5C31" w:rsidRPr="00B40033">
        <w:rPr>
          <w:lang w:val="sl-SI"/>
        </w:rPr>
        <w:t xml:space="preserve">katerimi lahko </w:t>
      </w:r>
      <w:r w:rsidR="00911973" w:rsidRPr="00B40033">
        <w:rPr>
          <w:lang w:val="sl-SI"/>
        </w:rPr>
        <w:t>izbiram</w:t>
      </w:r>
      <w:r w:rsidR="00A55D45" w:rsidRPr="00B40033">
        <w:rPr>
          <w:lang w:val="sl-SI"/>
        </w:rPr>
        <w:t>o</w:t>
      </w:r>
      <w:r w:rsidR="00911973" w:rsidRPr="00B40033">
        <w:rPr>
          <w:lang w:val="sl-SI"/>
        </w:rPr>
        <w:t xml:space="preserve">. </w:t>
      </w:r>
      <w:r w:rsidR="00877F99" w:rsidRPr="00B40033">
        <w:rPr>
          <w:lang w:val="sl-SI"/>
        </w:rPr>
        <w:t>Spontanost j</w:t>
      </w:r>
      <w:r w:rsidR="00911973" w:rsidRPr="00B40033">
        <w:rPr>
          <w:lang w:val="sl-SI"/>
        </w:rPr>
        <w:t xml:space="preserve">e tudi stik z radovednim, igrivim delom sebe </w:t>
      </w:r>
      <w:r w:rsidR="00137B8A">
        <w:rPr>
          <w:lang w:val="sl-SI"/>
        </w:rPr>
        <w:t xml:space="preserve">, </w:t>
      </w:r>
      <w:r w:rsidR="00911973" w:rsidRPr="00B40033">
        <w:rPr>
          <w:lang w:val="sl-SI"/>
        </w:rPr>
        <w:t xml:space="preserve">z ego stanjem Otroka, ki se zna veseliti, igrati in čuditi. Tu se spontanost </w:t>
      </w:r>
      <w:r w:rsidR="000B2ED0" w:rsidRPr="00B40033">
        <w:rPr>
          <w:lang w:val="sl-SI"/>
        </w:rPr>
        <w:t xml:space="preserve">neposredno </w:t>
      </w:r>
      <w:r w:rsidR="00911973" w:rsidRPr="00B40033">
        <w:rPr>
          <w:lang w:val="sl-SI"/>
        </w:rPr>
        <w:t>dotika</w:t>
      </w:r>
      <w:r w:rsidR="000B2ED0" w:rsidRPr="00B75BEE">
        <w:rPr>
          <w:lang w:val="sl-SI"/>
        </w:rPr>
        <w:t xml:space="preserve"> </w:t>
      </w:r>
      <w:r w:rsidR="000B2ED0" w:rsidRPr="00B40033">
        <w:rPr>
          <w:lang w:val="sl-SI"/>
        </w:rPr>
        <w:t>stanja zanosa oziroma</w:t>
      </w:r>
      <w:r w:rsidR="00911973" w:rsidRPr="00B40033">
        <w:rPr>
          <w:lang w:val="sl-SI"/>
        </w:rPr>
        <w:t xml:space="preserve"> </w:t>
      </w:r>
      <w:proofErr w:type="spellStart"/>
      <w:r w:rsidR="00911973" w:rsidRPr="00B75BEE">
        <w:rPr>
          <w:i/>
          <w:iCs/>
          <w:lang w:val="sl-SI"/>
        </w:rPr>
        <w:t>flowa</w:t>
      </w:r>
      <w:proofErr w:type="spellEnd"/>
      <w:r w:rsidR="00911973" w:rsidRPr="00B40033">
        <w:rPr>
          <w:lang w:val="sl-SI"/>
        </w:rPr>
        <w:t xml:space="preserve"> (poglavje 7) in gimnastike pozitivnih čustev (8.6).</w:t>
      </w:r>
    </w:p>
    <w:p w14:paraId="2DD2C264" w14:textId="77777777" w:rsidR="00F94C82" w:rsidRPr="00B40033" w:rsidRDefault="00911973">
      <w:pPr>
        <w:pStyle w:val="Naslov2"/>
        <w:rPr>
          <w:lang w:val="sl-SI"/>
        </w:rPr>
      </w:pPr>
      <w:r w:rsidRPr="00B40033">
        <w:rPr>
          <w:lang w:val="sl-SI"/>
        </w:rPr>
        <w:t>10.2 Primer</w:t>
      </w:r>
    </w:p>
    <w:p w14:paraId="097854AB" w14:textId="338E4187" w:rsidR="00F94C82" w:rsidRPr="00B40033" w:rsidRDefault="00911973" w:rsidP="00E713B5">
      <w:pPr>
        <w:jc w:val="both"/>
        <w:rPr>
          <w:lang w:val="sl-SI"/>
        </w:rPr>
      </w:pPr>
      <w:r w:rsidRPr="00B40033">
        <w:rPr>
          <w:lang w:val="sl-SI"/>
        </w:rPr>
        <w:t xml:space="preserve">Boris </w:t>
      </w:r>
      <w:r w:rsidR="00E80F55" w:rsidRPr="00B40033">
        <w:rPr>
          <w:lang w:val="sl-SI"/>
        </w:rPr>
        <w:t>(</w:t>
      </w:r>
      <w:r w:rsidRPr="00B40033">
        <w:rPr>
          <w:lang w:val="sl-SI"/>
        </w:rPr>
        <w:t>47 let</w:t>
      </w:r>
      <w:r w:rsidR="00E80F55" w:rsidRPr="00B40033">
        <w:rPr>
          <w:lang w:val="sl-SI"/>
        </w:rPr>
        <w:t>)</w:t>
      </w:r>
      <w:r w:rsidRPr="00B40033">
        <w:rPr>
          <w:lang w:val="sl-SI"/>
        </w:rPr>
        <w:t xml:space="preserve"> živi po pravilu »</w:t>
      </w:r>
      <w:r w:rsidR="00E80F55" w:rsidRPr="00B40033">
        <w:rPr>
          <w:lang w:val="sl-SI"/>
        </w:rPr>
        <w:t>b</w:t>
      </w:r>
      <w:r w:rsidRPr="00B40033">
        <w:rPr>
          <w:lang w:val="sl-SI"/>
        </w:rPr>
        <w:t xml:space="preserve">odi močan«. Nikoli ne prosi za pomoč, </w:t>
      </w:r>
      <w:r w:rsidR="00E80F55" w:rsidRPr="00B40033">
        <w:rPr>
          <w:lang w:val="sl-SI"/>
        </w:rPr>
        <w:t xml:space="preserve">konce tednov </w:t>
      </w:r>
      <w:r w:rsidR="00C24D1F" w:rsidRPr="00B40033">
        <w:rPr>
          <w:lang w:val="sl-SI"/>
        </w:rPr>
        <w:t xml:space="preserve">pa </w:t>
      </w:r>
      <w:r w:rsidRPr="00B40033">
        <w:rPr>
          <w:lang w:val="sl-SI"/>
        </w:rPr>
        <w:t xml:space="preserve">preživlja ob »nujnih« opravilih </w:t>
      </w:r>
      <w:r w:rsidR="00BC2E9F" w:rsidRPr="00B40033">
        <w:rPr>
          <w:lang w:val="sl-SI"/>
        </w:rPr>
        <w:t xml:space="preserve">okoli </w:t>
      </w:r>
      <w:r w:rsidRPr="00B40033">
        <w:rPr>
          <w:lang w:val="sl-SI"/>
        </w:rPr>
        <w:t xml:space="preserve">hiše. Pri vaji 10.3 si za en teden zada </w:t>
      </w:r>
      <w:r w:rsidR="002F1C9F" w:rsidRPr="00B40033">
        <w:rPr>
          <w:lang w:val="sl-SI"/>
        </w:rPr>
        <w:t>nekaj majhnih sprememb</w:t>
      </w:r>
      <w:r w:rsidRPr="00B40033">
        <w:rPr>
          <w:lang w:val="sl-SI"/>
        </w:rPr>
        <w:t xml:space="preserve">: sodelavca </w:t>
      </w:r>
      <w:r w:rsidR="002F1C9F" w:rsidRPr="00B40033">
        <w:rPr>
          <w:lang w:val="sl-SI"/>
        </w:rPr>
        <w:t xml:space="preserve">prosi </w:t>
      </w:r>
      <w:r w:rsidRPr="00B40033">
        <w:rPr>
          <w:lang w:val="sl-SI"/>
        </w:rPr>
        <w:t>za mnenje, namesto da bi vse naredil sam</w:t>
      </w:r>
      <w:r w:rsidR="004801F0" w:rsidRPr="00B40033">
        <w:rPr>
          <w:lang w:val="sl-SI"/>
        </w:rPr>
        <w:t>,</w:t>
      </w:r>
      <w:r w:rsidRPr="00B40033">
        <w:rPr>
          <w:lang w:val="sl-SI"/>
        </w:rPr>
        <w:t xml:space="preserve"> v soboto</w:t>
      </w:r>
      <w:r w:rsidR="00E4692D" w:rsidRPr="00B40033">
        <w:rPr>
          <w:lang w:val="sl-SI"/>
        </w:rPr>
        <w:t xml:space="preserve"> pa</w:t>
      </w:r>
      <w:r w:rsidRPr="00B40033">
        <w:rPr>
          <w:lang w:val="sl-SI"/>
        </w:rPr>
        <w:t xml:space="preserve"> gre s </w:t>
      </w:r>
      <w:r w:rsidR="004801F0" w:rsidRPr="00B40033">
        <w:rPr>
          <w:lang w:val="sl-SI"/>
        </w:rPr>
        <w:t xml:space="preserve">hčerko </w:t>
      </w:r>
      <w:r w:rsidRPr="00B40033">
        <w:rPr>
          <w:lang w:val="sl-SI"/>
        </w:rPr>
        <w:t xml:space="preserve">na uro plesa. </w:t>
      </w:r>
      <w:r w:rsidR="004801F0" w:rsidRPr="00B40033">
        <w:rPr>
          <w:lang w:val="sl-SI"/>
        </w:rPr>
        <w:t xml:space="preserve">Prizna, da je bilo na začetku precej </w:t>
      </w:r>
      <w:r w:rsidRPr="00B40033">
        <w:rPr>
          <w:lang w:val="sl-SI"/>
        </w:rPr>
        <w:t xml:space="preserve">nerodno. </w:t>
      </w:r>
      <w:r w:rsidR="00E4692D" w:rsidRPr="00B40033">
        <w:rPr>
          <w:lang w:val="sl-SI"/>
        </w:rPr>
        <w:t>Vendar dodaja</w:t>
      </w:r>
      <w:r w:rsidRPr="00B40033">
        <w:rPr>
          <w:lang w:val="sl-SI"/>
        </w:rPr>
        <w:t xml:space="preserve">, da se je prvič po dolgem času počutil </w:t>
      </w:r>
      <w:r w:rsidRPr="00B40033">
        <w:rPr>
          <w:b/>
          <w:lang w:val="sl-SI"/>
        </w:rPr>
        <w:t>živega</w:t>
      </w:r>
      <w:r w:rsidRPr="00B40033">
        <w:rPr>
          <w:lang w:val="sl-SI"/>
        </w:rPr>
        <w:t>.</w:t>
      </w:r>
    </w:p>
    <w:p w14:paraId="6854CB88" w14:textId="77777777" w:rsidR="00F94C82" w:rsidRPr="00B40033" w:rsidRDefault="00911973">
      <w:pPr>
        <w:pStyle w:val="Naslov2"/>
        <w:rPr>
          <w:lang w:val="sl-SI"/>
        </w:rPr>
      </w:pPr>
      <w:r w:rsidRPr="00B40033">
        <w:rPr>
          <w:lang w:val="sl-SI"/>
        </w:rPr>
        <w:t>10.3 Vaja: 5 % drugače (vsak dan, en teden)</w:t>
      </w:r>
    </w:p>
    <w:p w14:paraId="18110F14" w14:textId="3CEA05E8" w:rsidR="00F94C82" w:rsidRPr="00B40033" w:rsidRDefault="00911973" w:rsidP="00E713B5">
      <w:pPr>
        <w:tabs>
          <w:tab w:val="left" w:pos="425"/>
        </w:tabs>
        <w:spacing w:after="60"/>
        <w:ind w:left="425" w:hanging="425"/>
        <w:jc w:val="both"/>
        <w:rPr>
          <w:lang w:val="sl-SI"/>
        </w:rPr>
      </w:pPr>
      <w:r w:rsidRPr="00B40033">
        <w:rPr>
          <w:lang w:val="sl-SI"/>
        </w:rPr>
        <w:t>1.</w:t>
      </w:r>
      <w:r w:rsidRPr="00B40033">
        <w:rPr>
          <w:lang w:val="sl-SI"/>
        </w:rPr>
        <w:tab/>
        <w:t xml:space="preserve">Vsak dan izberi eno majhno stvar, ki jo </w:t>
      </w:r>
      <w:r w:rsidR="00625017" w:rsidRPr="00B40033">
        <w:rPr>
          <w:lang w:val="sl-SI"/>
        </w:rPr>
        <w:t>boš</w:t>
      </w:r>
      <w:r w:rsidR="004B503D" w:rsidRPr="00B40033">
        <w:rPr>
          <w:lang w:val="sl-SI"/>
        </w:rPr>
        <w:t xml:space="preserve"> naredil</w:t>
      </w:r>
      <w:r w:rsidR="007A2A90" w:rsidRPr="00B40033">
        <w:rPr>
          <w:lang w:val="sl-SI"/>
        </w:rPr>
        <w:t xml:space="preserve"> </w:t>
      </w:r>
      <w:r w:rsidRPr="00B40033">
        <w:rPr>
          <w:b/>
          <w:lang w:val="sl-SI"/>
        </w:rPr>
        <w:t>drugače kot običajno</w:t>
      </w:r>
      <w:r w:rsidRPr="00B40033">
        <w:rPr>
          <w:lang w:val="sl-SI"/>
        </w:rPr>
        <w:t xml:space="preserve">: </w:t>
      </w:r>
      <w:r w:rsidR="00EC747E" w:rsidRPr="00B40033">
        <w:rPr>
          <w:lang w:val="sl-SI"/>
        </w:rPr>
        <w:t xml:space="preserve">izberi drugo </w:t>
      </w:r>
      <w:r w:rsidRPr="00B40033">
        <w:rPr>
          <w:lang w:val="sl-SI"/>
        </w:rPr>
        <w:t xml:space="preserve">pot v službo, </w:t>
      </w:r>
      <w:r w:rsidR="00EC747E" w:rsidRPr="00B40033">
        <w:rPr>
          <w:lang w:val="sl-SI"/>
        </w:rPr>
        <w:t xml:space="preserve">ponudi </w:t>
      </w:r>
      <w:r w:rsidRPr="00B40033">
        <w:rPr>
          <w:lang w:val="sl-SI"/>
        </w:rPr>
        <w:t xml:space="preserve">drugačen odgovor na »kako si«, najprej </w:t>
      </w:r>
      <w:r w:rsidR="001D25C0" w:rsidRPr="00B40033">
        <w:rPr>
          <w:lang w:val="sl-SI"/>
        </w:rPr>
        <w:t>prisluhni</w:t>
      </w:r>
      <w:r w:rsidR="004F335F" w:rsidRPr="00B40033">
        <w:rPr>
          <w:lang w:val="sl-SI"/>
        </w:rPr>
        <w:t xml:space="preserve">, </w:t>
      </w:r>
      <w:r w:rsidRPr="00B40033">
        <w:rPr>
          <w:lang w:val="sl-SI"/>
        </w:rPr>
        <w:t xml:space="preserve">namesto da </w:t>
      </w:r>
      <w:r w:rsidR="001D25C0" w:rsidRPr="00B40033">
        <w:rPr>
          <w:lang w:val="sl-SI"/>
        </w:rPr>
        <w:t xml:space="preserve">bi </w:t>
      </w:r>
      <w:r w:rsidRPr="00B40033">
        <w:rPr>
          <w:lang w:val="sl-SI"/>
        </w:rPr>
        <w:t xml:space="preserve">takoj </w:t>
      </w:r>
      <w:r w:rsidR="004F335F" w:rsidRPr="00B40033">
        <w:rPr>
          <w:lang w:val="sl-SI"/>
        </w:rPr>
        <w:t>odgovori</w:t>
      </w:r>
      <w:r w:rsidR="001D25C0" w:rsidRPr="00B40033">
        <w:rPr>
          <w:lang w:val="sl-SI"/>
        </w:rPr>
        <w:t>l</w:t>
      </w:r>
      <w:r w:rsidRPr="00B40033">
        <w:rPr>
          <w:lang w:val="sl-SI"/>
        </w:rPr>
        <w:t xml:space="preserve">, </w:t>
      </w:r>
      <w:r w:rsidR="00512D57" w:rsidRPr="00B40033">
        <w:rPr>
          <w:lang w:val="sl-SI"/>
        </w:rPr>
        <w:t>ali reci</w:t>
      </w:r>
      <w:r w:rsidR="004F335F" w:rsidRPr="00B40033">
        <w:rPr>
          <w:lang w:val="sl-SI"/>
        </w:rPr>
        <w:t xml:space="preserve"> </w:t>
      </w:r>
      <w:r w:rsidRPr="00B40033">
        <w:rPr>
          <w:lang w:val="sl-SI"/>
        </w:rPr>
        <w:t xml:space="preserve">»ne vem« </w:t>
      </w:r>
      <w:r w:rsidR="00512D57" w:rsidRPr="00B40033">
        <w:rPr>
          <w:lang w:val="sl-SI"/>
        </w:rPr>
        <w:t xml:space="preserve">oziroma </w:t>
      </w:r>
      <w:r w:rsidRPr="00B40033">
        <w:rPr>
          <w:lang w:val="sl-SI"/>
        </w:rPr>
        <w:t>»potrebujem čas«.</w:t>
      </w:r>
    </w:p>
    <w:p w14:paraId="617C309B" w14:textId="78F17111" w:rsidR="00F94C82" w:rsidRPr="00B40033" w:rsidRDefault="00911973" w:rsidP="00E713B5">
      <w:pPr>
        <w:tabs>
          <w:tab w:val="left" w:pos="425"/>
        </w:tabs>
        <w:spacing w:after="60"/>
        <w:ind w:left="425" w:hanging="425"/>
        <w:jc w:val="both"/>
        <w:rPr>
          <w:lang w:val="sl-SI"/>
        </w:rPr>
      </w:pPr>
      <w:r w:rsidRPr="00B40033">
        <w:rPr>
          <w:lang w:val="sl-SI"/>
        </w:rPr>
        <w:t>2.</w:t>
      </w:r>
      <w:r w:rsidRPr="00B40033">
        <w:rPr>
          <w:lang w:val="sl-SI"/>
        </w:rPr>
        <w:tab/>
        <w:t xml:space="preserve">Med </w:t>
      </w:r>
      <w:r w:rsidR="00512D57" w:rsidRPr="00B40033">
        <w:rPr>
          <w:lang w:val="sl-SI"/>
        </w:rPr>
        <w:t xml:space="preserve">novim </w:t>
      </w:r>
      <w:r w:rsidRPr="00B40033">
        <w:rPr>
          <w:lang w:val="sl-SI"/>
        </w:rPr>
        <w:t>dejanjem opazuj telo: kje se pojavi napetost</w:t>
      </w:r>
      <w:r w:rsidR="002D0141" w:rsidRPr="00B40033">
        <w:rPr>
          <w:lang w:val="sl-SI"/>
        </w:rPr>
        <w:t xml:space="preserve"> in</w:t>
      </w:r>
      <w:r w:rsidRPr="00B40033">
        <w:rPr>
          <w:lang w:val="sl-SI"/>
        </w:rPr>
        <w:t xml:space="preserve"> kje </w:t>
      </w:r>
      <w:r w:rsidR="002D0141" w:rsidRPr="00B40033">
        <w:rPr>
          <w:lang w:val="sl-SI"/>
        </w:rPr>
        <w:t>začuti</w:t>
      </w:r>
      <w:r w:rsidR="00625017" w:rsidRPr="00B40033">
        <w:rPr>
          <w:lang w:val="sl-SI"/>
        </w:rPr>
        <w:t>š</w:t>
      </w:r>
      <w:r w:rsidR="002D0141" w:rsidRPr="00B40033">
        <w:rPr>
          <w:lang w:val="sl-SI"/>
        </w:rPr>
        <w:t xml:space="preserve"> </w:t>
      </w:r>
      <w:r w:rsidRPr="00B40033">
        <w:rPr>
          <w:lang w:val="sl-SI"/>
        </w:rPr>
        <w:t>olajšanje?</w:t>
      </w:r>
    </w:p>
    <w:p w14:paraId="746188F1" w14:textId="3FBFA359" w:rsidR="00F94C82" w:rsidRPr="00B40033" w:rsidRDefault="00911973" w:rsidP="00E713B5">
      <w:pPr>
        <w:tabs>
          <w:tab w:val="left" w:pos="425"/>
        </w:tabs>
        <w:spacing w:after="60"/>
        <w:ind w:left="425" w:hanging="425"/>
        <w:jc w:val="both"/>
        <w:rPr>
          <w:lang w:val="sl-SI"/>
        </w:rPr>
      </w:pPr>
      <w:r w:rsidRPr="00B40033">
        <w:rPr>
          <w:lang w:val="sl-SI"/>
        </w:rPr>
        <w:t>3.</w:t>
      </w:r>
      <w:r w:rsidRPr="00B40033">
        <w:rPr>
          <w:lang w:val="sl-SI"/>
        </w:rPr>
        <w:tab/>
        <w:t>Zapiši</w:t>
      </w:r>
      <w:r w:rsidR="002D0141" w:rsidRPr="00B40033">
        <w:rPr>
          <w:lang w:val="sl-SI"/>
        </w:rPr>
        <w:t xml:space="preserve"> si</w:t>
      </w:r>
      <w:r w:rsidRPr="00B40033">
        <w:rPr>
          <w:lang w:val="sl-SI"/>
        </w:rPr>
        <w:t xml:space="preserve">, kateri </w:t>
      </w:r>
      <w:r w:rsidRPr="00B40033">
        <w:rPr>
          <w:b/>
          <w:lang w:val="sl-SI"/>
        </w:rPr>
        <w:t>stari stavek</w:t>
      </w:r>
      <w:r w:rsidRPr="00B40033">
        <w:rPr>
          <w:lang w:val="sl-SI"/>
        </w:rPr>
        <w:t xml:space="preserve"> se je oglasil (</w:t>
      </w:r>
      <w:r w:rsidR="00385B6C" w:rsidRPr="00B40033">
        <w:rPr>
          <w:lang w:val="sl-SI"/>
        </w:rPr>
        <w:t xml:space="preserve">npr. </w:t>
      </w:r>
      <w:r w:rsidRPr="00B40033">
        <w:rPr>
          <w:lang w:val="sl-SI"/>
        </w:rPr>
        <w:t>»To se ne spodobi«, »Bodi močan«, »Pohiti«).</w:t>
      </w:r>
    </w:p>
    <w:p w14:paraId="5CCF6F33" w14:textId="0B6EB18D" w:rsidR="00F94C82" w:rsidRPr="00B40033" w:rsidRDefault="00911973" w:rsidP="00E713B5">
      <w:pPr>
        <w:tabs>
          <w:tab w:val="left" w:pos="425"/>
        </w:tabs>
        <w:spacing w:after="60"/>
        <w:ind w:left="425" w:hanging="425"/>
        <w:jc w:val="both"/>
        <w:rPr>
          <w:lang w:val="sl-SI"/>
        </w:rPr>
      </w:pPr>
      <w:r w:rsidRPr="00B40033">
        <w:rPr>
          <w:lang w:val="sl-SI"/>
        </w:rPr>
        <w:t>4.</w:t>
      </w:r>
      <w:r w:rsidRPr="00B40033">
        <w:rPr>
          <w:lang w:val="sl-SI"/>
        </w:rPr>
        <w:tab/>
        <w:t xml:space="preserve">Na koncu tedna poglej </w:t>
      </w:r>
      <w:r w:rsidR="00385B6C" w:rsidRPr="00B40033">
        <w:rPr>
          <w:lang w:val="sl-SI"/>
        </w:rPr>
        <w:t xml:space="preserve">svoje </w:t>
      </w:r>
      <w:r w:rsidRPr="00B40033">
        <w:rPr>
          <w:lang w:val="sl-SI"/>
        </w:rPr>
        <w:t>zapise</w:t>
      </w:r>
      <w:r w:rsidR="00385B6C" w:rsidRPr="00B40033">
        <w:rPr>
          <w:lang w:val="sl-SI"/>
        </w:rPr>
        <w:t xml:space="preserve"> in premisli</w:t>
      </w:r>
      <w:r w:rsidRPr="00B40033">
        <w:rPr>
          <w:lang w:val="sl-SI"/>
        </w:rPr>
        <w:t>: kje je bilo največ odpora in kje največ življenja?</w:t>
      </w:r>
    </w:p>
    <w:p w14:paraId="1CE9D5DD" w14:textId="77777777" w:rsidR="00F94C82" w:rsidRPr="00B40033" w:rsidRDefault="00911973">
      <w:pPr>
        <w:pStyle w:val="Naslov2"/>
        <w:rPr>
          <w:lang w:val="sl-SI"/>
        </w:rPr>
      </w:pPr>
      <w:r w:rsidRPr="00B40033">
        <w:rPr>
          <w:lang w:val="sl-SI"/>
        </w:rPr>
        <w:t>10.4 Vaja: moja dovoljenja (pisna vaja, 20 minut)</w:t>
      </w:r>
    </w:p>
    <w:p w14:paraId="51BE4D0F" w14:textId="165374E6" w:rsidR="00F94C82" w:rsidRPr="00B40033" w:rsidRDefault="007F2F19" w:rsidP="00E713B5">
      <w:pPr>
        <w:jc w:val="both"/>
        <w:rPr>
          <w:lang w:val="sl-SI"/>
        </w:rPr>
      </w:pPr>
      <w:r>
        <w:rPr>
          <w:lang w:val="sl-SI"/>
        </w:rPr>
        <w:t>G</w:t>
      </w:r>
      <w:r w:rsidR="00AE2C6E">
        <w:rPr>
          <w:lang w:val="sl-SI"/>
        </w:rPr>
        <w:t>onilniki</w:t>
      </w:r>
      <w:r w:rsidR="001740FC" w:rsidRPr="00B40033">
        <w:rPr>
          <w:lang w:val="sl-SI"/>
        </w:rPr>
        <w:t xml:space="preserve"> (</w:t>
      </w:r>
      <w:proofErr w:type="spellStart"/>
      <w:r w:rsidR="001740FC" w:rsidRPr="00B40033">
        <w:rPr>
          <w:lang w:val="sl-SI"/>
        </w:rPr>
        <w:t>d</w:t>
      </w:r>
      <w:r w:rsidR="00911973" w:rsidRPr="00B40033">
        <w:rPr>
          <w:lang w:val="sl-SI"/>
        </w:rPr>
        <w:t>riverji</w:t>
      </w:r>
      <w:proofErr w:type="spellEnd"/>
      <w:r w:rsidR="001740FC" w:rsidRPr="00B40033">
        <w:rPr>
          <w:lang w:val="sl-SI"/>
        </w:rPr>
        <w:t>)</w:t>
      </w:r>
      <w:r w:rsidR="00911973" w:rsidRPr="00B40033">
        <w:rPr>
          <w:lang w:val="sl-SI"/>
        </w:rPr>
        <w:t xml:space="preserve"> in prepovedi so stavki, ki </w:t>
      </w:r>
      <w:r w:rsidR="000B7298" w:rsidRPr="00B40033">
        <w:rPr>
          <w:lang w:val="sl-SI"/>
        </w:rPr>
        <w:t xml:space="preserve">ste </w:t>
      </w:r>
      <w:r w:rsidR="00911973" w:rsidRPr="00B40033">
        <w:rPr>
          <w:lang w:val="sl-SI"/>
        </w:rPr>
        <w:t xml:space="preserve">jih </w:t>
      </w:r>
      <w:r w:rsidR="000B7298" w:rsidRPr="00B40033">
        <w:rPr>
          <w:lang w:val="sl-SI"/>
        </w:rPr>
        <w:t xml:space="preserve">kot </w:t>
      </w:r>
      <w:r w:rsidR="00911973" w:rsidRPr="00B40033">
        <w:rPr>
          <w:lang w:val="sl-SI"/>
        </w:rPr>
        <w:t>otrok slišal</w:t>
      </w:r>
      <w:r w:rsidR="000B7298" w:rsidRPr="00B40033">
        <w:rPr>
          <w:lang w:val="sl-SI"/>
        </w:rPr>
        <w:t>i</w:t>
      </w:r>
      <w:r w:rsidR="00911973" w:rsidRPr="00B40033">
        <w:rPr>
          <w:lang w:val="sl-SI"/>
        </w:rPr>
        <w:t xml:space="preserve"> ali </w:t>
      </w:r>
      <w:r w:rsidR="00DF1E9B" w:rsidRPr="00B40033">
        <w:rPr>
          <w:lang w:val="sl-SI"/>
        </w:rPr>
        <w:t xml:space="preserve">nezavedno </w:t>
      </w:r>
      <w:r w:rsidR="00911973" w:rsidRPr="00B40033">
        <w:rPr>
          <w:lang w:val="sl-SI"/>
        </w:rPr>
        <w:t>razbral</w:t>
      </w:r>
      <w:r w:rsidR="000B7298" w:rsidRPr="00B40033">
        <w:rPr>
          <w:lang w:val="sl-SI"/>
        </w:rPr>
        <w:t>i</w:t>
      </w:r>
      <w:r w:rsidR="00DF1E9B" w:rsidRPr="00B40033">
        <w:rPr>
          <w:lang w:val="sl-SI"/>
        </w:rPr>
        <w:t xml:space="preserve"> iz okolice</w:t>
      </w:r>
      <w:r w:rsidR="00911973" w:rsidRPr="00B40033">
        <w:rPr>
          <w:lang w:val="sl-SI"/>
        </w:rPr>
        <w:t xml:space="preserve">. </w:t>
      </w:r>
      <w:r w:rsidR="00911973" w:rsidRPr="00B40033">
        <w:rPr>
          <w:b/>
          <w:lang w:val="sl-SI"/>
        </w:rPr>
        <w:t>Dovoljenje</w:t>
      </w:r>
      <w:r w:rsidR="00911973" w:rsidRPr="00B40033">
        <w:rPr>
          <w:lang w:val="sl-SI"/>
        </w:rPr>
        <w:t xml:space="preserve"> </w:t>
      </w:r>
      <w:r w:rsidR="00DF1E9B" w:rsidRPr="00B40033">
        <w:rPr>
          <w:lang w:val="sl-SI"/>
        </w:rPr>
        <w:t xml:space="preserve">pa </w:t>
      </w:r>
      <w:r w:rsidR="00911973" w:rsidRPr="00B40033">
        <w:rPr>
          <w:lang w:val="sl-SI"/>
        </w:rPr>
        <w:t xml:space="preserve">je nov stavek, ki ga </w:t>
      </w:r>
      <w:r w:rsidR="00C43708" w:rsidRPr="00B40033">
        <w:rPr>
          <w:lang w:val="sl-SI"/>
        </w:rPr>
        <w:t xml:space="preserve">kot </w:t>
      </w:r>
      <w:r w:rsidR="00911973" w:rsidRPr="00B40033">
        <w:rPr>
          <w:lang w:val="sl-SI"/>
        </w:rPr>
        <w:t>odrasel človek lahko izreče</w:t>
      </w:r>
      <w:r w:rsidR="00C43708" w:rsidRPr="00B40033">
        <w:rPr>
          <w:lang w:val="sl-SI"/>
        </w:rPr>
        <w:t>mo</w:t>
      </w:r>
      <w:r w:rsidR="00911973" w:rsidRPr="00B40033">
        <w:rPr>
          <w:lang w:val="sl-SI"/>
        </w:rPr>
        <w:t xml:space="preserve"> sam</w:t>
      </w:r>
      <w:r w:rsidR="00C43708" w:rsidRPr="00B40033">
        <w:rPr>
          <w:lang w:val="sl-SI"/>
        </w:rPr>
        <w:t>i</w:t>
      </w:r>
      <w:r w:rsidR="00911973" w:rsidRPr="00B40033">
        <w:rPr>
          <w:lang w:val="sl-SI"/>
        </w:rPr>
        <w:t xml:space="preserve"> sebi in ga preizkusi</w:t>
      </w:r>
      <w:r w:rsidR="00C43708" w:rsidRPr="00B40033">
        <w:rPr>
          <w:lang w:val="sl-SI"/>
        </w:rPr>
        <w:t>mo</w:t>
      </w:r>
      <w:r w:rsidR="00911973" w:rsidRPr="00B40033">
        <w:rPr>
          <w:lang w:val="sl-SI"/>
        </w:rPr>
        <w:t xml:space="preserve"> </w:t>
      </w:r>
      <w:r w:rsidR="00957011" w:rsidRPr="00B40033">
        <w:rPr>
          <w:lang w:val="sl-SI"/>
        </w:rPr>
        <w:t>z majhnim</w:t>
      </w:r>
      <w:r w:rsidR="00911973" w:rsidRPr="00B40033">
        <w:rPr>
          <w:lang w:val="sl-SI"/>
        </w:rPr>
        <w:t xml:space="preserve">, </w:t>
      </w:r>
      <w:r w:rsidR="00957011" w:rsidRPr="00B40033">
        <w:rPr>
          <w:lang w:val="sl-SI"/>
        </w:rPr>
        <w:t>varnim dejanjem</w:t>
      </w:r>
      <w:r w:rsidR="00911973" w:rsidRPr="00B40033">
        <w:rPr>
          <w:lang w:val="sl-SI"/>
        </w:rPr>
        <w: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55"/>
        <w:gridCol w:w="3204"/>
        <w:gridCol w:w="5146"/>
      </w:tblGrid>
      <w:tr w:rsidR="00F94C82" w:rsidRPr="00B75BEE" w14:paraId="7B6F7F69" w14:textId="77777777">
        <w:trPr>
          <w:cantSplit/>
          <w:tblHeader/>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C9F271F" w14:textId="77777777" w:rsidR="00F94C82" w:rsidRPr="00B40033" w:rsidRDefault="00911973" w:rsidP="00E713B5">
            <w:pPr>
              <w:spacing w:after="80" w:line="259" w:lineRule="auto"/>
              <w:jc w:val="center"/>
              <w:rPr>
                <w:lang w:val="sl-SI"/>
              </w:rPr>
            </w:pPr>
            <w:r w:rsidRPr="00B40033">
              <w:rPr>
                <w:b/>
                <w:sz w:val="20"/>
                <w:lang w:val="sl-SI"/>
              </w:rPr>
              <w:t>Stari stavek</w:t>
            </w:r>
          </w:p>
        </w:tc>
        <w:tc>
          <w:tcPr>
            <w:tcW w:w="310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50AC8E9A" w14:textId="77777777" w:rsidR="00F94C82" w:rsidRPr="00B40033" w:rsidRDefault="00911973" w:rsidP="00E713B5">
            <w:pPr>
              <w:spacing w:after="80" w:line="259" w:lineRule="auto"/>
              <w:jc w:val="center"/>
              <w:rPr>
                <w:lang w:val="sl-SI"/>
              </w:rPr>
            </w:pPr>
            <w:r w:rsidRPr="00B40033">
              <w:rPr>
                <w:b/>
                <w:sz w:val="20"/>
                <w:lang w:val="sl-SI"/>
              </w:rPr>
              <w:t>Dovoljenje, ki ga potrebujem</w:t>
            </w:r>
          </w:p>
        </w:tc>
        <w:tc>
          <w:tcPr>
            <w:tcW w:w="499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6E78895" w14:textId="77777777" w:rsidR="00F94C82" w:rsidRPr="00B40033" w:rsidRDefault="00911973" w:rsidP="00E713B5">
            <w:pPr>
              <w:spacing w:after="80" w:line="259" w:lineRule="auto"/>
              <w:jc w:val="center"/>
              <w:rPr>
                <w:lang w:val="sl-SI"/>
              </w:rPr>
            </w:pPr>
            <w:r w:rsidRPr="00B40033">
              <w:rPr>
                <w:b/>
                <w:sz w:val="20"/>
                <w:lang w:val="sl-SI"/>
              </w:rPr>
              <w:t>Majhno dejanje, s katerim ga preizkusim</w:t>
            </w:r>
          </w:p>
        </w:tc>
      </w:tr>
      <w:tr w:rsidR="00F94C82" w:rsidRPr="00B75BEE" w14:paraId="69F095DC" w14:textId="77777777">
        <w:trPr>
          <w:cantSplit/>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F77E3B0" w14:textId="77777777" w:rsidR="00F94C82" w:rsidRPr="00B40033" w:rsidRDefault="00911973">
            <w:pPr>
              <w:spacing w:after="80" w:line="259" w:lineRule="auto"/>
              <w:rPr>
                <w:lang w:val="sl-SI"/>
              </w:rPr>
            </w:pPr>
            <w:r w:rsidRPr="00B40033">
              <w:rPr>
                <w:sz w:val="20"/>
                <w:lang w:val="sl-SI"/>
              </w:rPr>
              <w:t>Bodi popoln.</w:t>
            </w:r>
          </w:p>
        </w:tc>
        <w:tc>
          <w:tcPr>
            <w:tcW w:w="31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566E394" w14:textId="77777777" w:rsidR="00F94C82" w:rsidRPr="00B40033" w:rsidRDefault="00911973">
            <w:pPr>
              <w:spacing w:after="80" w:line="259" w:lineRule="auto"/>
              <w:rPr>
                <w:lang w:val="sl-SI"/>
              </w:rPr>
            </w:pPr>
            <w:r w:rsidRPr="00B40033">
              <w:rPr>
                <w:sz w:val="20"/>
                <w:lang w:val="sl-SI"/>
              </w:rPr>
              <w:t>Dovolj dobro je dovolj.</w:t>
            </w:r>
          </w:p>
        </w:tc>
        <w:tc>
          <w:tcPr>
            <w:tcW w:w="499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7357C5B" w14:textId="77777777" w:rsidR="00F94C82" w:rsidRPr="00B40033" w:rsidRDefault="00911973">
            <w:pPr>
              <w:spacing w:after="80" w:line="259" w:lineRule="auto"/>
              <w:rPr>
                <w:lang w:val="sl-SI"/>
              </w:rPr>
            </w:pPr>
            <w:r w:rsidRPr="00B40033">
              <w:rPr>
                <w:sz w:val="20"/>
                <w:lang w:val="sl-SI"/>
              </w:rPr>
              <w:t>E-pošto pošljem po enem pregledu, ne po petih.</w:t>
            </w:r>
          </w:p>
        </w:tc>
      </w:tr>
      <w:tr w:rsidR="00F94C82" w:rsidRPr="00B75BEE" w14:paraId="7F3A274E" w14:textId="77777777">
        <w:trPr>
          <w:cantSplit/>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DB1FADA" w14:textId="77777777" w:rsidR="00F94C82" w:rsidRPr="00B40033" w:rsidRDefault="00911973">
            <w:pPr>
              <w:spacing w:after="80" w:line="259" w:lineRule="auto"/>
              <w:rPr>
                <w:lang w:val="sl-SI"/>
              </w:rPr>
            </w:pPr>
            <w:r w:rsidRPr="00B40033">
              <w:rPr>
                <w:sz w:val="20"/>
                <w:lang w:val="sl-SI"/>
              </w:rPr>
              <w:t>Ustrezi drugim.</w:t>
            </w:r>
          </w:p>
        </w:tc>
        <w:tc>
          <w:tcPr>
            <w:tcW w:w="31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FF1668B" w14:textId="77777777" w:rsidR="00F94C82" w:rsidRPr="00B40033" w:rsidRDefault="00911973">
            <w:pPr>
              <w:spacing w:after="80" w:line="259" w:lineRule="auto"/>
              <w:rPr>
                <w:lang w:val="sl-SI"/>
              </w:rPr>
            </w:pPr>
            <w:r w:rsidRPr="00B40033">
              <w:rPr>
                <w:sz w:val="20"/>
                <w:lang w:val="sl-SI"/>
              </w:rPr>
              <w:t>Smem upoštevati tudi sebe.</w:t>
            </w:r>
          </w:p>
        </w:tc>
        <w:tc>
          <w:tcPr>
            <w:tcW w:w="499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AF7CB2C" w14:textId="77777777" w:rsidR="00F94C82" w:rsidRPr="00B40033" w:rsidRDefault="00911973">
            <w:pPr>
              <w:spacing w:after="80" w:line="259" w:lineRule="auto"/>
              <w:rPr>
                <w:lang w:val="sl-SI"/>
              </w:rPr>
            </w:pPr>
            <w:r w:rsidRPr="00B40033">
              <w:rPr>
                <w:sz w:val="20"/>
                <w:lang w:val="sl-SI"/>
              </w:rPr>
              <w:t>Enkrat ta teden rečem »ne« ali »ne zdaj«.</w:t>
            </w:r>
          </w:p>
        </w:tc>
      </w:tr>
      <w:tr w:rsidR="00F94C82" w:rsidRPr="00B40033" w14:paraId="58D981DB" w14:textId="77777777">
        <w:trPr>
          <w:cantSplit/>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502D0BF" w14:textId="77777777" w:rsidR="00F94C82" w:rsidRPr="00B40033" w:rsidRDefault="00911973">
            <w:pPr>
              <w:spacing w:after="80" w:line="259" w:lineRule="auto"/>
              <w:rPr>
                <w:lang w:val="sl-SI"/>
              </w:rPr>
            </w:pPr>
            <w:r w:rsidRPr="00B40033">
              <w:rPr>
                <w:sz w:val="20"/>
                <w:lang w:val="sl-SI"/>
              </w:rPr>
              <w:t>Bodi močan.</w:t>
            </w:r>
          </w:p>
        </w:tc>
        <w:tc>
          <w:tcPr>
            <w:tcW w:w="31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80F2182" w14:textId="77777777" w:rsidR="00F94C82" w:rsidRPr="00B40033" w:rsidRDefault="00911973">
            <w:pPr>
              <w:spacing w:after="80" w:line="259" w:lineRule="auto"/>
              <w:rPr>
                <w:lang w:val="sl-SI"/>
              </w:rPr>
            </w:pPr>
            <w:r w:rsidRPr="00B40033">
              <w:rPr>
                <w:sz w:val="20"/>
                <w:lang w:val="sl-SI"/>
              </w:rPr>
              <w:t>Smem čutiti in prositi za pomoč.</w:t>
            </w:r>
          </w:p>
        </w:tc>
        <w:tc>
          <w:tcPr>
            <w:tcW w:w="499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7851DEA" w14:textId="77777777" w:rsidR="00F94C82" w:rsidRPr="00B40033" w:rsidRDefault="00911973">
            <w:pPr>
              <w:spacing w:after="80" w:line="259" w:lineRule="auto"/>
              <w:rPr>
                <w:lang w:val="sl-SI"/>
              </w:rPr>
            </w:pPr>
            <w:r w:rsidRPr="00B40033">
              <w:rPr>
                <w:sz w:val="20"/>
                <w:lang w:val="sl-SI"/>
              </w:rPr>
              <w:t>Nekoga prosim za majhno uslugo.</w:t>
            </w:r>
          </w:p>
        </w:tc>
      </w:tr>
      <w:tr w:rsidR="00F94C82" w:rsidRPr="00B40033" w14:paraId="3E9583DC" w14:textId="77777777">
        <w:trPr>
          <w:cantSplit/>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B57A552" w14:textId="77777777" w:rsidR="00F94C82" w:rsidRPr="00B40033" w:rsidRDefault="00911973">
            <w:pPr>
              <w:spacing w:after="80" w:line="259" w:lineRule="auto"/>
              <w:rPr>
                <w:lang w:val="sl-SI"/>
              </w:rPr>
            </w:pPr>
            <w:r w:rsidRPr="00B40033">
              <w:rPr>
                <w:sz w:val="20"/>
                <w:lang w:val="sl-SI"/>
              </w:rPr>
              <w:lastRenderedPageBreak/>
              <w:t>Pohiti.</w:t>
            </w:r>
          </w:p>
        </w:tc>
        <w:tc>
          <w:tcPr>
            <w:tcW w:w="31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C6E10CE" w14:textId="77777777" w:rsidR="00F94C82" w:rsidRPr="00B40033" w:rsidRDefault="00911973">
            <w:pPr>
              <w:spacing w:after="80" w:line="259" w:lineRule="auto"/>
              <w:rPr>
                <w:lang w:val="sl-SI"/>
              </w:rPr>
            </w:pPr>
            <w:r w:rsidRPr="00B40033">
              <w:rPr>
                <w:sz w:val="20"/>
                <w:lang w:val="sl-SI"/>
              </w:rPr>
              <w:t>Smem si vzeti čas.</w:t>
            </w:r>
          </w:p>
        </w:tc>
        <w:tc>
          <w:tcPr>
            <w:tcW w:w="499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5879CC2" w14:textId="77777777" w:rsidR="00F94C82" w:rsidRPr="00B40033" w:rsidRDefault="00911973">
            <w:pPr>
              <w:spacing w:after="80" w:line="259" w:lineRule="auto"/>
              <w:rPr>
                <w:lang w:val="sl-SI"/>
              </w:rPr>
            </w:pPr>
            <w:r w:rsidRPr="00B40033">
              <w:rPr>
                <w:sz w:val="20"/>
                <w:lang w:val="sl-SI"/>
              </w:rPr>
              <w:t>Kosilo pojem brez zaslona.</w:t>
            </w:r>
          </w:p>
        </w:tc>
      </w:tr>
      <w:tr w:rsidR="00F94C82" w:rsidRPr="00B75BEE" w14:paraId="21D89418" w14:textId="77777777">
        <w:trPr>
          <w:cantSplit/>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8F07068" w14:textId="77777777" w:rsidR="00F94C82" w:rsidRPr="00B40033" w:rsidRDefault="00911973">
            <w:pPr>
              <w:spacing w:after="80" w:line="259" w:lineRule="auto"/>
              <w:rPr>
                <w:lang w:val="sl-SI"/>
              </w:rPr>
            </w:pPr>
            <w:r w:rsidRPr="00B40033">
              <w:rPr>
                <w:sz w:val="20"/>
                <w:lang w:val="sl-SI"/>
              </w:rPr>
              <w:t>Trudi se.</w:t>
            </w:r>
          </w:p>
        </w:tc>
        <w:tc>
          <w:tcPr>
            <w:tcW w:w="31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B150553" w14:textId="77777777" w:rsidR="00F94C82" w:rsidRPr="00B40033" w:rsidRDefault="00911973">
            <w:pPr>
              <w:spacing w:after="80" w:line="259" w:lineRule="auto"/>
              <w:rPr>
                <w:lang w:val="sl-SI"/>
              </w:rPr>
            </w:pPr>
            <w:r w:rsidRPr="00B40033">
              <w:rPr>
                <w:sz w:val="20"/>
                <w:lang w:val="sl-SI"/>
              </w:rPr>
              <w:t>Smem narediti in končati.</w:t>
            </w:r>
          </w:p>
        </w:tc>
        <w:tc>
          <w:tcPr>
            <w:tcW w:w="499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079F5D4" w14:textId="77777777" w:rsidR="00F94C82" w:rsidRPr="00B40033" w:rsidRDefault="00911973">
            <w:pPr>
              <w:spacing w:after="80" w:line="259" w:lineRule="auto"/>
              <w:rPr>
                <w:lang w:val="sl-SI"/>
              </w:rPr>
            </w:pPr>
            <w:r w:rsidRPr="00B40033">
              <w:rPr>
                <w:sz w:val="20"/>
                <w:lang w:val="sl-SI"/>
              </w:rPr>
              <w:t>Nalogo zaključim in jo označim kot opravljeno.</w:t>
            </w:r>
          </w:p>
        </w:tc>
      </w:tr>
      <w:tr w:rsidR="00F94C82" w:rsidRPr="00B75BEE" w14:paraId="4ABBD88F" w14:textId="77777777">
        <w:trPr>
          <w:cantSplit/>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CB61A8A" w14:textId="77777777" w:rsidR="00F94C82" w:rsidRPr="00B40033" w:rsidRDefault="00911973">
            <w:pPr>
              <w:spacing w:after="80" w:line="259" w:lineRule="auto"/>
              <w:rPr>
                <w:lang w:val="sl-SI"/>
              </w:rPr>
            </w:pPr>
            <w:r w:rsidRPr="00B40033">
              <w:rPr>
                <w:sz w:val="20"/>
                <w:lang w:val="sl-SI"/>
              </w:rPr>
              <w:t>Ne čuti.</w:t>
            </w:r>
          </w:p>
        </w:tc>
        <w:tc>
          <w:tcPr>
            <w:tcW w:w="31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124CDFD" w14:textId="77777777" w:rsidR="00F94C82" w:rsidRPr="00B40033" w:rsidRDefault="00911973">
            <w:pPr>
              <w:spacing w:after="80" w:line="259" w:lineRule="auto"/>
              <w:rPr>
                <w:lang w:val="sl-SI"/>
              </w:rPr>
            </w:pPr>
            <w:r w:rsidRPr="00B40033">
              <w:rPr>
                <w:sz w:val="20"/>
                <w:lang w:val="sl-SI"/>
              </w:rPr>
              <w:t>Smem čutiti, kar čutim.</w:t>
            </w:r>
          </w:p>
        </w:tc>
        <w:tc>
          <w:tcPr>
            <w:tcW w:w="499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BFF430B" w14:textId="77777777" w:rsidR="00F94C82" w:rsidRPr="00B40033" w:rsidRDefault="00911973">
            <w:pPr>
              <w:spacing w:after="80" w:line="259" w:lineRule="auto"/>
              <w:rPr>
                <w:lang w:val="sl-SI"/>
              </w:rPr>
            </w:pPr>
            <w:r w:rsidRPr="00B40033">
              <w:rPr>
                <w:sz w:val="20"/>
                <w:lang w:val="sl-SI"/>
              </w:rPr>
              <w:t>Zvečer zapišem dve natančni besedi za počutje (8.3).</w:t>
            </w:r>
          </w:p>
        </w:tc>
      </w:tr>
      <w:tr w:rsidR="00F94C82" w:rsidRPr="00B75BEE" w14:paraId="255226E6" w14:textId="77777777">
        <w:trPr>
          <w:cantSplit/>
          <w:trHeight w:val="510"/>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36FBE71" w14:textId="77777777" w:rsidR="00F94C82" w:rsidRPr="00B40033" w:rsidRDefault="00F94C82">
            <w:pPr>
              <w:spacing w:after="80" w:line="259" w:lineRule="auto"/>
              <w:rPr>
                <w:lang w:val="sl-SI"/>
              </w:rPr>
            </w:pPr>
          </w:p>
        </w:tc>
        <w:tc>
          <w:tcPr>
            <w:tcW w:w="31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0E9BC63" w14:textId="77777777" w:rsidR="00F94C82" w:rsidRPr="00B40033" w:rsidRDefault="00F94C82">
            <w:pPr>
              <w:spacing w:after="80" w:line="259" w:lineRule="auto"/>
              <w:rPr>
                <w:lang w:val="sl-SI"/>
              </w:rPr>
            </w:pPr>
          </w:p>
        </w:tc>
        <w:tc>
          <w:tcPr>
            <w:tcW w:w="499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1ECD271" w14:textId="77777777" w:rsidR="00F94C82" w:rsidRPr="00B40033" w:rsidRDefault="00F94C82">
            <w:pPr>
              <w:spacing w:after="80" w:line="259" w:lineRule="auto"/>
              <w:rPr>
                <w:lang w:val="sl-SI"/>
              </w:rPr>
            </w:pPr>
          </w:p>
        </w:tc>
      </w:tr>
      <w:tr w:rsidR="00F94C82" w:rsidRPr="00B75BEE" w14:paraId="3CC8B6C4" w14:textId="77777777">
        <w:trPr>
          <w:cantSplit/>
          <w:trHeight w:val="510"/>
          <w:jc w:val="center"/>
        </w:trPr>
        <w:tc>
          <w:tcPr>
            <w:tcW w:w="131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BAB041E" w14:textId="77777777" w:rsidR="00F94C82" w:rsidRPr="00B40033" w:rsidRDefault="00F94C82">
            <w:pPr>
              <w:spacing w:after="80" w:line="259" w:lineRule="auto"/>
              <w:rPr>
                <w:lang w:val="sl-SI"/>
              </w:rPr>
            </w:pPr>
          </w:p>
        </w:tc>
        <w:tc>
          <w:tcPr>
            <w:tcW w:w="31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AC9E670" w14:textId="77777777" w:rsidR="00F94C82" w:rsidRPr="00B40033" w:rsidRDefault="00F94C82">
            <w:pPr>
              <w:spacing w:after="80" w:line="259" w:lineRule="auto"/>
              <w:rPr>
                <w:lang w:val="sl-SI"/>
              </w:rPr>
            </w:pPr>
          </w:p>
        </w:tc>
        <w:tc>
          <w:tcPr>
            <w:tcW w:w="499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E9A33F9" w14:textId="77777777" w:rsidR="00F94C82" w:rsidRPr="00B40033" w:rsidRDefault="00F94C82">
            <w:pPr>
              <w:spacing w:after="80" w:line="259" w:lineRule="auto"/>
              <w:rPr>
                <w:lang w:val="sl-SI"/>
              </w:rPr>
            </w:pPr>
          </w:p>
        </w:tc>
      </w:tr>
    </w:tbl>
    <w:p w14:paraId="7B1858D6" w14:textId="77777777" w:rsidR="00F94C82" w:rsidRPr="00B40033" w:rsidRDefault="00F94C82">
      <w:pPr>
        <w:spacing w:after="40"/>
        <w:rPr>
          <w:lang w:val="sl-SI"/>
        </w:rPr>
      </w:pPr>
    </w:p>
    <w:p w14:paraId="70150F90" w14:textId="7CF4F6EF" w:rsidR="00F94C82" w:rsidRPr="00B40033" w:rsidRDefault="00911973" w:rsidP="00913D55">
      <w:pPr>
        <w:jc w:val="both"/>
        <w:rPr>
          <w:lang w:val="sl-SI"/>
        </w:rPr>
      </w:pPr>
      <w:r w:rsidRPr="00B40033">
        <w:rPr>
          <w:lang w:val="sl-SI"/>
        </w:rPr>
        <w:t>Dovoljenje deluje</w:t>
      </w:r>
      <w:r w:rsidR="0036494C" w:rsidRPr="00B40033">
        <w:rPr>
          <w:lang w:val="sl-SI"/>
        </w:rPr>
        <w:t xml:space="preserve"> le takrat</w:t>
      </w:r>
      <w:r w:rsidRPr="00B40033">
        <w:rPr>
          <w:lang w:val="sl-SI"/>
        </w:rPr>
        <w:t xml:space="preserve">, ko </w:t>
      </w:r>
      <w:r w:rsidR="0036494C" w:rsidRPr="00B40033">
        <w:rPr>
          <w:lang w:val="sl-SI"/>
        </w:rPr>
        <w:t xml:space="preserve">se počutiš </w:t>
      </w:r>
      <w:r w:rsidRPr="00B40033">
        <w:rPr>
          <w:lang w:val="sl-SI"/>
        </w:rPr>
        <w:t xml:space="preserve">dovolj </w:t>
      </w:r>
      <w:r w:rsidR="00B825BA" w:rsidRPr="00B40033">
        <w:rPr>
          <w:lang w:val="sl-SI"/>
        </w:rPr>
        <w:t xml:space="preserve">varnega </w:t>
      </w:r>
      <w:r w:rsidRPr="00B40033">
        <w:rPr>
          <w:lang w:val="sl-SI"/>
        </w:rPr>
        <w:t xml:space="preserve">(glej 2.1 in 1.6). Če ob starem stavku </w:t>
      </w:r>
      <w:r w:rsidR="00B825BA" w:rsidRPr="00B40033">
        <w:rPr>
          <w:lang w:val="sl-SI"/>
        </w:rPr>
        <w:t xml:space="preserve">začutiš </w:t>
      </w:r>
      <w:r w:rsidRPr="00B40033">
        <w:rPr>
          <w:lang w:val="sl-SI"/>
        </w:rPr>
        <w:t xml:space="preserve">močan strah ali </w:t>
      </w:r>
      <w:proofErr w:type="spellStart"/>
      <w:r w:rsidRPr="00B40033">
        <w:rPr>
          <w:lang w:val="sl-SI"/>
        </w:rPr>
        <w:t>preplavljenost</w:t>
      </w:r>
      <w:proofErr w:type="spellEnd"/>
      <w:r w:rsidRPr="00B40033">
        <w:rPr>
          <w:lang w:val="sl-SI"/>
        </w:rPr>
        <w:t xml:space="preserve">, se o </w:t>
      </w:r>
      <w:r w:rsidR="00BC37BC" w:rsidRPr="00B40033">
        <w:rPr>
          <w:lang w:val="sl-SI"/>
        </w:rPr>
        <w:t xml:space="preserve">tem </w:t>
      </w:r>
      <w:r w:rsidRPr="00B40033">
        <w:rPr>
          <w:lang w:val="sl-SI"/>
        </w:rPr>
        <w:t>pogovori s strokovnjakom (2.2).</w:t>
      </w:r>
    </w:p>
    <w:p w14:paraId="7302F109" w14:textId="77777777" w:rsidR="00F94C82" w:rsidRPr="00B40033" w:rsidRDefault="00911973">
      <w:pPr>
        <w:pStyle w:val="Naslov2"/>
        <w:rPr>
          <w:lang w:val="sl-SI"/>
        </w:rPr>
      </w:pPr>
      <w:r w:rsidRPr="00B40033">
        <w:rPr>
          <w:lang w:val="sl-SI"/>
        </w:rPr>
        <w:t>10.5 Vaja: 15 minut igre (dvakrat na teden)</w:t>
      </w:r>
    </w:p>
    <w:p w14:paraId="52E5CB7F" w14:textId="40F6C63B" w:rsidR="00F94C82" w:rsidRPr="00B40033" w:rsidRDefault="00911973" w:rsidP="00913D55">
      <w:pPr>
        <w:tabs>
          <w:tab w:val="left" w:pos="425"/>
        </w:tabs>
        <w:spacing w:after="60"/>
        <w:ind w:left="425" w:hanging="425"/>
        <w:jc w:val="both"/>
        <w:rPr>
          <w:lang w:val="sl-SI"/>
        </w:rPr>
      </w:pPr>
      <w:r w:rsidRPr="00B40033">
        <w:rPr>
          <w:lang w:val="sl-SI"/>
        </w:rPr>
        <w:t>1.</w:t>
      </w:r>
      <w:r w:rsidRPr="00B40033">
        <w:rPr>
          <w:lang w:val="sl-SI"/>
        </w:rPr>
        <w:tab/>
        <w:t>Izberi dejavnost</w:t>
      </w:r>
      <w:r w:rsidR="00DF2F89" w:rsidRPr="00B40033">
        <w:rPr>
          <w:lang w:val="sl-SI"/>
        </w:rPr>
        <w:t>, ki nima nobenega</w:t>
      </w:r>
      <w:r w:rsidRPr="00B40033">
        <w:rPr>
          <w:lang w:val="sl-SI"/>
        </w:rPr>
        <w:t xml:space="preserve"> </w:t>
      </w:r>
      <w:r w:rsidRPr="00B40033">
        <w:rPr>
          <w:b/>
          <w:lang w:val="sl-SI"/>
        </w:rPr>
        <w:t xml:space="preserve">cilja, koristi in </w:t>
      </w:r>
      <w:r w:rsidR="00DF2F89" w:rsidRPr="00B40033">
        <w:rPr>
          <w:b/>
          <w:lang w:val="sl-SI"/>
        </w:rPr>
        <w:t xml:space="preserve">zunanjega </w:t>
      </w:r>
      <w:r w:rsidRPr="00B40033">
        <w:rPr>
          <w:b/>
          <w:lang w:val="sl-SI"/>
        </w:rPr>
        <w:t>ocenjevanja</w:t>
      </w:r>
      <w:r w:rsidRPr="00B40033">
        <w:rPr>
          <w:lang w:val="sl-SI"/>
        </w:rPr>
        <w:t xml:space="preserve">: risanje, ples ob glasbi, igra z otrokom ali psom, </w:t>
      </w:r>
      <w:r w:rsidR="0046139F" w:rsidRPr="00B40033">
        <w:rPr>
          <w:lang w:val="sl-SI"/>
        </w:rPr>
        <w:t>gnetenje gli</w:t>
      </w:r>
      <w:r w:rsidR="000B4F78" w:rsidRPr="00B40033">
        <w:rPr>
          <w:lang w:val="sl-SI"/>
        </w:rPr>
        <w:t>ne ali</w:t>
      </w:r>
      <w:r w:rsidRPr="00B40033">
        <w:rPr>
          <w:lang w:val="sl-SI"/>
        </w:rPr>
        <w:t xml:space="preserve"> petje v </w:t>
      </w:r>
      <w:r w:rsidR="000B4F78" w:rsidRPr="00B40033">
        <w:rPr>
          <w:lang w:val="sl-SI"/>
        </w:rPr>
        <w:t>avtomobilu</w:t>
      </w:r>
      <w:r w:rsidRPr="00B40033">
        <w:rPr>
          <w:lang w:val="sl-SI"/>
        </w:rPr>
        <w:t>.</w:t>
      </w:r>
    </w:p>
    <w:p w14:paraId="54BCB043" w14:textId="4752EB4E" w:rsidR="00F94C82" w:rsidRPr="00B40033" w:rsidRDefault="00911973" w:rsidP="00913D55">
      <w:pPr>
        <w:tabs>
          <w:tab w:val="left" w:pos="425"/>
        </w:tabs>
        <w:spacing w:after="60"/>
        <w:ind w:left="425" w:hanging="425"/>
        <w:jc w:val="both"/>
        <w:rPr>
          <w:lang w:val="sl-SI"/>
        </w:rPr>
      </w:pPr>
      <w:r w:rsidRPr="00B40033">
        <w:rPr>
          <w:lang w:val="sl-SI"/>
        </w:rPr>
        <w:t>2.</w:t>
      </w:r>
      <w:r w:rsidRPr="00B40033">
        <w:rPr>
          <w:lang w:val="sl-SI"/>
        </w:rPr>
        <w:tab/>
        <w:t>Edino pravilo</w:t>
      </w:r>
      <w:r w:rsidR="008B3297" w:rsidRPr="00B40033">
        <w:rPr>
          <w:lang w:val="sl-SI"/>
        </w:rPr>
        <w:t xml:space="preserve"> je</w:t>
      </w:r>
      <w:r w:rsidRPr="00B40033">
        <w:rPr>
          <w:lang w:val="sl-SI"/>
        </w:rPr>
        <w:t xml:space="preserve">: </w:t>
      </w:r>
      <w:r w:rsidRPr="00B40033">
        <w:rPr>
          <w:b/>
          <w:lang w:val="sl-SI"/>
        </w:rPr>
        <w:t>nič</w:t>
      </w:r>
      <w:r w:rsidR="008B3297" w:rsidRPr="00B40033">
        <w:rPr>
          <w:b/>
          <w:lang w:val="sl-SI"/>
        </w:rPr>
        <w:t xml:space="preserve"> ti</w:t>
      </w:r>
      <w:r w:rsidRPr="00B40033">
        <w:rPr>
          <w:b/>
          <w:lang w:val="sl-SI"/>
        </w:rPr>
        <w:t xml:space="preserve"> ni treba narediti dobro</w:t>
      </w:r>
      <w:r w:rsidRPr="00B40033">
        <w:rPr>
          <w:lang w:val="sl-SI"/>
        </w:rPr>
        <w:t>.</w:t>
      </w:r>
    </w:p>
    <w:p w14:paraId="65C2CE1C" w14:textId="561FA87D" w:rsidR="00F94C82" w:rsidRPr="00B40033" w:rsidRDefault="00911973" w:rsidP="00913D55">
      <w:pPr>
        <w:tabs>
          <w:tab w:val="left" w:pos="425"/>
        </w:tabs>
        <w:spacing w:after="60"/>
        <w:ind w:left="425" w:hanging="425"/>
        <w:jc w:val="both"/>
        <w:rPr>
          <w:lang w:val="sl-SI"/>
        </w:rPr>
      </w:pPr>
      <w:r w:rsidRPr="00B40033">
        <w:rPr>
          <w:lang w:val="sl-SI"/>
        </w:rPr>
        <w:t>3.</w:t>
      </w:r>
      <w:r w:rsidRPr="00B40033">
        <w:rPr>
          <w:lang w:val="sl-SI"/>
        </w:rPr>
        <w:tab/>
        <w:t xml:space="preserve">Ko se oglasi notranji </w:t>
      </w:r>
      <w:r w:rsidR="008B3297" w:rsidRPr="00B40033">
        <w:rPr>
          <w:lang w:val="sl-SI"/>
        </w:rPr>
        <w:t>kritik ali</w:t>
      </w:r>
      <w:r w:rsidR="00F147F0" w:rsidRPr="00B40033">
        <w:rPr>
          <w:lang w:val="sl-SI"/>
        </w:rPr>
        <w:t xml:space="preserve"> </w:t>
      </w:r>
      <w:r w:rsidRPr="00B40033">
        <w:rPr>
          <w:lang w:val="sl-SI"/>
        </w:rPr>
        <w:t>sodnik (</w:t>
      </w:r>
      <w:r w:rsidR="009B2832" w:rsidRPr="00B40033">
        <w:rPr>
          <w:lang w:val="sl-SI"/>
        </w:rPr>
        <w:t xml:space="preserve">npr. </w:t>
      </w:r>
      <w:r w:rsidRPr="00B40033">
        <w:rPr>
          <w:lang w:val="sl-SI"/>
        </w:rPr>
        <w:t xml:space="preserve">»to je otročje«, »izgubljaš čas«), </w:t>
      </w:r>
      <w:r w:rsidR="00F147F0" w:rsidRPr="00B40033">
        <w:rPr>
          <w:lang w:val="sl-SI"/>
        </w:rPr>
        <w:t xml:space="preserve">njegov glas </w:t>
      </w:r>
      <w:r w:rsidRPr="00B40033">
        <w:rPr>
          <w:lang w:val="sl-SI"/>
        </w:rPr>
        <w:t>le opazi</w:t>
      </w:r>
      <w:r w:rsidR="003E4181" w:rsidRPr="00B40033">
        <w:rPr>
          <w:lang w:val="sl-SI"/>
        </w:rPr>
        <w:t>, ga spusti mimo</w:t>
      </w:r>
      <w:r w:rsidRPr="00B40033">
        <w:rPr>
          <w:lang w:val="sl-SI"/>
        </w:rPr>
        <w:t xml:space="preserve"> in nadaljuj </w:t>
      </w:r>
      <w:r w:rsidR="00806432" w:rsidRPr="00B40033">
        <w:rPr>
          <w:lang w:val="sl-SI"/>
        </w:rPr>
        <w:t xml:space="preserve">z igro </w:t>
      </w:r>
      <w:r w:rsidRPr="00B40033">
        <w:rPr>
          <w:lang w:val="sl-SI"/>
        </w:rPr>
        <w:t>(glej 11.7).</w:t>
      </w:r>
    </w:p>
    <w:p w14:paraId="7D69E4DB" w14:textId="178FA232" w:rsidR="00F94C82" w:rsidRPr="00B40033" w:rsidRDefault="00911973" w:rsidP="00913D55">
      <w:pPr>
        <w:tabs>
          <w:tab w:val="left" w:pos="425"/>
        </w:tabs>
        <w:spacing w:after="60"/>
        <w:ind w:left="425" w:hanging="425"/>
        <w:jc w:val="both"/>
        <w:rPr>
          <w:lang w:val="sl-SI"/>
        </w:rPr>
      </w:pPr>
      <w:r w:rsidRPr="00B40033">
        <w:rPr>
          <w:lang w:val="sl-SI"/>
        </w:rPr>
        <w:t>4.</w:t>
      </w:r>
      <w:r w:rsidRPr="00B40033">
        <w:rPr>
          <w:lang w:val="sl-SI"/>
        </w:rPr>
        <w:tab/>
        <w:t xml:space="preserve">Po </w:t>
      </w:r>
      <w:r w:rsidR="004136E5" w:rsidRPr="00B40033">
        <w:rPr>
          <w:lang w:val="sl-SI"/>
        </w:rPr>
        <w:t xml:space="preserve">zaključku zapiši </w:t>
      </w:r>
      <w:r w:rsidRPr="00B40033">
        <w:rPr>
          <w:lang w:val="sl-SI"/>
        </w:rPr>
        <w:t xml:space="preserve">en </w:t>
      </w:r>
      <w:r w:rsidR="00897E38" w:rsidRPr="00B40033">
        <w:rPr>
          <w:lang w:val="sl-SI"/>
        </w:rPr>
        <w:t xml:space="preserve">sam </w:t>
      </w:r>
      <w:r w:rsidRPr="00B40033">
        <w:rPr>
          <w:lang w:val="sl-SI"/>
        </w:rPr>
        <w:t>stavek: »Med igro sem opazil …«</w:t>
      </w:r>
    </w:p>
    <w:p w14:paraId="627D99D8" w14:textId="77777777" w:rsidR="00F94C82" w:rsidRPr="00B40033" w:rsidRDefault="00911973">
      <w:pPr>
        <w:pStyle w:val="Naslov2"/>
        <w:rPr>
          <w:lang w:val="sl-SI"/>
        </w:rPr>
      </w:pPr>
      <w:r w:rsidRPr="00B40033">
        <w:rPr>
          <w:lang w:val="sl-SI"/>
        </w:rPr>
        <w:t>10.6 Delovni list: tedenski pregled spontanosti</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89"/>
        <w:gridCol w:w="2446"/>
        <w:gridCol w:w="3510"/>
        <w:gridCol w:w="2660"/>
      </w:tblGrid>
      <w:tr w:rsidR="00F94C82" w:rsidRPr="00B40033" w14:paraId="0772F048" w14:textId="77777777">
        <w:trPr>
          <w:cantSplit/>
          <w:tblHeader/>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783F014" w14:textId="77777777" w:rsidR="00F94C82" w:rsidRPr="00B40033" w:rsidRDefault="00911973" w:rsidP="00913D55">
            <w:pPr>
              <w:spacing w:after="80" w:line="259" w:lineRule="auto"/>
              <w:jc w:val="center"/>
              <w:rPr>
                <w:lang w:val="sl-SI"/>
              </w:rPr>
            </w:pPr>
            <w:r w:rsidRPr="00B40033">
              <w:rPr>
                <w:b/>
                <w:sz w:val="20"/>
                <w:lang w:val="sl-SI"/>
              </w:rPr>
              <w:t>Dan</w:t>
            </w:r>
          </w:p>
        </w:tc>
        <w:tc>
          <w:tcPr>
            <w:tcW w:w="2432"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B9DE55D" w14:textId="77777777" w:rsidR="00F94C82" w:rsidRPr="00B40033" w:rsidRDefault="00911973" w:rsidP="00913D55">
            <w:pPr>
              <w:spacing w:after="80" w:line="259" w:lineRule="auto"/>
              <w:jc w:val="center"/>
              <w:rPr>
                <w:lang w:val="sl-SI"/>
              </w:rPr>
            </w:pPr>
            <w:r w:rsidRPr="00B40033">
              <w:rPr>
                <w:b/>
                <w:sz w:val="20"/>
                <w:lang w:val="sl-SI"/>
              </w:rPr>
              <w:t>Kaj sem naredil drugače</w:t>
            </w:r>
          </w:p>
        </w:tc>
        <w:tc>
          <w:tcPr>
            <w:tcW w:w="3489"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375002C" w14:textId="77777777" w:rsidR="00F94C82" w:rsidRPr="00B40033" w:rsidRDefault="00911973" w:rsidP="00913D55">
            <w:pPr>
              <w:spacing w:after="80" w:line="259" w:lineRule="auto"/>
              <w:jc w:val="center"/>
              <w:rPr>
                <w:lang w:val="sl-SI"/>
              </w:rPr>
            </w:pPr>
            <w:r w:rsidRPr="00B40033">
              <w:rPr>
                <w:b/>
                <w:sz w:val="20"/>
                <w:lang w:val="sl-SI"/>
              </w:rPr>
              <w:t>Kateri stari stavek se je oglasil</w:t>
            </w:r>
          </w:p>
        </w:tc>
        <w:tc>
          <w:tcPr>
            <w:tcW w:w="2644"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5A94544D" w14:textId="77777777" w:rsidR="00F94C82" w:rsidRPr="00B40033" w:rsidRDefault="00911973" w:rsidP="00913D55">
            <w:pPr>
              <w:spacing w:after="80" w:line="259" w:lineRule="auto"/>
              <w:jc w:val="center"/>
              <w:rPr>
                <w:lang w:val="sl-SI"/>
              </w:rPr>
            </w:pPr>
            <w:r w:rsidRPr="00B40033">
              <w:rPr>
                <w:b/>
                <w:sz w:val="20"/>
                <w:lang w:val="sl-SI"/>
              </w:rPr>
              <w:t>Kako sem se počutil potem</w:t>
            </w:r>
          </w:p>
        </w:tc>
      </w:tr>
      <w:tr w:rsidR="00F94C82" w:rsidRPr="00B40033" w14:paraId="797CD8FE" w14:textId="77777777">
        <w:trPr>
          <w:cantSplit/>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F78B99E" w14:textId="7C4E2962" w:rsidR="00F94C82" w:rsidRPr="00B40033" w:rsidRDefault="00F733B7">
            <w:pPr>
              <w:spacing w:after="80" w:line="259" w:lineRule="auto"/>
              <w:rPr>
                <w:lang w:val="sl-SI"/>
              </w:rPr>
            </w:pPr>
            <w:r w:rsidRPr="00B40033">
              <w:rPr>
                <w:sz w:val="20"/>
                <w:lang w:val="sl-SI"/>
              </w:rPr>
              <w:t>P</w:t>
            </w:r>
            <w:r w:rsidR="00911973" w:rsidRPr="00B40033">
              <w:rPr>
                <w:sz w:val="20"/>
                <w:lang w:val="sl-SI"/>
              </w:rPr>
              <w:t>on</w:t>
            </w:r>
            <w:r w:rsidRPr="00B40033">
              <w:rPr>
                <w:sz w:val="20"/>
                <w:lang w:val="sl-SI"/>
              </w:rPr>
              <w:t>edeljek</w:t>
            </w:r>
          </w:p>
        </w:tc>
        <w:tc>
          <w:tcPr>
            <w:tcW w:w="243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575DCD5" w14:textId="77777777" w:rsidR="00F94C82" w:rsidRPr="00B40033" w:rsidRDefault="00F94C82">
            <w:pPr>
              <w:spacing w:after="80" w:line="259" w:lineRule="auto"/>
              <w:rPr>
                <w:lang w:val="sl-SI"/>
              </w:rPr>
            </w:pPr>
          </w:p>
        </w:tc>
        <w:tc>
          <w:tcPr>
            <w:tcW w:w="34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5A5A994" w14:textId="77777777" w:rsidR="00F94C82" w:rsidRPr="00B40033" w:rsidRDefault="00F94C82">
            <w:pPr>
              <w:spacing w:after="80" w:line="259" w:lineRule="auto"/>
              <w:rPr>
                <w:lang w:val="sl-SI"/>
              </w:rPr>
            </w:pPr>
          </w:p>
        </w:tc>
        <w:tc>
          <w:tcPr>
            <w:tcW w:w="264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F675035" w14:textId="77777777" w:rsidR="00F94C82" w:rsidRPr="00B40033" w:rsidRDefault="00F94C82">
            <w:pPr>
              <w:spacing w:after="80" w:line="259" w:lineRule="auto"/>
              <w:rPr>
                <w:lang w:val="sl-SI"/>
              </w:rPr>
            </w:pPr>
          </w:p>
        </w:tc>
      </w:tr>
      <w:tr w:rsidR="00F94C82" w:rsidRPr="00B40033" w14:paraId="2491B940" w14:textId="77777777">
        <w:trPr>
          <w:cantSplit/>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59D7D03" w14:textId="5D9690E8" w:rsidR="00F94C82" w:rsidRPr="00B40033" w:rsidRDefault="00F733B7">
            <w:pPr>
              <w:spacing w:after="80" w:line="259" w:lineRule="auto"/>
              <w:rPr>
                <w:lang w:val="sl-SI"/>
              </w:rPr>
            </w:pPr>
            <w:r w:rsidRPr="00B40033">
              <w:rPr>
                <w:sz w:val="20"/>
                <w:lang w:val="sl-SI"/>
              </w:rPr>
              <w:t>Torek</w:t>
            </w:r>
          </w:p>
        </w:tc>
        <w:tc>
          <w:tcPr>
            <w:tcW w:w="243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5D1B5EE" w14:textId="77777777" w:rsidR="00F94C82" w:rsidRPr="00B40033" w:rsidRDefault="00F94C82">
            <w:pPr>
              <w:spacing w:after="80" w:line="259" w:lineRule="auto"/>
              <w:rPr>
                <w:lang w:val="sl-SI"/>
              </w:rPr>
            </w:pPr>
          </w:p>
        </w:tc>
        <w:tc>
          <w:tcPr>
            <w:tcW w:w="34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93D3D23" w14:textId="77777777" w:rsidR="00F94C82" w:rsidRPr="00B40033" w:rsidRDefault="00F94C82">
            <w:pPr>
              <w:spacing w:after="80" w:line="259" w:lineRule="auto"/>
              <w:rPr>
                <w:lang w:val="sl-SI"/>
              </w:rPr>
            </w:pPr>
          </w:p>
        </w:tc>
        <w:tc>
          <w:tcPr>
            <w:tcW w:w="264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D5F1ABD" w14:textId="77777777" w:rsidR="00F94C82" w:rsidRPr="00B40033" w:rsidRDefault="00F94C82">
            <w:pPr>
              <w:spacing w:after="80" w:line="259" w:lineRule="auto"/>
              <w:rPr>
                <w:lang w:val="sl-SI"/>
              </w:rPr>
            </w:pPr>
          </w:p>
        </w:tc>
      </w:tr>
      <w:tr w:rsidR="00F94C82" w:rsidRPr="00B40033" w14:paraId="5A2CFF1A" w14:textId="77777777">
        <w:trPr>
          <w:cantSplit/>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57C9802" w14:textId="7441FB4E" w:rsidR="00F94C82" w:rsidRPr="00B40033" w:rsidRDefault="004136E5">
            <w:pPr>
              <w:spacing w:after="80" w:line="259" w:lineRule="auto"/>
              <w:rPr>
                <w:lang w:val="sl-SI"/>
              </w:rPr>
            </w:pPr>
            <w:r w:rsidRPr="00B40033">
              <w:rPr>
                <w:sz w:val="20"/>
                <w:lang w:val="sl-SI"/>
              </w:rPr>
              <w:t>S</w:t>
            </w:r>
            <w:r w:rsidR="00F733B7" w:rsidRPr="00B40033">
              <w:rPr>
                <w:sz w:val="20"/>
                <w:lang w:val="sl-SI"/>
              </w:rPr>
              <w:t>reda</w:t>
            </w:r>
          </w:p>
        </w:tc>
        <w:tc>
          <w:tcPr>
            <w:tcW w:w="243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7E02A58" w14:textId="77777777" w:rsidR="00F94C82" w:rsidRPr="00B40033" w:rsidRDefault="00F94C82">
            <w:pPr>
              <w:spacing w:after="80" w:line="259" w:lineRule="auto"/>
              <w:rPr>
                <w:lang w:val="sl-SI"/>
              </w:rPr>
            </w:pPr>
          </w:p>
        </w:tc>
        <w:tc>
          <w:tcPr>
            <w:tcW w:w="34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DC52C7E" w14:textId="77777777" w:rsidR="00F94C82" w:rsidRPr="00B40033" w:rsidRDefault="00F94C82">
            <w:pPr>
              <w:spacing w:after="80" w:line="259" w:lineRule="auto"/>
              <w:rPr>
                <w:lang w:val="sl-SI"/>
              </w:rPr>
            </w:pPr>
          </w:p>
        </w:tc>
        <w:tc>
          <w:tcPr>
            <w:tcW w:w="264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0488BED" w14:textId="77777777" w:rsidR="00F94C82" w:rsidRPr="00B40033" w:rsidRDefault="00F94C82">
            <w:pPr>
              <w:spacing w:after="80" w:line="259" w:lineRule="auto"/>
              <w:rPr>
                <w:lang w:val="sl-SI"/>
              </w:rPr>
            </w:pPr>
          </w:p>
        </w:tc>
      </w:tr>
      <w:tr w:rsidR="00F94C82" w:rsidRPr="00B40033" w14:paraId="5C6BEC87" w14:textId="77777777">
        <w:trPr>
          <w:cantSplit/>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B4379E4" w14:textId="2252D62D" w:rsidR="00F94C82" w:rsidRPr="00B40033" w:rsidRDefault="004136E5">
            <w:pPr>
              <w:spacing w:after="80" w:line="259" w:lineRule="auto"/>
              <w:rPr>
                <w:lang w:val="sl-SI"/>
              </w:rPr>
            </w:pPr>
            <w:r w:rsidRPr="00B40033">
              <w:rPr>
                <w:sz w:val="20"/>
                <w:lang w:val="sl-SI"/>
              </w:rPr>
              <w:t>Četrtek</w:t>
            </w:r>
          </w:p>
        </w:tc>
        <w:tc>
          <w:tcPr>
            <w:tcW w:w="243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6A7D374" w14:textId="77777777" w:rsidR="00F94C82" w:rsidRPr="00B40033" w:rsidRDefault="00F94C82">
            <w:pPr>
              <w:spacing w:after="80" w:line="259" w:lineRule="auto"/>
              <w:rPr>
                <w:lang w:val="sl-SI"/>
              </w:rPr>
            </w:pPr>
          </w:p>
        </w:tc>
        <w:tc>
          <w:tcPr>
            <w:tcW w:w="34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F67E8BF" w14:textId="77777777" w:rsidR="00F94C82" w:rsidRPr="00B40033" w:rsidRDefault="00F94C82">
            <w:pPr>
              <w:spacing w:after="80" w:line="259" w:lineRule="auto"/>
              <w:rPr>
                <w:lang w:val="sl-SI"/>
              </w:rPr>
            </w:pPr>
          </w:p>
        </w:tc>
        <w:tc>
          <w:tcPr>
            <w:tcW w:w="264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058DEE6" w14:textId="77777777" w:rsidR="00F94C82" w:rsidRPr="00B40033" w:rsidRDefault="00F94C82">
            <w:pPr>
              <w:spacing w:after="80" w:line="259" w:lineRule="auto"/>
              <w:rPr>
                <w:lang w:val="sl-SI"/>
              </w:rPr>
            </w:pPr>
          </w:p>
        </w:tc>
      </w:tr>
      <w:tr w:rsidR="00F94C82" w:rsidRPr="00B40033" w14:paraId="00B84414" w14:textId="77777777">
        <w:trPr>
          <w:cantSplit/>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35DE21E" w14:textId="5EEF331E" w:rsidR="00F94C82" w:rsidRPr="00B40033" w:rsidRDefault="004136E5">
            <w:pPr>
              <w:spacing w:after="80" w:line="259" w:lineRule="auto"/>
              <w:rPr>
                <w:lang w:val="sl-SI"/>
              </w:rPr>
            </w:pPr>
            <w:r w:rsidRPr="00B40033">
              <w:rPr>
                <w:sz w:val="20"/>
                <w:lang w:val="sl-SI"/>
              </w:rPr>
              <w:t>Petek</w:t>
            </w:r>
          </w:p>
        </w:tc>
        <w:tc>
          <w:tcPr>
            <w:tcW w:w="243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3B86208" w14:textId="77777777" w:rsidR="00F94C82" w:rsidRPr="00B40033" w:rsidRDefault="00F94C82">
            <w:pPr>
              <w:spacing w:after="80" w:line="259" w:lineRule="auto"/>
              <w:rPr>
                <w:lang w:val="sl-SI"/>
              </w:rPr>
            </w:pPr>
          </w:p>
        </w:tc>
        <w:tc>
          <w:tcPr>
            <w:tcW w:w="34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3958B2C" w14:textId="77777777" w:rsidR="00F94C82" w:rsidRPr="00B40033" w:rsidRDefault="00F94C82">
            <w:pPr>
              <w:spacing w:after="80" w:line="259" w:lineRule="auto"/>
              <w:rPr>
                <w:lang w:val="sl-SI"/>
              </w:rPr>
            </w:pPr>
          </w:p>
        </w:tc>
        <w:tc>
          <w:tcPr>
            <w:tcW w:w="264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B08EEA6" w14:textId="77777777" w:rsidR="00F94C82" w:rsidRPr="00B40033" w:rsidRDefault="00F94C82">
            <w:pPr>
              <w:spacing w:after="80" w:line="259" w:lineRule="auto"/>
              <w:rPr>
                <w:lang w:val="sl-SI"/>
              </w:rPr>
            </w:pPr>
          </w:p>
        </w:tc>
      </w:tr>
      <w:tr w:rsidR="00F94C82" w:rsidRPr="00B40033" w14:paraId="0BB881A6" w14:textId="77777777">
        <w:trPr>
          <w:cantSplit/>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8186AB7" w14:textId="1988FDA3" w:rsidR="00F94C82" w:rsidRPr="00B40033" w:rsidRDefault="004136E5">
            <w:pPr>
              <w:spacing w:after="80" w:line="259" w:lineRule="auto"/>
              <w:rPr>
                <w:lang w:val="sl-SI"/>
              </w:rPr>
            </w:pPr>
            <w:r w:rsidRPr="00B40033">
              <w:rPr>
                <w:sz w:val="20"/>
                <w:lang w:val="sl-SI"/>
              </w:rPr>
              <w:t>Sobota</w:t>
            </w:r>
          </w:p>
        </w:tc>
        <w:tc>
          <w:tcPr>
            <w:tcW w:w="243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BC2B1D8" w14:textId="77777777" w:rsidR="00F94C82" w:rsidRPr="00B40033" w:rsidRDefault="00F94C82">
            <w:pPr>
              <w:spacing w:after="80" w:line="259" w:lineRule="auto"/>
              <w:rPr>
                <w:lang w:val="sl-SI"/>
              </w:rPr>
            </w:pPr>
          </w:p>
        </w:tc>
        <w:tc>
          <w:tcPr>
            <w:tcW w:w="34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72D75BA" w14:textId="77777777" w:rsidR="00F94C82" w:rsidRPr="00B40033" w:rsidRDefault="00F94C82">
            <w:pPr>
              <w:spacing w:after="80" w:line="259" w:lineRule="auto"/>
              <w:rPr>
                <w:lang w:val="sl-SI"/>
              </w:rPr>
            </w:pPr>
          </w:p>
        </w:tc>
        <w:tc>
          <w:tcPr>
            <w:tcW w:w="264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60A1445" w14:textId="77777777" w:rsidR="00F94C82" w:rsidRPr="00B40033" w:rsidRDefault="00F94C82">
            <w:pPr>
              <w:spacing w:after="80" w:line="259" w:lineRule="auto"/>
              <w:rPr>
                <w:lang w:val="sl-SI"/>
              </w:rPr>
            </w:pPr>
          </w:p>
        </w:tc>
      </w:tr>
      <w:tr w:rsidR="00F94C82" w:rsidRPr="00B40033" w14:paraId="1E92FDE2" w14:textId="77777777">
        <w:trPr>
          <w:cantSplit/>
          <w:jc w:val="center"/>
        </w:trPr>
        <w:tc>
          <w:tcPr>
            <w:tcW w:w="846"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05263F8" w14:textId="377713BB" w:rsidR="00F94C82" w:rsidRPr="00B40033" w:rsidRDefault="004136E5">
            <w:pPr>
              <w:spacing w:after="80" w:line="259" w:lineRule="auto"/>
              <w:rPr>
                <w:lang w:val="sl-SI"/>
              </w:rPr>
            </w:pPr>
            <w:r w:rsidRPr="00B40033">
              <w:rPr>
                <w:sz w:val="20"/>
                <w:lang w:val="sl-SI"/>
              </w:rPr>
              <w:t>Nedelja</w:t>
            </w:r>
          </w:p>
        </w:tc>
        <w:tc>
          <w:tcPr>
            <w:tcW w:w="243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3D1F072" w14:textId="77777777" w:rsidR="00F94C82" w:rsidRPr="00B40033" w:rsidRDefault="00F94C82">
            <w:pPr>
              <w:spacing w:after="80" w:line="259" w:lineRule="auto"/>
              <w:rPr>
                <w:lang w:val="sl-SI"/>
              </w:rPr>
            </w:pPr>
          </w:p>
        </w:tc>
        <w:tc>
          <w:tcPr>
            <w:tcW w:w="34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802069B" w14:textId="77777777" w:rsidR="00F94C82" w:rsidRPr="00B40033" w:rsidRDefault="00F94C82">
            <w:pPr>
              <w:spacing w:after="80" w:line="259" w:lineRule="auto"/>
              <w:rPr>
                <w:lang w:val="sl-SI"/>
              </w:rPr>
            </w:pPr>
          </w:p>
        </w:tc>
        <w:tc>
          <w:tcPr>
            <w:tcW w:w="264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0C41CD6" w14:textId="77777777" w:rsidR="00F94C82" w:rsidRPr="00B40033" w:rsidRDefault="00F94C82">
            <w:pPr>
              <w:spacing w:after="80" w:line="259" w:lineRule="auto"/>
              <w:rPr>
                <w:lang w:val="sl-SI"/>
              </w:rPr>
            </w:pPr>
          </w:p>
        </w:tc>
      </w:tr>
    </w:tbl>
    <w:p w14:paraId="08228D2A" w14:textId="77777777" w:rsidR="00F94C82" w:rsidRPr="00B40033" w:rsidRDefault="00F94C82">
      <w:pPr>
        <w:spacing w:after="40"/>
        <w:rPr>
          <w:lang w:val="sl-SI"/>
        </w:rPr>
      </w:pPr>
    </w:p>
    <w:p w14:paraId="2AB75B0B" w14:textId="77777777" w:rsidR="00D51F12" w:rsidRDefault="00D51F12">
      <w:pPr>
        <w:pStyle w:val="Naslov2"/>
        <w:rPr>
          <w:lang w:val="sl-SI"/>
        </w:rPr>
      </w:pPr>
    </w:p>
    <w:p w14:paraId="308E315E" w14:textId="2E205DB3" w:rsidR="00F94C82" w:rsidRPr="00B40033" w:rsidRDefault="00911973">
      <w:pPr>
        <w:pStyle w:val="Naslov2"/>
        <w:rPr>
          <w:lang w:val="sl-SI"/>
        </w:rPr>
      </w:pPr>
      <w:r w:rsidRPr="00B40033">
        <w:rPr>
          <w:lang w:val="sl-SI"/>
        </w:rPr>
        <w:t>10.7 Refleksija</w:t>
      </w:r>
    </w:p>
    <w:p w14:paraId="5A08A3F6" w14:textId="36320F8B" w:rsidR="00F94C82" w:rsidRPr="00B40033" w:rsidRDefault="00911973" w:rsidP="00913D55">
      <w:pPr>
        <w:pStyle w:val="Oznaenseznam"/>
        <w:jc w:val="both"/>
        <w:rPr>
          <w:lang w:val="sl-SI"/>
        </w:rPr>
      </w:pPr>
      <w:r w:rsidRPr="00B40033">
        <w:rPr>
          <w:lang w:val="sl-SI"/>
        </w:rPr>
        <w:t>Katero od petih dovoljenj iz 10.4 mi je najtežje izreči</w:t>
      </w:r>
      <w:r w:rsidR="00DB4004">
        <w:rPr>
          <w:lang w:val="sl-SI"/>
        </w:rPr>
        <w:t xml:space="preserve"> </w:t>
      </w:r>
      <w:r w:rsidRPr="00B40033">
        <w:rPr>
          <w:lang w:val="sl-SI"/>
        </w:rPr>
        <w:t xml:space="preserve">in kaj to pove o mojem </w:t>
      </w:r>
      <w:r w:rsidR="00D26DDF" w:rsidRPr="00B40033">
        <w:rPr>
          <w:lang w:val="sl-SI"/>
        </w:rPr>
        <w:t>življenjskem scenariju (</w:t>
      </w:r>
      <w:proofErr w:type="spellStart"/>
      <w:r w:rsidRPr="00B40033">
        <w:rPr>
          <w:lang w:val="sl-SI"/>
        </w:rPr>
        <w:t>skriptu</w:t>
      </w:r>
      <w:proofErr w:type="spellEnd"/>
      <w:r w:rsidR="00D26DDF" w:rsidRPr="00B40033">
        <w:rPr>
          <w:lang w:val="sl-SI"/>
        </w:rPr>
        <w:t>)</w:t>
      </w:r>
      <w:r w:rsidRPr="00B40033">
        <w:rPr>
          <w:lang w:val="sl-SI"/>
        </w:rPr>
        <w:t>?</w:t>
      </w:r>
    </w:p>
    <w:p w14:paraId="1886F2C8" w14:textId="29F50D21" w:rsidR="00F94C82" w:rsidRPr="00B40033" w:rsidRDefault="00911973" w:rsidP="00913D55">
      <w:pPr>
        <w:pStyle w:val="Oznaenseznam"/>
        <w:jc w:val="both"/>
        <w:rPr>
          <w:lang w:val="sl-SI"/>
        </w:rPr>
      </w:pPr>
      <w:r w:rsidRPr="00B40033">
        <w:rPr>
          <w:lang w:val="sl-SI"/>
        </w:rPr>
        <w:t xml:space="preserve">Kje v življenju </w:t>
      </w:r>
      <w:r w:rsidR="00D24DA6" w:rsidRPr="00B40033">
        <w:rPr>
          <w:lang w:val="sl-SI"/>
        </w:rPr>
        <w:t>delujem najbolj »predvidljivo«</w:t>
      </w:r>
      <w:r w:rsidRPr="00B40033">
        <w:rPr>
          <w:lang w:val="sl-SI"/>
        </w:rPr>
        <w:t xml:space="preserve"> </w:t>
      </w:r>
      <w:r w:rsidR="00D24DA6" w:rsidRPr="00B40033">
        <w:rPr>
          <w:lang w:val="sl-SI"/>
        </w:rPr>
        <w:t>(</w:t>
      </w:r>
      <w:r w:rsidRPr="00B40033">
        <w:rPr>
          <w:lang w:val="sl-SI"/>
        </w:rPr>
        <w:t>zase in za druge</w:t>
      </w:r>
      <w:r w:rsidR="00D24DA6" w:rsidRPr="00B40033">
        <w:rPr>
          <w:lang w:val="sl-SI"/>
        </w:rPr>
        <w:t>)</w:t>
      </w:r>
      <w:r w:rsidRPr="00B40033">
        <w:rPr>
          <w:lang w:val="sl-SI"/>
        </w:rPr>
        <w:t xml:space="preserve"> in </w:t>
      </w:r>
      <w:r w:rsidR="002E2060" w:rsidRPr="00B40033">
        <w:rPr>
          <w:lang w:val="sl-SI"/>
        </w:rPr>
        <w:t xml:space="preserve">na katerem področju </w:t>
      </w:r>
      <w:r w:rsidRPr="00B40033">
        <w:rPr>
          <w:lang w:val="sl-SI"/>
        </w:rPr>
        <w:t>bi si želel več svobode?</w:t>
      </w:r>
    </w:p>
    <w:p w14:paraId="0C1C910A" w14:textId="77777777" w:rsidR="00F94C82" w:rsidRPr="00B40033" w:rsidRDefault="00911973">
      <w:pPr>
        <w:pStyle w:val="Naslov2"/>
        <w:rPr>
          <w:lang w:val="sl-SI"/>
        </w:rPr>
      </w:pPr>
      <w:r w:rsidRPr="00B40033">
        <w:rPr>
          <w:lang w:val="sl-SI"/>
        </w:rPr>
        <w:t>10.8 Majhna akcija</w:t>
      </w:r>
    </w:p>
    <w:p w14:paraId="3EF4F0D1" w14:textId="792CEF6E" w:rsidR="00F94C82" w:rsidRPr="00B40033" w:rsidRDefault="00911973" w:rsidP="00913D55">
      <w:pPr>
        <w:jc w:val="both"/>
        <w:rPr>
          <w:lang w:val="sl-SI"/>
        </w:rPr>
      </w:pPr>
      <w:r w:rsidRPr="00B40033">
        <w:rPr>
          <w:lang w:val="sl-SI"/>
        </w:rPr>
        <w:t xml:space="preserve">Naslednjič, ko </w:t>
      </w:r>
      <w:r w:rsidR="009E5ECF" w:rsidRPr="00B40033">
        <w:rPr>
          <w:lang w:val="sl-SI"/>
        </w:rPr>
        <w:t>se zalotiš, da želiš samodejno reči</w:t>
      </w:r>
      <w:r w:rsidRPr="00B40033">
        <w:rPr>
          <w:lang w:val="sl-SI"/>
        </w:rPr>
        <w:t xml:space="preserve"> »ja« (ali »ne«), </w:t>
      </w:r>
      <w:r w:rsidR="00BC7D81" w:rsidRPr="00B40033">
        <w:rPr>
          <w:lang w:val="sl-SI"/>
        </w:rPr>
        <w:t>se ustavi, trikrat globoko vdihni</w:t>
      </w:r>
      <w:r w:rsidRPr="00B40033">
        <w:rPr>
          <w:lang w:val="sl-SI"/>
        </w:rPr>
        <w:t xml:space="preserve"> in se vprašaj: »Kaj bi rekel, če bi lahko svobodno izbiral?« Nato </w:t>
      </w:r>
      <w:r w:rsidR="00EE299A" w:rsidRPr="00B40033">
        <w:rPr>
          <w:lang w:val="sl-SI"/>
        </w:rPr>
        <w:t>se zavestno odloči</w:t>
      </w:r>
      <w:r w:rsidR="00DB4004">
        <w:rPr>
          <w:lang w:val="sl-SI"/>
        </w:rPr>
        <w:t xml:space="preserve">, </w:t>
      </w:r>
      <w:r w:rsidR="00265EAC" w:rsidRPr="00B40033">
        <w:rPr>
          <w:lang w:val="sl-SI"/>
        </w:rPr>
        <w:t>pa četudi</w:t>
      </w:r>
      <w:r w:rsidRPr="00B40033">
        <w:rPr>
          <w:lang w:val="sl-SI"/>
        </w:rPr>
        <w:t xml:space="preserve"> izbereš </w:t>
      </w:r>
      <w:r w:rsidR="00265EAC" w:rsidRPr="00B40033">
        <w:rPr>
          <w:lang w:val="sl-SI"/>
        </w:rPr>
        <w:t xml:space="preserve">popolnoma </w:t>
      </w:r>
      <w:r w:rsidRPr="00B40033">
        <w:rPr>
          <w:lang w:val="sl-SI"/>
        </w:rPr>
        <w:t>enako kot prej.</w:t>
      </w:r>
    </w:p>
    <w:p w14:paraId="55C76701" w14:textId="77777777" w:rsidR="00F94C82" w:rsidRPr="00B40033" w:rsidRDefault="00911973">
      <w:pPr>
        <w:pStyle w:val="Naslov1"/>
        <w:pBdr>
          <w:bottom w:val="single" w:sz="8" w:space="9" w:color="EBC5A7"/>
        </w:pBdr>
        <w:rPr>
          <w:lang w:val="sl-SI"/>
        </w:rPr>
      </w:pPr>
      <w:r w:rsidRPr="00B40033">
        <w:rPr>
          <w:lang w:val="sl-SI"/>
        </w:rPr>
        <w:lastRenderedPageBreak/>
        <w:t>11. Orodja za zavestno izbiro počutja</w:t>
      </w:r>
    </w:p>
    <w:p w14:paraId="5DC76C79" w14:textId="0B520914" w:rsidR="00F94C82" w:rsidRPr="00B40033" w:rsidRDefault="00911973" w:rsidP="00913D55">
      <w:pPr>
        <w:jc w:val="both"/>
        <w:rPr>
          <w:lang w:val="sl-SI"/>
        </w:rPr>
      </w:pPr>
      <w:r w:rsidRPr="00B40033">
        <w:rPr>
          <w:lang w:val="sl-SI"/>
        </w:rPr>
        <w:t xml:space="preserve">To poglavje je </w:t>
      </w:r>
      <w:r w:rsidR="00707CE4">
        <w:rPr>
          <w:lang w:val="sl-SI"/>
        </w:rPr>
        <w:t xml:space="preserve">pomemben del </w:t>
      </w:r>
      <w:r w:rsidRPr="00B40033">
        <w:rPr>
          <w:lang w:val="sl-SI"/>
        </w:rPr>
        <w:t>priročnika</w:t>
      </w:r>
      <w:r w:rsidR="00CF0E5D" w:rsidRPr="00B40033">
        <w:rPr>
          <w:lang w:val="sl-SI"/>
        </w:rPr>
        <w:t xml:space="preserve">. </w:t>
      </w:r>
      <w:r w:rsidR="00CF0E5D" w:rsidRPr="0096287B">
        <w:rPr>
          <w:lang w:val="sl-SI"/>
        </w:rPr>
        <w:t>Povezuje namreč dve ključni točki čustvene suverenosti</w:t>
      </w:r>
      <w:r w:rsidRPr="0096287B">
        <w:rPr>
          <w:lang w:val="sl-SI"/>
        </w:rPr>
        <w:t>:</w:t>
      </w:r>
      <w:r w:rsidRPr="00B40033">
        <w:rPr>
          <w:lang w:val="sl-SI"/>
        </w:rPr>
        <w:t xml:space="preserve"> od »znanja, kaj </w:t>
      </w:r>
      <w:r w:rsidR="00317832" w:rsidRPr="00B40033">
        <w:rPr>
          <w:lang w:val="sl-SI"/>
        </w:rPr>
        <w:t xml:space="preserve">sploh </w:t>
      </w:r>
      <w:r w:rsidRPr="00B40033">
        <w:rPr>
          <w:lang w:val="sl-SI"/>
        </w:rPr>
        <w:t>čutim« do »</w:t>
      </w:r>
      <w:r w:rsidR="00317832" w:rsidRPr="00B40033">
        <w:rPr>
          <w:lang w:val="sl-SI"/>
        </w:rPr>
        <w:t xml:space="preserve"> zavestne </w:t>
      </w:r>
      <w:r w:rsidRPr="00B40033">
        <w:rPr>
          <w:lang w:val="sl-SI"/>
        </w:rPr>
        <w:t xml:space="preserve">izbire, kaj </w:t>
      </w:r>
      <w:r w:rsidR="00317832" w:rsidRPr="00B40033">
        <w:rPr>
          <w:lang w:val="sl-SI"/>
        </w:rPr>
        <w:t xml:space="preserve">bom </w:t>
      </w:r>
      <w:r w:rsidRPr="00B40033">
        <w:rPr>
          <w:lang w:val="sl-SI"/>
        </w:rPr>
        <w:t>s tem</w:t>
      </w:r>
      <w:r w:rsidR="001F32E8" w:rsidRPr="00B40033">
        <w:rPr>
          <w:lang w:val="sl-SI"/>
        </w:rPr>
        <w:t xml:space="preserve"> naredil</w:t>
      </w:r>
      <w:r w:rsidRPr="00B40033">
        <w:rPr>
          <w:lang w:val="sl-SI"/>
        </w:rPr>
        <w:t xml:space="preserve">«. Sedem orodij, od najkrajšega do </w:t>
      </w:r>
      <w:r w:rsidR="006B4BD7" w:rsidRPr="00B40033">
        <w:rPr>
          <w:lang w:val="sl-SI"/>
        </w:rPr>
        <w:t>najglobljega</w:t>
      </w:r>
      <w:r w:rsidRPr="00B40033">
        <w:rPr>
          <w:lang w:val="sl-SI"/>
        </w:rPr>
        <w:t>, skupaj sestavlja pot od dražljaja do odziva.</w:t>
      </w:r>
    </w:p>
    <w:p w14:paraId="4699595D" w14:textId="122A8420" w:rsidR="00F94C82" w:rsidRPr="00B40033" w:rsidRDefault="00911973">
      <w:pPr>
        <w:pStyle w:val="Naslov2"/>
        <w:rPr>
          <w:lang w:val="sl-SI"/>
        </w:rPr>
      </w:pPr>
      <w:r w:rsidRPr="00B40033">
        <w:rPr>
          <w:lang w:val="sl-SI"/>
        </w:rPr>
        <w:t xml:space="preserve">11.1 Orodje 1: STOP (10 sekund </w:t>
      </w:r>
      <w:r w:rsidR="006B4BD7" w:rsidRPr="00B40033">
        <w:rPr>
          <w:lang w:val="sl-SI"/>
        </w:rPr>
        <w:t>–</w:t>
      </w:r>
      <w:r w:rsidRPr="00B40033">
        <w:rPr>
          <w:lang w:val="sl-SI"/>
        </w:rPr>
        <w:t xml:space="preserve"> </w:t>
      </w:r>
      <w:r w:rsidR="003A346F" w:rsidRPr="00B40033">
        <w:rPr>
          <w:lang w:val="sl-SI"/>
        </w:rPr>
        <w:t xml:space="preserve">vaš </w:t>
      </w:r>
      <w:r w:rsidRPr="00B40033">
        <w:rPr>
          <w:lang w:val="sl-SI"/>
        </w:rPr>
        <w:t>najkrajši most)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44"/>
        <w:gridCol w:w="2862"/>
        <w:gridCol w:w="5599"/>
      </w:tblGrid>
      <w:tr w:rsidR="00F94C82" w:rsidRPr="00B40033" w14:paraId="01D6D58F" w14:textId="77777777">
        <w:trPr>
          <w:cantSplit/>
          <w:tblHeader/>
          <w:jc w:val="center"/>
        </w:trPr>
        <w:tc>
          <w:tcPr>
            <w:tcW w:w="120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040624D9" w14:textId="77777777" w:rsidR="00F94C82" w:rsidRPr="00B40033" w:rsidRDefault="00911973">
            <w:pPr>
              <w:spacing w:after="80" w:line="259" w:lineRule="auto"/>
              <w:rPr>
                <w:lang w:val="sl-SI"/>
              </w:rPr>
            </w:pPr>
            <w:r w:rsidRPr="00B40033">
              <w:rPr>
                <w:b/>
                <w:sz w:val="20"/>
                <w:lang w:val="sl-SI"/>
              </w:rPr>
              <w:t>Črka</w:t>
            </w:r>
          </w:p>
        </w:tc>
        <w:tc>
          <w:tcPr>
            <w:tcW w:w="277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AC0470F" w14:textId="77777777" w:rsidR="00F94C82" w:rsidRPr="00B40033" w:rsidRDefault="00911973">
            <w:pPr>
              <w:spacing w:after="80" w:line="259" w:lineRule="auto"/>
              <w:rPr>
                <w:lang w:val="sl-SI"/>
              </w:rPr>
            </w:pPr>
            <w:r w:rsidRPr="00B40033">
              <w:rPr>
                <w:b/>
                <w:sz w:val="20"/>
                <w:lang w:val="sl-SI"/>
              </w:rPr>
              <w:t>Pomen</w:t>
            </w:r>
          </w:p>
        </w:tc>
        <w:tc>
          <w:tcPr>
            <w:tcW w:w="5429"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3D730D6D" w14:textId="77777777" w:rsidR="00F94C82" w:rsidRPr="00B40033" w:rsidRDefault="00911973">
            <w:pPr>
              <w:spacing w:after="80" w:line="259" w:lineRule="auto"/>
              <w:rPr>
                <w:lang w:val="sl-SI"/>
              </w:rPr>
            </w:pPr>
            <w:r w:rsidRPr="00B40033">
              <w:rPr>
                <w:b/>
                <w:sz w:val="20"/>
                <w:lang w:val="sl-SI"/>
              </w:rPr>
              <w:t>Vaja</w:t>
            </w:r>
          </w:p>
        </w:tc>
      </w:tr>
      <w:tr w:rsidR="00F94C82" w:rsidRPr="00B40033" w14:paraId="5B6B9985" w14:textId="77777777">
        <w:trPr>
          <w:cantSplit/>
          <w:jc w:val="center"/>
        </w:trPr>
        <w:tc>
          <w:tcPr>
            <w:tcW w:w="12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9CB82F3" w14:textId="77777777" w:rsidR="00F94C82" w:rsidRPr="00B40033" w:rsidRDefault="00911973">
            <w:pPr>
              <w:spacing w:after="80" w:line="259" w:lineRule="auto"/>
              <w:rPr>
                <w:lang w:val="sl-SI"/>
              </w:rPr>
            </w:pPr>
            <w:r w:rsidRPr="00B40033">
              <w:rPr>
                <w:sz w:val="20"/>
                <w:lang w:val="sl-SI"/>
              </w:rPr>
              <w:t>S</w:t>
            </w:r>
          </w:p>
        </w:tc>
        <w:tc>
          <w:tcPr>
            <w:tcW w:w="27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F6B805D" w14:textId="300F5099" w:rsidR="00F94C82" w:rsidRPr="00B40033" w:rsidRDefault="00911973">
            <w:pPr>
              <w:spacing w:after="80" w:line="259" w:lineRule="auto"/>
              <w:rPr>
                <w:lang w:val="sl-SI"/>
              </w:rPr>
            </w:pPr>
            <w:r w:rsidRPr="00B40033">
              <w:rPr>
                <w:sz w:val="20"/>
                <w:lang w:val="sl-SI"/>
              </w:rPr>
              <w:t xml:space="preserve">Stop </w:t>
            </w:r>
            <w:r w:rsidR="006B4BD7" w:rsidRPr="00B40033">
              <w:rPr>
                <w:sz w:val="20"/>
                <w:lang w:val="sl-SI"/>
              </w:rPr>
              <w:t>–</w:t>
            </w:r>
            <w:r w:rsidRPr="00B40033">
              <w:rPr>
                <w:sz w:val="20"/>
                <w:lang w:val="sl-SI"/>
              </w:rPr>
              <w:t xml:space="preserve"> ustavi </w:t>
            </w:r>
            <w:r w:rsidR="00F84223" w:rsidRPr="00B40033">
              <w:rPr>
                <w:sz w:val="20"/>
                <w:lang w:val="sl-SI"/>
              </w:rPr>
              <w:t>se</w:t>
            </w:r>
            <w:r w:rsidR="00FC47AE" w:rsidRPr="00B40033">
              <w:rPr>
                <w:sz w:val="20"/>
                <w:lang w:val="sl-SI"/>
              </w:rPr>
              <w:t>.</w:t>
            </w:r>
          </w:p>
        </w:tc>
        <w:tc>
          <w:tcPr>
            <w:tcW w:w="542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A2869B1" w14:textId="0374DED1" w:rsidR="00F94C82" w:rsidRPr="00B40033" w:rsidRDefault="001640C4">
            <w:pPr>
              <w:spacing w:after="80" w:line="259" w:lineRule="auto"/>
              <w:rPr>
                <w:lang w:val="sl-SI"/>
              </w:rPr>
            </w:pPr>
            <w:r w:rsidRPr="00B40033">
              <w:rPr>
                <w:sz w:val="20"/>
                <w:lang w:val="sl-SI"/>
              </w:rPr>
              <w:t xml:space="preserve">Privošči si eno samo sekundo </w:t>
            </w:r>
            <w:r w:rsidR="00911973" w:rsidRPr="00B40033">
              <w:rPr>
                <w:sz w:val="20"/>
                <w:lang w:val="sl-SI"/>
              </w:rPr>
              <w:t>mirovanja</w:t>
            </w:r>
            <w:r w:rsidR="0060456E" w:rsidRPr="00B40033">
              <w:rPr>
                <w:sz w:val="20"/>
                <w:lang w:val="sl-SI"/>
              </w:rPr>
              <w:t>.</w:t>
            </w:r>
            <w:r w:rsidR="00911973" w:rsidRPr="00B40033">
              <w:rPr>
                <w:sz w:val="20"/>
                <w:lang w:val="sl-SI"/>
              </w:rPr>
              <w:t xml:space="preserve"> </w:t>
            </w:r>
            <w:r w:rsidR="0060456E" w:rsidRPr="00B40033">
              <w:rPr>
                <w:sz w:val="20"/>
                <w:lang w:val="sl-SI"/>
              </w:rPr>
              <w:t xml:space="preserve">Odmakni roke s </w:t>
            </w:r>
            <w:r w:rsidR="00911973" w:rsidRPr="00B40033">
              <w:rPr>
                <w:sz w:val="20"/>
                <w:lang w:val="sl-SI"/>
              </w:rPr>
              <w:t>tipkovnice</w:t>
            </w:r>
            <w:r w:rsidR="009B0BC2" w:rsidRPr="00B40033">
              <w:rPr>
                <w:sz w:val="20"/>
                <w:lang w:val="sl-SI"/>
              </w:rPr>
              <w:t>.</w:t>
            </w:r>
          </w:p>
        </w:tc>
      </w:tr>
      <w:tr w:rsidR="00F94C82" w:rsidRPr="00B75BEE" w14:paraId="27125175" w14:textId="77777777">
        <w:trPr>
          <w:cantSplit/>
          <w:jc w:val="center"/>
        </w:trPr>
        <w:tc>
          <w:tcPr>
            <w:tcW w:w="12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9ED6493" w14:textId="77777777" w:rsidR="00F94C82" w:rsidRPr="00B40033" w:rsidRDefault="00911973">
            <w:pPr>
              <w:spacing w:after="80" w:line="259" w:lineRule="auto"/>
              <w:rPr>
                <w:lang w:val="sl-SI"/>
              </w:rPr>
            </w:pPr>
            <w:r w:rsidRPr="00B40033">
              <w:rPr>
                <w:sz w:val="20"/>
                <w:lang w:val="sl-SI"/>
              </w:rPr>
              <w:t>T</w:t>
            </w:r>
          </w:p>
        </w:tc>
        <w:tc>
          <w:tcPr>
            <w:tcW w:w="27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3382C67" w14:textId="21137C07" w:rsidR="00F94C82" w:rsidRPr="00B40033" w:rsidRDefault="00911973">
            <w:pPr>
              <w:spacing w:after="80" w:line="259" w:lineRule="auto"/>
              <w:rPr>
                <w:lang w:val="sl-SI"/>
              </w:rPr>
            </w:pPr>
            <w:r w:rsidRPr="00B40033">
              <w:rPr>
                <w:sz w:val="20"/>
                <w:lang w:val="sl-SI"/>
              </w:rPr>
              <w:t xml:space="preserve">Take a </w:t>
            </w:r>
            <w:proofErr w:type="spellStart"/>
            <w:r w:rsidRPr="00B40033">
              <w:rPr>
                <w:sz w:val="20"/>
                <w:lang w:val="sl-SI"/>
              </w:rPr>
              <w:t>breath</w:t>
            </w:r>
            <w:proofErr w:type="spellEnd"/>
            <w:r w:rsidRPr="00B40033">
              <w:rPr>
                <w:sz w:val="20"/>
                <w:lang w:val="sl-SI"/>
              </w:rPr>
              <w:t xml:space="preserve"> </w:t>
            </w:r>
            <w:r w:rsidR="006B4BD7" w:rsidRPr="00B40033">
              <w:rPr>
                <w:sz w:val="20"/>
                <w:lang w:val="sl-SI"/>
              </w:rPr>
              <w:t>–</w:t>
            </w:r>
            <w:r w:rsidRPr="00B40033">
              <w:rPr>
                <w:sz w:val="20"/>
                <w:lang w:val="sl-SI"/>
              </w:rPr>
              <w:t xml:space="preserve"> </w:t>
            </w:r>
            <w:r w:rsidR="006B4BD7" w:rsidRPr="00B40033">
              <w:rPr>
                <w:sz w:val="20"/>
                <w:lang w:val="sl-SI"/>
              </w:rPr>
              <w:t xml:space="preserve">naredi </w:t>
            </w:r>
            <w:r w:rsidRPr="00B40033">
              <w:rPr>
                <w:sz w:val="20"/>
                <w:lang w:val="sl-SI"/>
              </w:rPr>
              <w:t>vdih</w:t>
            </w:r>
            <w:r w:rsidR="00FC47AE" w:rsidRPr="00B40033">
              <w:rPr>
                <w:sz w:val="20"/>
                <w:lang w:val="sl-SI"/>
              </w:rPr>
              <w:t>.</w:t>
            </w:r>
          </w:p>
        </w:tc>
        <w:tc>
          <w:tcPr>
            <w:tcW w:w="542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D0C2C76" w14:textId="0389D35E" w:rsidR="00F94C82" w:rsidRPr="00B40033" w:rsidRDefault="0060456E">
            <w:pPr>
              <w:spacing w:after="80" w:line="259" w:lineRule="auto"/>
              <w:rPr>
                <w:lang w:val="sl-SI"/>
              </w:rPr>
            </w:pPr>
            <w:r w:rsidRPr="00B40033">
              <w:rPr>
                <w:sz w:val="20"/>
                <w:lang w:val="sl-SI"/>
              </w:rPr>
              <w:t>Naredi e</w:t>
            </w:r>
            <w:r w:rsidR="00911973" w:rsidRPr="00B40033">
              <w:rPr>
                <w:sz w:val="20"/>
                <w:lang w:val="sl-SI"/>
              </w:rPr>
              <w:t>n vdih in en daljši izdih (izdih pomirja)</w:t>
            </w:r>
            <w:r w:rsidR="009B0BC2" w:rsidRPr="00B40033">
              <w:rPr>
                <w:sz w:val="20"/>
                <w:lang w:val="sl-SI"/>
              </w:rPr>
              <w:t>.</w:t>
            </w:r>
          </w:p>
        </w:tc>
      </w:tr>
      <w:tr w:rsidR="00F94C82" w:rsidRPr="00B40033" w14:paraId="2D380913" w14:textId="77777777">
        <w:trPr>
          <w:cantSplit/>
          <w:jc w:val="center"/>
        </w:trPr>
        <w:tc>
          <w:tcPr>
            <w:tcW w:w="120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4CBBDE3" w14:textId="77777777" w:rsidR="00F94C82" w:rsidRPr="00B40033" w:rsidRDefault="00911973">
            <w:pPr>
              <w:spacing w:after="80" w:line="259" w:lineRule="auto"/>
              <w:rPr>
                <w:lang w:val="sl-SI"/>
              </w:rPr>
            </w:pPr>
            <w:r w:rsidRPr="00B40033">
              <w:rPr>
                <w:sz w:val="20"/>
                <w:lang w:val="sl-SI"/>
              </w:rPr>
              <w:t>O</w:t>
            </w:r>
          </w:p>
        </w:tc>
        <w:tc>
          <w:tcPr>
            <w:tcW w:w="277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74072C7" w14:textId="597E60D0" w:rsidR="00F94C82" w:rsidRPr="00B40033" w:rsidRDefault="00911973">
            <w:pPr>
              <w:spacing w:after="80" w:line="259" w:lineRule="auto"/>
              <w:rPr>
                <w:lang w:val="sl-SI"/>
              </w:rPr>
            </w:pPr>
            <w:proofErr w:type="spellStart"/>
            <w:r w:rsidRPr="00B40033">
              <w:rPr>
                <w:sz w:val="20"/>
                <w:lang w:val="sl-SI"/>
              </w:rPr>
              <w:t>Observe</w:t>
            </w:r>
            <w:proofErr w:type="spellEnd"/>
            <w:r w:rsidRPr="00B40033">
              <w:rPr>
                <w:sz w:val="20"/>
                <w:lang w:val="sl-SI"/>
              </w:rPr>
              <w:t xml:space="preserve"> </w:t>
            </w:r>
            <w:r w:rsidR="006B4BD7" w:rsidRPr="00B40033">
              <w:rPr>
                <w:sz w:val="20"/>
                <w:lang w:val="sl-SI"/>
              </w:rPr>
              <w:t>–</w:t>
            </w:r>
            <w:r w:rsidRPr="00B40033">
              <w:rPr>
                <w:sz w:val="20"/>
                <w:lang w:val="sl-SI"/>
              </w:rPr>
              <w:t xml:space="preserve"> opazuj</w:t>
            </w:r>
            <w:r w:rsidR="00FC47AE" w:rsidRPr="00B40033">
              <w:rPr>
                <w:sz w:val="20"/>
                <w:lang w:val="sl-SI"/>
              </w:rPr>
              <w:t>.</w:t>
            </w:r>
          </w:p>
        </w:tc>
        <w:tc>
          <w:tcPr>
            <w:tcW w:w="542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E7FF072" w14:textId="20F7C46C" w:rsidR="00F94C82" w:rsidRPr="00B40033" w:rsidRDefault="005728DA">
            <w:pPr>
              <w:spacing w:after="80" w:line="259" w:lineRule="auto"/>
              <w:rPr>
                <w:lang w:val="sl-SI"/>
              </w:rPr>
            </w:pPr>
            <w:r w:rsidRPr="00B40033">
              <w:rPr>
                <w:sz w:val="20"/>
                <w:lang w:val="sl-SI"/>
              </w:rPr>
              <w:t>Opazuj</w:t>
            </w:r>
            <w:r w:rsidR="00FC47AE" w:rsidRPr="00B40033">
              <w:rPr>
                <w:sz w:val="20"/>
                <w:lang w:val="sl-SI"/>
              </w:rPr>
              <w:t>,</w:t>
            </w:r>
            <w:r w:rsidRPr="00B40033">
              <w:rPr>
                <w:sz w:val="20"/>
                <w:lang w:val="sl-SI"/>
              </w:rPr>
              <w:t xml:space="preserve"> k</w:t>
            </w:r>
            <w:r w:rsidR="00911973" w:rsidRPr="00B40033">
              <w:rPr>
                <w:sz w:val="20"/>
                <w:lang w:val="sl-SI"/>
              </w:rPr>
              <w:t xml:space="preserve">aj </w:t>
            </w:r>
            <w:r w:rsidRPr="00B40033">
              <w:rPr>
                <w:sz w:val="20"/>
                <w:lang w:val="sl-SI"/>
              </w:rPr>
              <w:t xml:space="preserve">čutiš </w:t>
            </w:r>
            <w:r w:rsidR="00911973" w:rsidRPr="00B40033">
              <w:rPr>
                <w:sz w:val="20"/>
                <w:lang w:val="sl-SI"/>
              </w:rPr>
              <w:t>v telesu? Katera misel »</w:t>
            </w:r>
            <w:r w:rsidR="00313268">
              <w:rPr>
                <w:sz w:val="20"/>
                <w:lang w:val="sl-SI"/>
              </w:rPr>
              <w:t>je prevladujoča</w:t>
            </w:r>
            <w:r w:rsidR="00911973" w:rsidRPr="00B40033">
              <w:rPr>
                <w:sz w:val="20"/>
                <w:lang w:val="sl-SI"/>
              </w:rPr>
              <w:t>«?</w:t>
            </w:r>
          </w:p>
        </w:tc>
      </w:tr>
      <w:tr w:rsidR="00F94C82" w:rsidRPr="00B75BEE" w14:paraId="165FF48B" w14:textId="77777777">
        <w:trPr>
          <w:cantSplit/>
          <w:jc w:val="center"/>
        </w:trPr>
        <w:tc>
          <w:tcPr>
            <w:tcW w:w="120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9C0F890" w14:textId="77777777" w:rsidR="00F94C82" w:rsidRPr="00B40033" w:rsidRDefault="00911973">
            <w:pPr>
              <w:spacing w:after="80" w:line="259" w:lineRule="auto"/>
              <w:rPr>
                <w:lang w:val="sl-SI"/>
              </w:rPr>
            </w:pPr>
            <w:r w:rsidRPr="00B40033">
              <w:rPr>
                <w:sz w:val="20"/>
                <w:lang w:val="sl-SI"/>
              </w:rPr>
              <w:t>P</w:t>
            </w:r>
          </w:p>
        </w:tc>
        <w:tc>
          <w:tcPr>
            <w:tcW w:w="277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B0CA445" w14:textId="799C53F0" w:rsidR="00F94C82" w:rsidRPr="00B40033" w:rsidRDefault="00911973">
            <w:pPr>
              <w:spacing w:after="80" w:line="259" w:lineRule="auto"/>
              <w:rPr>
                <w:lang w:val="sl-SI"/>
              </w:rPr>
            </w:pPr>
            <w:proofErr w:type="spellStart"/>
            <w:r w:rsidRPr="00B40033">
              <w:rPr>
                <w:sz w:val="20"/>
                <w:lang w:val="sl-SI"/>
              </w:rPr>
              <w:t>Proceed</w:t>
            </w:r>
            <w:proofErr w:type="spellEnd"/>
            <w:r w:rsidRPr="00B40033">
              <w:rPr>
                <w:sz w:val="20"/>
                <w:lang w:val="sl-SI"/>
              </w:rPr>
              <w:t xml:space="preserve"> </w:t>
            </w:r>
            <w:r w:rsidR="006B4BD7" w:rsidRPr="00B40033">
              <w:rPr>
                <w:sz w:val="20"/>
                <w:lang w:val="sl-SI"/>
              </w:rPr>
              <w:t>–</w:t>
            </w:r>
            <w:r w:rsidRPr="00B40033">
              <w:rPr>
                <w:sz w:val="20"/>
                <w:lang w:val="sl-SI"/>
              </w:rPr>
              <w:t xml:space="preserve"> nadaljuj z namenom</w:t>
            </w:r>
            <w:r w:rsidR="00FC47AE" w:rsidRPr="00B40033">
              <w:rPr>
                <w:sz w:val="20"/>
                <w:lang w:val="sl-SI"/>
              </w:rPr>
              <w:t>.</w:t>
            </w:r>
          </w:p>
        </w:tc>
        <w:tc>
          <w:tcPr>
            <w:tcW w:w="542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F06E3DB" w14:textId="21D9533A" w:rsidR="00F94C82" w:rsidRPr="00B40033" w:rsidRDefault="005728DA">
            <w:pPr>
              <w:spacing w:after="80" w:line="259" w:lineRule="auto"/>
              <w:rPr>
                <w:lang w:val="sl-SI"/>
              </w:rPr>
            </w:pPr>
            <w:r w:rsidRPr="00B40033">
              <w:rPr>
                <w:sz w:val="20"/>
                <w:lang w:val="sl-SI"/>
              </w:rPr>
              <w:t xml:space="preserve">Vprašaj se: </w:t>
            </w:r>
            <w:r w:rsidR="00911973" w:rsidRPr="00B40033">
              <w:rPr>
                <w:sz w:val="20"/>
                <w:lang w:val="sl-SI"/>
              </w:rPr>
              <w:t>Katera moja vrednota vodi naslednji korak?</w:t>
            </w:r>
          </w:p>
        </w:tc>
      </w:tr>
    </w:tbl>
    <w:p w14:paraId="7A3543DF" w14:textId="77777777" w:rsidR="00F94C82" w:rsidRPr="00B40033" w:rsidRDefault="00F94C82">
      <w:pPr>
        <w:spacing w:after="40"/>
        <w:rPr>
          <w:lang w:val="sl-SI"/>
        </w:rPr>
      </w:pPr>
    </w:p>
    <w:p w14:paraId="6879B7DF" w14:textId="7744EC11" w:rsidR="00F94C82" w:rsidRPr="00B40033" w:rsidRDefault="00E56D56" w:rsidP="00913D55">
      <w:pPr>
        <w:jc w:val="both"/>
        <w:rPr>
          <w:lang w:val="sl-SI"/>
        </w:rPr>
      </w:pPr>
      <w:r w:rsidRPr="00B40033">
        <w:rPr>
          <w:lang w:val="sl-SI"/>
        </w:rPr>
        <w:t>To orodje je uporabno v</w:t>
      </w:r>
      <w:r w:rsidR="00911973" w:rsidRPr="00B40033">
        <w:rPr>
          <w:lang w:val="sl-SI"/>
        </w:rPr>
        <w:t xml:space="preserve"> </w:t>
      </w:r>
      <w:r w:rsidRPr="00B40033">
        <w:rPr>
          <w:lang w:val="sl-SI"/>
        </w:rPr>
        <w:t>sporih</w:t>
      </w:r>
      <w:r w:rsidR="00911973" w:rsidRPr="00B40033">
        <w:rPr>
          <w:lang w:val="sl-SI"/>
        </w:rPr>
        <w:t xml:space="preserve">, </w:t>
      </w:r>
      <w:r w:rsidR="00361428" w:rsidRPr="00B40033">
        <w:rPr>
          <w:lang w:val="sl-SI"/>
        </w:rPr>
        <w:t>pred pošiljanjem e-pošte</w:t>
      </w:r>
      <w:r w:rsidR="009175A6" w:rsidRPr="00B40033">
        <w:rPr>
          <w:lang w:val="sl-SI"/>
        </w:rPr>
        <w:t xml:space="preserve"> ali</w:t>
      </w:r>
      <w:r w:rsidR="00911973" w:rsidRPr="00B40033">
        <w:rPr>
          <w:lang w:val="sl-SI"/>
        </w:rPr>
        <w:t xml:space="preserve"> ob kateremkoli </w:t>
      </w:r>
      <w:r w:rsidR="009175A6" w:rsidRPr="00B40033">
        <w:rPr>
          <w:lang w:val="sl-SI"/>
        </w:rPr>
        <w:t xml:space="preserve">nenadnem čustvenem </w:t>
      </w:r>
      <w:r w:rsidR="00911973" w:rsidRPr="00B40033">
        <w:rPr>
          <w:lang w:val="sl-SI"/>
        </w:rPr>
        <w:t xml:space="preserve">sunku. STOP ne odpravi čustva </w:t>
      </w:r>
      <w:r w:rsidR="00B51559" w:rsidRPr="00B40033">
        <w:rPr>
          <w:lang w:val="sl-SI"/>
        </w:rPr>
        <w:t xml:space="preserve">le ustvari </w:t>
      </w:r>
      <w:r w:rsidR="00911973" w:rsidRPr="00B40033">
        <w:rPr>
          <w:lang w:val="sl-SI"/>
        </w:rPr>
        <w:t>prostor.</w:t>
      </w:r>
    </w:p>
    <w:p w14:paraId="208FDB94" w14:textId="371A7770" w:rsidR="00F94C82" w:rsidRPr="00B40033" w:rsidRDefault="00911973">
      <w:pPr>
        <w:pStyle w:val="Naslov2"/>
        <w:rPr>
          <w:lang w:val="sl-SI"/>
        </w:rPr>
      </w:pPr>
      <w:r w:rsidRPr="00B40033">
        <w:rPr>
          <w:lang w:val="sl-SI"/>
        </w:rPr>
        <w:t xml:space="preserve">11.2 Orodje 2: RAIN (5–20 minut </w:t>
      </w:r>
      <w:r w:rsidR="00B51559" w:rsidRPr="00B40033">
        <w:rPr>
          <w:lang w:val="sl-SI"/>
        </w:rPr>
        <w:t>–</w:t>
      </w:r>
      <w:r w:rsidRPr="00B40033">
        <w:rPr>
          <w:lang w:val="sl-SI"/>
        </w:rPr>
        <w:t xml:space="preserve"> najbolj vsestransko)</w:t>
      </w:r>
    </w:p>
    <w:p w14:paraId="49E77004" w14:textId="0D64E745" w:rsidR="00F94C82" w:rsidRPr="00B40033" w:rsidRDefault="00911973" w:rsidP="00913D55">
      <w:pPr>
        <w:jc w:val="both"/>
        <w:rPr>
          <w:lang w:val="sl-SI"/>
        </w:rPr>
      </w:pPr>
      <w:r w:rsidRPr="00B40033">
        <w:rPr>
          <w:lang w:val="sl-SI"/>
        </w:rPr>
        <w:t>RAIN je klasični protokol za delo z neprijetnimi čustvi</w:t>
      </w:r>
      <w:r w:rsidR="00FA1AB9" w:rsidRPr="00B40033">
        <w:rPr>
          <w:lang w:val="sl-SI"/>
        </w:rPr>
        <w:t>.</w:t>
      </w:r>
      <w:r w:rsidRPr="00B40033">
        <w:rPr>
          <w:lang w:val="sl-SI"/>
        </w:rPr>
        <w:t xml:space="preserve"> </w:t>
      </w:r>
      <w:r w:rsidR="00FA1AB9" w:rsidRPr="00B40033">
        <w:rPr>
          <w:lang w:val="sl-SI"/>
        </w:rPr>
        <w:t>K</w:t>
      </w:r>
      <w:r w:rsidRPr="00B40033">
        <w:rPr>
          <w:lang w:val="sl-SI"/>
        </w:rPr>
        <w:t xml:space="preserve">ratico je prvotno oblikovala </w:t>
      </w:r>
      <w:proofErr w:type="spellStart"/>
      <w:r w:rsidRPr="00B40033">
        <w:rPr>
          <w:lang w:val="sl-SI"/>
        </w:rPr>
        <w:t>Michele</w:t>
      </w:r>
      <w:proofErr w:type="spellEnd"/>
      <w:r w:rsidRPr="00B40033">
        <w:rPr>
          <w:lang w:val="sl-SI"/>
        </w:rPr>
        <w:t xml:space="preserve"> McDonald, najbolj pa jo je razširila in dopolnila učiteljica meditacije </w:t>
      </w:r>
      <w:hyperlink r:id="rId25">
        <w:r w:rsidR="00F94C82" w:rsidRPr="00B40033">
          <w:rPr>
            <w:color w:val="01696F"/>
            <w:u w:val="single"/>
            <w:lang w:val="sl-SI"/>
          </w:rPr>
          <w:t xml:space="preserve">Tara </w:t>
        </w:r>
        <w:proofErr w:type="spellStart"/>
        <w:r w:rsidR="00F94C82" w:rsidRPr="00B40033">
          <w:rPr>
            <w:color w:val="01696F"/>
            <w:u w:val="single"/>
            <w:lang w:val="sl-SI"/>
          </w:rPr>
          <w:t>Brach</w:t>
        </w:r>
        <w:proofErr w:type="spellEnd"/>
      </w:hyperlink>
      <w:r w:rsidRPr="00B40033">
        <w:rPr>
          <w:lang w:val="sl-SI"/>
        </w:rPr>
        <w: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53"/>
        <w:gridCol w:w="1434"/>
        <w:gridCol w:w="6518"/>
      </w:tblGrid>
      <w:tr w:rsidR="00F94C82" w:rsidRPr="00B40033" w14:paraId="774D5D34" w14:textId="77777777">
        <w:trPr>
          <w:cantSplit/>
          <w:tblHeader/>
          <w:jc w:val="center"/>
        </w:trPr>
        <w:tc>
          <w:tcPr>
            <w:tcW w:w="170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EC12C95" w14:textId="77777777" w:rsidR="00F94C82" w:rsidRPr="00B40033" w:rsidRDefault="00911973">
            <w:pPr>
              <w:spacing w:after="80" w:line="259" w:lineRule="auto"/>
              <w:rPr>
                <w:lang w:val="sl-SI"/>
              </w:rPr>
            </w:pPr>
            <w:r w:rsidRPr="00B40033">
              <w:rPr>
                <w:b/>
                <w:sz w:val="20"/>
                <w:lang w:val="sl-SI"/>
              </w:rPr>
              <w:t>Korak</w:t>
            </w:r>
          </w:p>
        </w:tc>
        <w:tc>
          <w:tcPr>
            <w:tcW w:w="139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3D835E1" w14:textId="77777777" w:rsidR="00F94C82" w:rsidRPr="00B40033" w:rsidRDefault="00911973">
            <w:pPr>
              <w:spacing w:after="80" w:line="259" w:lineRule="auto"/>
              <w:rPr>
                <w:lang w:val="sl-SI"/>
              </w:rPr>
            </w:pPr>
            <w:r w:rsidRPr="00B40033">
              <w:rPr>
                <w:b/>
                <w:sz w:val="20"/>
                <w:lang w:val="sl-SI"/>
              </w:rPr>
              <w:t>Pomen</w:t>
            </w:r>
          </w:p>
        </w:tc>
        <w:tc>
          <w:tcPr>
            <w:tcW w:w="632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897EC33" w14:textId="77777777" w:rsidR="00F94C82" w:rsidRPr="00B40033" w:rsidRDefault="00911973">
            <w:pPr>
              <w:spacing w:after="80" w:line="259" w:lineRule="auto"/>
              <w:rPr>
                <w:lang w:val="sl-SI"/>
              </w:rPr>
            </w:pPr>
            <w:r w:rsidRPr="00B40033">
              <w:rPr>
                <w:b/>
                <w:sz w:val="20"/>
                <w:lang w:val="sl-SI"/>
              </w:rPr>
              <w:t>Vprašanje vaje</w:t>
            </w:r>
          </w:p>
        </w:tc>
      </w:tr>
      <w:tr w:rsidR="00F94C82" w:rsidRPr="00B75BEE" w14:paraId="5C0D43C8" w14:textId="77777777">
        <w:trPr>
          <w:cantSplit/>
          <w:jc w:val="center"/>
        </w:trPr>
        <w:tc>
          <w:tcPr>
            <w:tcW w:w="170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DFD9DAE" w14:textId="730904E6" w:rsidR="00F94C82" w:rsidRPr="00B40033" w:rsidRDefault="00911973">
            <w:pPr>
              <w:spacing w:after="80" w:line="259" w:lineRule="auto"/>
              <w:rPr>
                <w:lang w:val="sl-SI"/>
              </w:rPr>
            </w:pPr>
            <w:r w:rsidRPr="00B40033">
              <w:rPr>
                <w:sz w:val="20"/>
                <w:lang w:val="sl-SI"/>
              </w:rPr>
              <w:t xml:space="preserve">R </w:t>
            </w:r>
            <w:r w:rsidR="00B51559" w:rsidRPr="00B40033">
              <w:rPr>
                <w:sz w:val="20"/>
                <w:lang w:val="sl-SI"/>
              </w:rPr>
              <w:t>–</w:t>
            </w:r>
            <w:r w:rsidRPr="00B40033">
              <w:rPr>
                <w:sz w:val="20"/>
                <w:lang w:val="sl-SI"/>
              </w:rPr>
              <w:t xml:space="preserve"> </w:t>
            </w:r>
            <w:proofErr w:type="spellStart"/>
            <w:r w:rsidRPr="00B40033">
              <w:rPr>
                <w:sz w:val="20"/>
                <w:lang w:val="sl-SI"/>
              </w:rPr>
              <w:t>Recognize</w:t>
            </w:r>
            <w:proofErr w:type="spellEnd"/>
            <w:r w:rsidR="00FC47AE" w:rsidRPr="00B40033">
              <w:rPr>
                <w:sz w:val="20"/>
                <w:lang w:val="sl-SI"/>
              </w:rPr>
              <w:t>.</w:t>
            </w:r>
          </w:p>
        </w:tc>
        <w:tc>
          <w:tcPr>
            <w:tcW w:w="13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5971DEA" w14:textId="218BB595" w:rsidR="00F94C82" w:rsidRPr="00B40033" w:rsidRDefault="00911973">
            <w:pPr>
              <w:spacing w:after="80" w:line="259" w:lineRule="auto"/>
              <w:rPr>
                <w:lang w:val="sl-SI"/>
              </w:rPr>
            </w:pPr>
            <w:r w:rsidRPr="00B40033">
              <w:rPr>
                <w:sz w:val="20"/>
                <w:lang w:val="sl-SI"/>
              </w:rPr>
              <w:t>Prepoznaj</w:t>
            </w:r>
            <w:r w:rsidR="00FC47AE" w:rsidRPr="00B40033">
              <w:rPr>
                <w:sz w:val="20"/>
                <w:lang w:val="sl-SI"/>
              </w:rPr>
              <w:t>.</w:t>
            </w:r>
          </w:p>
        </w:tc>
        <w:tc>
          <w:tcPr>
            <w:tcW w:w="632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1635DAC" w14:textId="77777777" w:rsidR="00F94C82" w:rsidRPr="00B40033" w:rsidRDefault="00911973">
            <w:pPr>
              <w:spacing w:after="80" w:line="259" w:lineRule="auto"/>
              <w:rPr>
                <w:lang w:val="sl-SI"/>
              </w:rPr>
            </w:pPr>
            <w:r w:rsidRPr="00B40033">
              <w:rPr>
                <w:sz w:val="20"/>
                <w:lang w:val="sl-SI"/>
              </w:rPr>
              <w:t>»Kaj se pravzaprav dogaja v meni zdaj?«</w:t>
            </w:r>
          </w:p>
        </w:tc>
      </w:tr>
      <w:tr w:rsidR="00F94C82" w:rsidRPr="00B40033" w14:paraId="37D77DDD" w14:textId="77777777">
        <w:trPr>
          <w:cantSplit/>
          <w:jc w:val="center"/>
        </w:trPr>
        <w:tc>
          <w:tcPr>
            <w:tcW w:w="170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3EE479F" w14:textId="3C0DECA8" w:rsidR="00F94C82" w:rsidRPr="00B40033" w:rsidRDefault="00911973">
            <w:pPr>
              <w:spacing w:after="80" w:line="259" w:lineRule="auto"/>
              <w:rPr>
                <w:lang w:val="sl-SI"/>
              </w:rPr>
            </w:pPr>
            <w:r w:rsidRPr="00B40033">
              <w:rPr>
                <w:sz w:val="20"/>
                <w:lang w:val="sl-SI"/>
              </w:rPr>
              <w:t xml:space="preserve">A </w:t>
            </w:r>
            <w:r w:rsidR="00B51559" w:rsidRPr="00B40033">
              <w:rPr>
                <w:sz w:val="20"/>
                <w:lang w:val="sl-SI"/>
              </w:rPr>
              <w:t>–</w:t>
            </w:r>
            <w:r w:rsidRPr="00B40033">
              <w:rPr>
                <w:sz w:val="20"/>
                <w:lang w:val="sl-SI"/>
              </w:rPr>
              <w:t xml:space="preserve"> </w:t>
            </w:r>
            <w:proofErr w:type="spellStart"/>
            <w:r w:rsidRPr="00B40033">
              <w:rPr>
                <w:sz w:val="20"/>
                <w:lang w:val="sl-SI"/>
              </w:rPr>
              <w:t>Allow</w:t>
            </w:r>
            <w:proofErr w:type="spellEnd"/>
            <w:r w:rsidR="00FC47AE" w:rsidRPr="00B40033">
              <w:rPr>
                <w:sz w:val="20"/>
                <w:lang w:val="sl-SI"/>
              </w:rPr>
              <w:t>.</w:t>
            </w:r>
          </w:p>
        </w:tc>
        <w:tc>
          <w:tcPr>
            <w:tcW w:w="13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73E5648" w14:textId="01DC3DA1" w:rsidR="00F94C82" w:rsidRPr="00B40033" w:rsidRDefault="00911973">
            <w:pPr>
              <w:spacing w:after="80" w:line="259" w:lineRule="auto"/>
              <w:rPr>
                <w:lang w:val="sl-SI"/>
              </w:rPr>
            </w:pPr>
            <w:r w:rsidRPr="00B40033">
              <w:rPr>
                <w:sz w:val="20"/>
                <w:lang w:val="sl-SI"/>
              </w:rPr>
              <w:t>Dovoli</w:t>
            </w:r>
            <w:r w:rsidR="00FC47AE" w:rsidRPr="00B40033">
              <w:rPr>
                <w:sz w:val="20"/>
                <w:lang w:val="sl-SI"/>
              </w:rPr>
              <w:t>.</w:t>
            </w:r>
          </w:p>
        </w:tc>
        <w:tc>
          <w:tcPr>
            <w:tcW w:w="632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D80F8D9" w14:textId="26B8B7B6" w:rsidR="00F94C82" w:rsidRPr="00B40033" w:rsidRDefault="00911973">
            <w:pPr>
              <w:spacing w:after="80" w:line="259" w:lineRule="auto"/>
              <w:rPr>
                <w:lang w:val="sl-SI"/>
              </w:rPr>
            </w:pPr>
            <w:r w:rsidRPr="00B40033">
              <w:rPr>
                <w:sz w:val="20"/>
                <w:lang w:val="sl-SI"/>
              </w:rPr>
              <w:t xml:space="preserve">»Lahko to pustim tu, brez boja, </w:t>
            </w:r>
            <w:r w:rsidR="00F754B3">
              <w:rPr>
                <w:sz w:val="20"/>
                <w:lang w:val="sl-SI"/>
              </w:rPr>
              <w:t xml:space="preserve">samo </w:t>
            </w:r>
            <w:r w:rsidRPr="00B40033">
              <w:rPr>
                <w:sz w:val="20"/>
                <w:lang w:val="sl-SI"/>
              </w:rPr>
              <w:t xml:space="preserve">eno minuto?« </w:t>
            </w:r>
          </w:p>
        </w:tc>
      </w:tr>
      <w:tr w:rsidR="00F94C82" w:rsidRPr="00B40033" w14:paraId="2FCC288C" w14:textId="77777777">
        <w:trPr>
          <w:cantSplit/>
          <w:jc w:val="center"/>
        </w:trPr>
        <w:tc>
          <w:tcPr>
            <w:tcW w:w="170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10469BD" w14:textId="6C2EC8BB" w:rsidR="00F94C82" w:rsidRPr="00B40033" w:rsidRDefault="00911973">
            <w:pPr>
              <w:spacing w:after="80" w:line="259" w:lineRule="auto"/>
              <w:rPr>
                <w:lang w:val="sl-SI"/>
              </w:rPr>
            </w:pPr>
            <w:r w:rsidRPr="00B40033">
              <w:rPr>
                <w:sz w:val="20"/>
                <w:lang w:val="sl-SI"/>
              </w:rPr>
              <w:t xml:space="preserve">I </w:t>
            </w:r>
            <w:r w:rsidR="00B51559" w:rsidRPr="00B40033">
              <w:rPr>
                <w:sz w:val="20"/>
                <w:lang w:val="sl-SI"/>
              </w:rPr>
              <w:t>–</w:t>
            </w:r>
            <w:r w:rsidRPr="00B40033">
              <w:rPr>
                <w:sz w:val="20"/>
                <w:lang w:val="sl-SI"/>
              </w:rPr>
              <w:t xml:space="preserve"> </w:t>
            </w:r>
            <w:proofErr w:type="spellStart"/>
            <w:r w:rsidRPr="00B40033">
              <w:rPr>
                <w:sz w:val="20"/>
                <w:lang w:val="sl-SI"/>
              </w:rPr>
              <w:t>Investigate</w:t>
            </w:r>
            <w:proofErr w:type="spellEnd"/>
            <w:r w:rsidR="00FC47AE" w:rsidRPr="00B40033">
              <w:rPr>
                <w:sz w:val="20"/>
                <w:lang w:val="sl-SI"/>
              </w:rPr>
              <w:t>.</w:t>
            </w:r>
          </w:p>
        </w:tc>
        <w:tc>
          <w:tcPr>
            <w:tcW w:w="139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1596B6E" w14:textId="0B4876BF" w:rsidR="00F94C82" w:rsidRPr="00B40033" w:rsidRDefault="00911973">
            <w:pPr>
              <w:spacing w:after="80" w:line="259" w:lineRule="auto"/>
              <w:rPr>
                <w:lang w:val="sl-SI"/>
              </w:rPr>
            </w:pPr>
            <w:r w:rsidRPr="00B40033">
              <w:rPr>
                <w:sz w:val="20"/>
                <w:lang w:val="sl-SI"/>
              </w:rPr>
              <w:t>Preišči</w:t>
            </w:r>
            <w:r w:rsidR="00FC47AE" w:rsidRPr="00B40033">
              <w:rPr>
                <w:sz w:val="20"/>
                <w:lang w:val="sl-SI"/>
              </w:rPr>
              <w:t>.</w:t>
            </w:r>
          </w:p>
        </w:tc>
        <w:tc>
          <w:tcPr>
            <w:tcW w:w="632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E7B006C" w14:textId="77777777" w:rsidR="00F94C82" w:rsidRPr="00B40033" w:rsidRDefault="00911973">
            <w:pPr>
              <w:spacing w:after="80" w:line="259" w:lineRule="auto"/>
              <w:rPr>
                <w:lang w:val="sl-SI"/>
              </w:rPr>
            </w:pPr>
            <w:r w:rsidRPr="00B40033">
              <w:rPr>
                <w:sz w:val="20"/>
                <w:lang w:val="sl-SI"/>
              </w:rPr>
              <w:t>»Kje v telesu? Kakšna misel se drži tega? Katera moja vrednota je bila prizadeta? Kaj to čustvo potrebuje?«</w:t>
            </w:r>
          </w:p>
        </w:tc>
      </w:tr>
      <w:tr w:rsidR="00F94C82" w:rsidRPr="00B40033" w14:paraId="09EBA237" w14:textId="77777777">
        <w:trPr>
          <w:cantSplit/>
          <w:jc w:val="center"/>
        </w:trPr>
        <w:tc>
          <w:tcPr>
            <w:tcW w:w="170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63C44B9" w14:textId="616292DC" w:rsidR="00F94C82" w:rsidRPr="00B40033" w:rsidRDefault="00911973">
            <w:pPr>
              <w:spacing w:after="80" w:line="259" w:lineRule="auto"/>
              <w:rPr>
                <w:lang w:val="sl-SI"/>
              </w:rPr>
            </w:pPr>
            <w:r w:rsidRPr="00B40033">
              <w:rPr>
                <w:sz w:val="20"/>
                <w:lang w:val="sl-SI"/>
              </w:rPr>
              <w:t xml:space="preserve">N </w:t>
            </w:r>
            <w:r w:rsidR="00B51559" w:rsidRPr="00B40033">
              <w:rPr>
                <w:sz w:val="20"/>
                <w:lang w:val="sl-SI"/>
              </w:rPr>
              <w:t>–</w:t>
            </w:r>
            <w:r w:rsidRPr="00B40033">
              <w:rPr>
                <w:sz w:val="20"/>
                <w:lang w:val="sl-SI"/>
              </w:rPr>
              <w:t xml:space="preserve"> </w:t>
            </w:r>
            <w:proofErr w:type="spellStart"/>
            <w:r w:rsidRPr="00B40033">
              <w:rPr>
                <w:sz w:val="20"/>
                <w:lang w:val="sl-SI"/>
              </w:rPr>
              <w:t>Nurture</w:t>
            </w:r>
            <w:proofErr w:type="spellEnd"/>
            <w:r w:rsidR="00FC47AE" w:rsidRPr="00B40033">
              <w:rPr>
                <w:sz w:val="20"/>
                <w:lang w:val="sl-SI"/>
              </w:rPr>
              <w:t>.</w:t>
            </w:r>
          </w:p>
        </w:tc>
        <w:tc>
          <w:tcPr>
            <w:tcW w:w="139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1253A16" w14:textId="1EE7CD31" w:rsidR="00F94C82" w:rsidRPr="00B40033" w:rsidRDefault="00911973">
            <w:pPr>
              <w:spacing w:after="80" w:line="259" w:lineRule="auto"/>
              <w:rPr>
                <w:lang w:val="sl-SI"/>
              </w:rPr>
            </w:pPr>
            <w:r w:rsidRPr="00B40033">
              <w:rPr>
                <w:sz w:val="20"/>
                <w:lang w:val="sl-SI"/>
              </w:rPr>
              <w:t>Neguj</w:t>
            </w:r>
            <w:r w:rsidR="00FC47AE" w:rsidRPr="00B40033">
              <w:rPr>
                <w:sz w:val="20"/>
                <w:lang w:val="sl-SI"/>
              </w:rPr>
              <w:t>.</w:t>
            </w:r>
          </w:p>
        </w:tc>
        <w:tc>
          <w:tcPr>
            <w:tcW w:w="632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C321F67" w14:textId="77777777" w:rsidR="00F94C82" w:rsidRPr="00B40033" w:rsidRDefault="00911973">
            <w:pPr>
              <w:spacing w:after="80" w:line="259" w:lineRule="auto"/>
              <w:rPr>
                <w:lang w:val="sl-SI"/>
              </w:rPr>
            </w:pPr>
            <w:r w:rsidRPr="00B40033">
              <w:rPr>
                <w:sz w:val="20"/>
                <w:lang w:val="sl-SI"/>
              </w:rPr>
              <w:t>»Kaj bi si dejal, če bi bil svoj najbolj prijazen prijatelj?« Reci si to.</w:t>
            </w:r>
          </w:p>
        </w:tc>
      </w:tr>
    </w:tbl>
    <w:p w14:paraId="0618544E" w14:textId="5FCBD1D9" w:rsidR="00F94C82" w:rsidRPr="00B40033" w:rsidRDefault="00911973">
      <w:pPr>
        <w:pStyle w:val="Naslov2"/>
        <w:rPr>
          <w:lang w:val="sl-SI"/>
        </w:rPr>
      </w:pPr>
      <w:r w:rsidRPr="00B40033">
        <w:rPr>
          <w:lang w:val="sl-SI"/>
        </w:rPr>
        <w:t>11.3 Orodje 3: preusmeritev tolmačenja (10 minut)</w:t>
      </w:r>
    </w:p>
    <w:p w14:paraId="6E66DDB2" w14:textId="462A9F51" w:rsidR="00F94C82" w:rsidRPr="00B40033" w:rsidRDefault="00911973" w:rsidP="00913D55">
      <w:pPr>
        <w:jc w:val="both"/>
        <w:rPr>
          <w:lang w:val="sl-SI"/>
        </w:rPr>
      </w:pPr>
      <w:r w:rsidRPr="00775853">
        <w:rPr>
          <w:lang w:val="sl-SI"/>
        </w:rPr>
        <w:t>Na čustveni odziv lahko vpliva tudi naša razlaga dogodka. S preusmeritvijo tolmačenja</w:t>
      </w:r>
      <w:r w:rsidR="00F754B3">
        <w:rPr>
          <w:lang w:val="sl-SI"/>
        </w:rPr>
        <w:t xml:space="preserve">, </w:t>
      </w:r>
      <w:r w:rsidRPr="00775853">
        <w:rPr>
          <w:lang w:val="sl-SI"/>
        </w:rPr>
        <w:t>preverjamo druge možne razlage, ne da bi zanikali dejansko škodo. Preusmeritev je ena najbolje raziskanih strategij uravnavanja čustev</w:t>
      </w:r>
      <w:r w:rsidR="00394470">
        <w:rPr>
          <w:lang w:val="sl-SI"/>
        </w:rPr>
        <w:t>.</w:t>
      </w:r>
      <w:r w:rsidRPr="00775853">
        <w:rPr>
          <w:lang w:val="sl-SI"/>
        </w:rPr>
        <w:t xml:space="preserve"> </w:t>
      </w:r>
      <w:r w:rsidR="00394470">
        <w:rPr>
          <w:lang w:val="sl-SI"/>
        </w:rPr>
        <w:t>V</w:t>
      </w:r>
      <w:r w:rsidRPr="00775853">
        <w:rPr>
          <w:lang w:val="sl-SI"/>
        </w:rPr>
        <w:t xml:space="preserve"> pregledu Jamesa Grossa je preusmeritev (sprememba tolmačenja</w:t>
      </w:r>
      <w:r w:rsidRPr="00B40033">
        <w:rPr>
          <w:lang w:val="sl-SI"/>
        </w:rPr>
        <w:t xml:space="preserve"> situacije) pogosto učinkovitejša od potlačitve (zadrževanja zunanjih znakov čustva), ki zmanjša izražanje, a ne izkušnje čustva </w:t>
      </w:r>
      <w:hyperlink r:id="rId26">
        <w:r w:rsidR="00F94C82" w:rsidRPr="00B40033">
          <w:rPr>
            <w:color w:val="01696F"/>
            <w:u w:val="single"/>
            <w:lang w:val="sl-SI"/>
          </w:rPr>
          <w:t>(Gross, 2002)</w:t>
        </w:r>
      </w:hyperlink>
      <w:r w:rsidRPr="00B40033">
        <w:rPr>
          <w:lang w:val="sl-SI"/>
        </w:rPr>
        <w:t>.</w:t>
      </w:r>
    </w:p>
    <w:p w14:paraId="7B53D9B1" w14:textId="6660B1BE" w:rsidR="00F94C82" w:rsidRPr="00B40033" w:rsidRDefault="00911973" w:rsidP="00913D55">
      <w:pPr>
        <w:tabs>
          <w:tab w:val="left" w:pos="425"/>
        </w:tabs>
        <w:spacing w:after="60"/>
        <w:ind w:left="425" w:hanging="425"/>
        <w:jc w:val="both"/>
        <w:rPr>
          <w:lang w:val="sl-SI"/>
        </w:rPr>
      </w:pPr>
      <w:r w:rsidRPr="00B40033">
        <w:rPr>
          <w:lang w:val="sl-SI"/>
        </w:rPr>
        <w:t>1.</w:t>
      </w:r>
      <w:r w:rsidRPr="00B40033">
        <w:rPr>
          <w:lang w:val="sl-SI"/>
        </w:rPr>
        <w:tab/>
        <w:t xml:space="preserve">Zapiši situacijo čisto </w:t>
      </w:r>
      <w:r w:rsidR="00B256A1">
        <w:rPr>
          <w:lang w:val="sl-SI"/>
        </w:rPr>
        <w:t>suhoparno</w:t>
      </w:r>
      <w:r w:rsidRPr="00B40033">
        <w:rPr>
          <w:lang w:val="sl-SI"/>
        </w:rPr>
        <w:t>, brez pridevnikov (»Kolega ni odgovoril na sporočilo.«).</w:t>
      </w:r>
    </w:p>
    <w:p w14:paraId="5AD34805" w14:textId="706EB1FC" w:rsidR="00F94C82" w:rsidRPr="00B40033" w:rsidRDefault="00911973" w:rsidP="00913D55">
      <w:pPr>
        <w:tabs>
          <w:tab w:val="left" w:pos="425"/>
        </w:tabs>
        <w:spacing w:after="60"/>
        <w:ind w:left="425" w:hanging="425"/>
        <w:jc w:val="both"/>
        <w:rPr>
          <w:lang w:val="sl-SI"/>
        </w:rPr>
      </w:pPr>
      <w:r w:rsidRPr="00B40033">
        <w:rPr>
          <w:lang w:val="sl-SI"/>
        </w:rPr>
        <w:t>2.</w:t>
      </w:r>
      <w:r w:rsidRPr="00B40033">
        <w:rPr>
          <w:lang w:val="sl-SI"/>
        </w:rPr>
        <w:tab/>
      </w:r>
      <w:r w:rsidR="00B256A1">
        <w:rPr>
          <w:lang w:val="sl-SI"/>
        </w:rPr>
        <w:t>Z</w:t>
      </w:r>
      <w:r w:rsidR="00F96B95" w:rsidRPr="00B40033">
        <w:rPr>
          <w:lang w:val="sl-SI"/>
        </w:rPr>
        <w:t xml:space="preserve">raven </w:t>
      </w:r>
      <w:r w:rsidR="00B256A1">
        <w:rPr>
          <w:lang w:val="sl-SI"/>
        </w:rPr>
        <w:t>z</w:t>
      </w:r>
      <w:r w:rsidRPr="00B40033">
        <w:rPr>
          <w:lang w:val="sl-SI"/>
        </w:rPr>
        <w:t>apiši svojo trenutno razlago (»Ne mara me več.«).</w:t>
      </w:r>
    </w:p>
    <w:p w14:paraId="767ED73B" w14:textId="6D9670C2" w:rsidR="00F94C82" w:rsidRPr="00B40033" w:rsidRDefault="00911973" w:rsidP="00913D55">
      <w:pPr>
        <w:tabs>
          <w:tab w:val="left" w:pos="425"/>
        </w:tabs>
        <w:spacing w:after="60"/>
        <w:ind w:left="425" w:hanging="425"/>
        <w:jc w:val="both"/>
        <w:rPr>
          <w:lang w:val="sl-SI"/>
        </w:rPr>
      </w:pPr>
      <w:r w:rsidRPr="00B40033">
        <w:rPr>
          <w:lang w:val="sl-SI"/>
        </w:rPr>
        <w:t>3.</w:t>
      </w:r>
      <w:r w:rsidRPr="00B40033">
        <w:rPr>
          <w:lang w:val="sl-SI"/>
        </w:rPr>
        <w:tab/>
        <w:t xml:space="preserve">Zdaj napiši </w:t>
      </w:r>
      <w:r w:rsidRPr="00B40033">
        <w:rPr>
          <w:b/>
          <w:lang w:val="sl-SI"/>
        </w:rPr>
        <w:t>tri možne alternativne razlage</w:t>
      </w:r>
      <w:r w:rsidRPr="00B40033">
        <w:rPr>
          <w:lang w:val="sl-SI"/>
        </w:rPr>
        <w:t xml:space="preserve"> (dokler jih dokazi ne izključijo):</w:t>
      </w:r>
    </w:p>
    <w:p w14:paraId="7B13F674" w14:textId="77777777" w:rsidR="00F94C82" w:rsidRPr="00B40033" w:rsidRDefault="00911973" w:rsidP="00913D55">
      <w:pPr>
        <w:pStyle w:val="Oznaenseznam2"/>
        <w:jc w:val="both"/>
        <w:rPr>
          <w:lang w:val="sl-SI"/>
        </w:rPr>
      </w:pPr>
      <w:r w:rsidRPr="00B40033">
        <w:rPr>
          <w:lang w:val="sl-SI"/>
        </w:rPr>
        <w:lastRenderedPageBreak/>
        <w:t>Preobremenitev: »Tisti dan je imel preveč obveznosti.«</w:t>
      </w:r>
    </w:p>
    <w:p w14:paraId="47E2C271" w14:textId="13DD6A9B" w:rsidR="00F94C82" w:rsidRPr="00B40033" w:rsidRDefault="00911973" w:rsidP="00913D55">
      <w:pPr>
        <w:pStyle w:val="Oznaenseznam2"/>
        <w:jc w:val="both"/>
        <w:rPr>
          <w:lang w:val="sl-SI"/>
        </w:rPr>
      </w:pPr>
      <w:r w:rsidRPr="00B40033">
        <w:rPr>
          <w:lang w:val="sl-SI"/>
        </w:rPr>
        <w:t xml:space="preserve">Tehnična: »Sporočilo </w:t>
      </w:r>
      <w:r w:rsidR="00917C9B">
        <w:rPr>
          <w:lang w:val="sl-SI"/>
        </w:rPr>
        <w:t xml:space="preserve">se </w:t>
      </w:r>
      <w:r w:rsidRPr="00B40033">
        <w:rPr>
          <w:lang w:val="sl-SI"/>
        </w:rPr>
        <w:t xml:space="preserve">je </w:t>
      </w:r>
      <w:r w:rsidR="00917C9B">
        <w:rPr>
          <w:lang w:val="sl-SI"/>
        </w:rPr>
        <w:t>izgubilo</w:t>
      </w:r>
      <w:r w:rsidR="00917C9B" w:rsidRPr="00B40033">
        <w:rPr>
          <w:lang w:val="sl-SI"/>
        </w:rPr>
        <w:t xml:space="preserve"> </w:t>
      </w:r>
      <w:r w:rsidRPr="00B40033">
        <w:rPr>
          <w:lang w:val="sl-SI"/>
        </w:rPr>
        <w:t>med 40 ostalimi.«</w:t>
      </w:r>
    </w:p>
    <w:p w14:paraId="614A3E18" w14:textId="304F661F" w:rsidR="00F94C82" w:rsidRPr="00B40033" w:rsidRDefault="00911973" w:rsidP="00913D55">
      <w:pPr>
        <w:pStyle w:val="Oznaenseznam2"/>
        <w:jc w:val="both"/>
        <w:rPr>
          <w:lang w:val="sl-SI"/>
        </w:rPr>
      </w:pPr>
      <w:r w:rsidRPr="00B40033">
        <w:rPr>
          <w:lang w:val="sl-SI"/>
        </w:rPr>
        <w:t>Človeška: »Takrat je bil v stiski.«</w:t>
      </w:r>
    </w:p>
    <w:p w14:paraId="783CFEC6" w14:textId="53024098" w:rsidR="00F94C82" w:rsidRPr="00B40033" w:rsidRDefault="00911973" w:rsidP="00913D55">
      <w:pPr>
        <w:tabs>
          <w:tab w:val="left" w:pos="425"/>
        </w:tabs>
        <w:spacing w:after="60"/>
        <w:ind w:left="425" w:hanging="425"/>
        <w:jc w:val="both"/>
        <w:rPr>
          <w:lang w:val="sl-SI"/>
        </w:rPr>
      </w:pPr>
      <w:r w:rsidRPr="00B40033">
        <w:rPr>
          <w:lang w:val="sl-SI"/>
        </w:rPr>
        <w:t>4.</w:t>
      </w:r>
      <w:r w:rsidRPr="00B40033">
        <w:rPr>
          <w:lang w:val="sl-SI"/>
        </w:rPr>
        <w:tab/>
        <w:t>Za vsako razlago se vprašaj: »Kateri dokaz imam ZA in PROTI?« (Ne: katera</w:t>
      </w:r>
      <w:r w:rsidR="00D812F2">
        <w:rPr>
          <w:lang w:val="sl-SI"/>
        </w:rPr>
        <w:t xml:space="preserve"> razlaga</w:t>
      </w:r>
      <w:r w:rsidRPr="00B40033">
        <w:rPr>
          <w:lang w:val="sl-SI"/>
        </w:rPr>
        <w:t xml:space="preserve"> je prijetnejša.)</w:t>
      </w:r>
    </w:p>
    <w:p w14:paraId="5706ECE3" w14:textId="6450DA4D" w:rsidR="00F94C82" w:rsidRPr="00B40033" w:rsidRDefault="00911973" w:rsidP="00913D55">
      <w:pPr>
        <w:tabs>
          <w:tab w:val="left" w:pos="425"/>
        </w:tabs>
        <w:spacing w:after="60"/>
        <w:ind w:left="425" w:hanging="425"/>
        <w:jc w:val="both"/>
        <w:rPr>
          <w:lang w:val="sl-SI"/>
        </w:rPr>
      </w:pPr>
      <w:r w:rsidRPr="00B40033">
        <w:rPr>
          <w:lang w:val="sl-SI"/>
        </w:rPr>
        <w:t>5.</w:t>
      </w:r>
      <w:r w:rsidRPr="00B40033">
        <w:rPr>
          <w:lang w:val="sl-SI"/>
        </w:rPr>
        <w:tab/>
        <w:t>Izberi razlago, ki jo najbolj podpirajo dokazi in opazuj, kaj se zgodi s čustvom (mnogi opazijo, da se intenzivnost nekoliko zmanjša).</w:t>
      </w:r>
    </w:p>
    <w:p w14:paraId="3FBA9D27" w14:textId="77777777" w:rsidR="00F94C82" w:rsidRPr="00B40033" w:rsidRDefault="00911973" w:rsidP="00913D55">
      <w:pPr>
        <w:jc w:val="both"/>
        <w:rPr>
          <w:lang w:val="sl-SI"/>
        </w:rPr>
      </w:pPr>
      <w:r w:rsidRPr="00B40033">
        <w:rPr>
          <w:lang w:val="sl-SI"/>
        </w:rPr>
        <w:t>Meja tega orodja: preusmeritev ni zatiranje. Če je situacija objektivno škodljiva (zloraba, nepravičnost), »preusmeriti« je lahko beg. Tedaj uporabi orodje 11.6 (sprememba situacije).</w:t>
      </w:r>
    </w:p>
    <w:p w14:paraId="752BAF17" w14:textId="77777777" w:rsidR="00F94C82" w:rsidRPr="00B40033" w:rsidRDefault="00911973">
      <w:pPr>
        <w:pStyle w:val="Naslov2"/>
        <w:rPr>
          <w:lang w:val="sl-SI"/>
        </w:rPr>
      </w:pPr>
      <w:r w:rsidRPr="00B40033">
        <w:rPr>
          <w:lang w:val="sl-SI"/>
        </w:rPr>
        <w:t>11.4 Orodje 4: podpora želenemu stanju (pred vstopom, 3 minute)</w:t>
      </w:r>
    </w:p>
    <w:p w14:paraId="27E901F7" w14:textId="3C46085F" w:rsidR="00F94C82" w:rsidRPr="00B40033" w:rsidRDefault="00911973" w:rsidP="00913D55">
      <w:pPr>
        <w:jc w:val="both"/>
        <w:rPr>
          <w:lang w:val="sl-SI"/>
        </w:rPr>
      </w:pPr>
      <w:r w:rsidRPr="00B40033">
        <w:rPr>
          <w:lang w:val="sl-SI"/>
        </w:rPr>
        <w:t>Namesto da »čakaš, kakšno bo razpoloženje«</w:t>
      </w:r>
      <w:r w:rsidR="00014433">
        <w:rPr>
          <w:lang w:val="sl-SI"/>
        </w:rPr>
        <w:t>,</w:t>
      </w:r>
      <w:r w:rsidRPr="00B40033">
        <w:rPr>
          <w:lang w:val="sl-SI"/>
        </w:rPr>
        <w:t xml:space="preserve"> se odloči, katero stanje želiš podpreti v tej situaciji. Stanja ne moreš ukazati; lahko pa mu odpreš vrata s telesom, pozornostjo in vrednoto:</w:t>
      </w:r>
    </w:p>
    <w:p w14:paraId="30FD16E8" w14:textId="75145727" w:rsidR="00F94C82" w:rsidRPr="00B40033" w:rsidRDefault="00911973" w:rsidP="00913D55">
      <w:pPr>
        <w:tabs>
          <w:tab w:val="left" w:pos="425"/>
        </w:tabs>
        <w:spacing w:after="60"/>
        <w:ind w:left="425" w:hanging="425"/>
        <w:jc w:val="both"/>
        <w:rPr>
          <w:lang w:val="sl-SI"/>
        </w:rPr>
      </w:pPr>
      <w:r w:rsidRPr="00B40033">
        <w:rPr>
          <w:lang w:val="sl-SI"/>
        </w:rPr>
        <w:t>1.</w:t>
      </w:r>
      <w:r w:rsidRPr="00B40033">
        <w:rPr>
          <w:lang w:val="sl-SI"/>
        </w:rPr>
        <w:tab/>
      </w:r>
      <w:r w:rsidRPr="00B40033">
        <w:rPr>
          <w:b/>
          <w:lang w:val="sl-SI"/>
        </w:rPr>
        <w:t>Pred situacijo</w:t>
      </w:r>
      <w:r w:rsidRPr="00B40033">
        <w:rPr>
          <w:lang w:val="sl-SI"/>
        </w:rPr>
        <w:t xml:space="preserve"> (sestanek, težak pogovor, predavanje)</w:t>
      </w:r>
      <w:r w:rsidR="00682826">
        <w:rPr>
          <w:lang w:val="sl-SI"/>
        </w:rPr>
        <w:t xml:space="preserve"> se</w:t>
      </w:r>
      <w:r w:rsidRPr="00B40033">
        <w:rPr>
          <w:lang w:val="sl-SI"/>
        </w:rPr>
        <w:t xml:space="preserve"> vprašaj</w:t>
      </w:r>
      <w:r w:rsidR="00682826">
        <w:rPr>
          <w:lang w:val="sl-SI"/>
        </w:rPr>
        <w:t>:</w:t>
      </w:r>
      <w:r w:rsidRPr="00B40033">
        <w:rPr>
          <w:lang w:val="sl-SI"/>
        </w:rPr>
        <w:t xml:space="preserve"> </w:t>
      </w:r>
    </w:p>
    <w:p w14:paraId="78648244" w14:textId="6D611C79" w:rsidR="00F94C82" w:rsidRPr="00B40033" w:rsidRDefault="00911973" w:rsidP="00913D55">
      <w:pPr>
        <w:pStyle w:val="Oznaenseznam2"/>
        <w:jc w:val="both"/>
        <w:rPr>
          <w:lang w:val="sl-SI"/>
        </w:rPr>
      </w:pPr>
      <w:r w:rsidRPr="00B40033">
        <w:rPr>
          <w:lang w:val="sl-SI"/>
        </w:rPr>
        <w:t>»Kakšno počutje bi mi v tej situaciji najbolj služilo?« (</w:t>
      </w:r>
      <w:r w:rsidR="00A15237">
        <w:rPr>
          <w:lang w:val="sl-SI"/>
        </w:rPr>
        <w:t>Mirno</w:t>
      </w:r>
      <w:r w:rsidRPr="00B40033">
        <w:rPr>
          <w:lang w:val="sl-SI"/>
        </w:rPr>
        <w:t xml:space="preserve">, </w:t>
      </w:r>
      <w:r w:rsidR="00A15237">
        <w:rPr>
          <w:lang w:val="sl-SI"/>
        </w:rPr>
        <w:t>toplo</w:t>
      </w:r>
      <w:r w:rsidRPr="00B40033">
        <w:rPr>
          <w:lang w:val="sl-SI"/>
        </w:rPr>
        <w:t xml:space="preserve">, </w:t>
      </w:r>
      <w:r w:rsidR="00A15237">
        <w:rPr>
          <w:lang w:val="sl-SI"/>
        </w:rPr>
        <w:t>jasno</w:t>
      </w:r>
      <w:r w:rsidRPr="00B40033">
        <w:rPr>
          <w:lang w:val="sl-SI"/>
        </w:rPr>
        <w:t xml:space="preserve">, </w:t>
      </w:r>
      <w:r w:rsidR="00A15237">
        <w:rPr>
          <w:lang w:val="sl-SI"/>
        </w:rPr>
        <w:t>radovedno</w:t>
      </w:r>
      <w:r w:rsidR="00A15237" w:rsidRPr="00B40033">
        <w:rPr>
          <w:lang w:val="sl-SI"/>
        </w:rPr>
        <w:t xml:space="preserve"> </w:t>
      </w:r>
      <w:r w:rsidRPr="00B40033">
        <w:rPr>
          <w:lang w:val="sl-SI"/>
        </w:rPr>
        <w:t>…)</w:t>
      </w:r>
    </w:p>
    <w:p w14:paraId="42E66F8D" w14:textId="418E3369" w:rsidR="00F94C82" w:rsidRPr="00B40033" w:rsidRDefault="00911973" w:rsidP="00913D55">
      <w:pPr>
        <w:pStyle w:val="Oznaenseznam2"/>
        <w:jc w:val="both"/>
        <w:rPr>
          <w:lang w:val="sl-SI"/>
        </w:rPr>
      </w:pPr>
      <w:r w:rsidRPr="00B40033">
        <w:rPr>
          <w:lang w:val="sl-SI"/>
        </w:rPr>
        <w:t>»Kaj bi to počutje naredilo s telesom?« (</w:t>
      </w:r>
      <w:r w:rsidR="00682826">
        <w:rPr>
          <w:lang w:val="sl-SI"/>
        </w:rPr>
        <w:t>K</w:t>
      </w:r>
      <w:r w:rsidRPr="00B40033">
        <w:rPr>
          <w:lang w:val="sl-SI"/>
        </w:rPr>
        <w:t>ako bi sprostilo ramena, upočasnilo govor, odprlo prsni koš</w:t>
      </w:r>
      <w:r w:rsidR="0015144E">
        <w:rPr>
          <w:lang w:val="sl-SI"/>
        </w:rPr>
        <w:t>?</w:t>
      </w:r>
      <w:r w:rsidRPr="00B40033">
        <w:rPr>
          <w:lang w:val="sl-SI"/>
        </w:rPr>
        <w:t>)</w:t>
      </w:r>
    </w:p>
    <w:p w14:paraId="1D525003" w14:textId="33AF44D7" w:rsidR="00F94C82" w:rsidRPr="00B40033" w:rsidRDefault="00911973" w:rsidP="00913D55">
      <w:pPr>
        <w:tabs>
          <w:tab w:val="left" w:pos="425"/>
        </w:tabs>
        <w:spacing w:after="60"/>
        <w:ind w:left="425" w:hanging="425"/>
        <w:jc w:val="both"/>
        <w:rPr>
          <w:lang w:val="sl-SI"/>
        </w:rPr>
      </w:pPr>
      <w:r w:rsidRPr="00B40033">
        <w:rPr>
          <w:lang w:val="sl-SI"/>
        </w:rPr>
        <w:t>2.</w:t>
      </w:r>
      <w:r w:rsidRPr="00B40033">
        <w:rPr>
          <w:lang w:val="sl-SI"/>
        </w:rPr>
        <w:tab/>
      </w:r>
      <w:r w:rsidRPr="00B40033">
        <w:rPr>
          <w:b/>
          <w:lang w:val="sl-SI"/>
        </w:rPr>
        <w:t>Namesti telo v to stanje</w:t>
      </w:r>
      <w:r w:rsidRPr="00B40033">
        <w:rPr>
          <w:lang w:val="sl-SI"/>
        </w:rPr>
        <w:t xml:space="preserve">: </w:t>
      </w:r>
      <w:r w:rsidR="00940587">
        <w:rPr>
          <w:lang w:val="sl-SI"/>
        </w:rPr>
        <w:t xml:space="preserve">naredi </w:t>
      </w:r>
      <w:r w:rsidRPr="00B40033">
        <w:rPr>
          <w:lang w:val="sl-SI"/>
        </w:rPr>
        <w:t xml:space="preserve">3 </w:t>
      </w:r>
      <w:r w:rsidR="0015144E">
        <w:rPr>
          <w:lang w:val="sl-SI"/>
        </w:rPr>
        <w:t>vdihe</w:t>
      </w:r>
      <w:r w:rsidR="0015144E" w:rsidRPr="00B40033">
        <w:rPr>
          <w:lang w:val="sl-SI"/>
        </w:rPr>
        <w:t xml:space="preserve"> </w:t>
      </w:r>
      <w:r w:rsidRPr="00B40033">
        <w:rPr>
          <w:lang w:val="sl-SI"/>
        </w:rPr>
        <w:t xml:space="preserve">v to obliko, kot bi jo imel, če bi </w:t>
      </w:r>
      <w:r w:rsidR="0015144E" w:rsidRPr="00B40033">
        <w:rPr>
          <w:lang w:val="sl-SI"/>
        </w:rPr>
        <w:t xml:space="preserve">bil </w:t>
      </w:r>
      <w:r w:rsidRPr="00B40033">
        <w:rPr>
          <w:lang w:val="sl-SI"/>
        </w:rPr>
        <w:t>že tam.</w:t>
      </w:r>
    </w:p>
    <w:p w14:paraId="79D44A1E" w14:textId="77777777" w:rsidR="00F94C82" w:rsidRPr="00B40033" w:rsidRDefault="00911973" w:rsidP="00913D55">
      <w:pPr>
        <w:tabs>
          <w:tab w:val="left" w:pos="425"/>
        </w:tabs>
        <w:spacing w:after="60"/>
        <w:ind w:left="425" w:hanging="425"/>
        <w:jc w:val="both"/>
        <w:rPr>
          <w:lang w:val="sl-SI"/>
        </w:rPr>
      </w:pPr>
      <w:r w:rsidRPr="00B40033">
        <w:rPr>
          <w:lang w:val="sl-SI"/>
        </w:rPr>
        <w:t>3.</w:t>
      </w:r>
      <w:r w:rsidRPr="00B40033">
        <w:rPr>
          <w:lang w:val="sl-SI"/>
        </w:rPr>
        <w:tab/>
      </w:r>
      <w:r w:rsidRPr="00B40033">
        <w:rPr>
          <w:b/>
          <w:lang w:val="sl-SI"/>
        </w:rPr>
        <w:t>Ena vrednota kot sidro</w:t>
      </w:r>
      <w:r w:rsidRPr="00B40033">
        <w:rPr>
          <w:lang w:val="sl-SI"/>
        </w:rPr>
        <w:t>: »V tej situaciji nosim ______________.«</w:t>
      </w:r>
    </w:p>
    <w:p w14:paraId="602C6898" w14:textId="2DE4AA31" w:rsidR="00F94C82" w:rsidRPr="00B40033" w:rsidRDefault="00911973" w:rsidP="00913D55">
      <w:pPr>
        <w:tabs>
          <w:tab w:val="left" w:pos="425"/>
        </w:tabs>
        <w:spacing w:after="60"/>
        <w:ind w:left="425" w:hanging="425"/>
        <w:jc w:val="both"/>
        <w:rPr>
          <w:lang w:val="sl-SI"/>
        </w:rPr>
      </w:pPr>
      <w:r w:rsidRPr="00B40033">
        <w:rPr>
          <w:lang w:val="sl-SI"/>
        </w:rPr>
        <w:t>4.</w:t>
      </w:r>
      <w:r w:rsidRPr="00B40033">
        <w:rPr>
          <w:lang w:val="sl-SI"/>
        </w:rPr>
        <w:tab/>
        <w:t>Po situaciji: 1–2</w:t>
      </w:r>
      <w:r w:rsidR="0015144E">
        <w:rPr>
          <w:lang w:val="sl-SI"/>
        </w:rPr>
        <w:t>-</w:t>
      </w:r>
      <w:r w:rsidRPr="00B40033">
        <w:rPr>
          <w:lang w:val="sl-SI"/>
        </w:rPr>
        <w:t>minut</w:t>
      </w:r>
      <w:r w:rsidR="0015144E">
        <w:rPr>
          <w:lang w:val="sl-SI"/>
        </w:rPr>
        <w:t>n</w:t>
      </w:r>
      <w:r w:rsidRPr="00B40033">
        <w:rPr>
          <w:lang w:val="sl-SI"/>
        </w:rPr>
        <w:t xml:space="preserve">i pregled ali sem bil tam, </w:t>
      </w:r>
      <w:r w:rsidR="0015144E">
        <w:rPr>
          <w:lang w:val="sl-SI"/>
        </w:rPr>
        <w:t>kjer</w:t>
      </w:r>
      <w:r w:rsidR="0015144E" w:rsidRPr="00B40033">
        <w:rPr>
          <w:lang w:val="sl-SI"/>
        </w:rPr>
        <w:t xml:space="preserve"> </w:t>
      </w:r>
      <w:r w:rsidRPr="00B40033">
        <w:rPr>
          <w:lang w:val="sl-SI"/>
        </w:rPr>
        <w:t>sem hotel?</w:t>
      </w:r>
    </w:p>
    <w:p w14:paraId="22B56743" w14:textId="3ACABB07" w:rsidR="00F94C82" w:rsidRPr="00B40033" w:rsidRDefault="00911973" w:rsidP="00913D55">
      <w:pPr>
        <w:jc w:val="both"/>
        <w:rPr>
          <w:lang w:val="sl-SI"/>
        </w:rPr>
      </w:pPr>
      <w:r w:rsidRPr="00B40033">
        <w:rPr>
          <w:lang w:val="sl-SI"/>
        </w:rPr>
        <w:t>To orodje ne pomeni, da si »narediš« počutje iz nič</w:t>
      </w:r>
      <w:r w:rsidR="00214587">
        <w:rPr>
          <w:lang w:val="sl-SI"/>
        </w:rPr>
        <w:t>.</w:t>
      </w:r>
      <w:r w:rsidRPr="00B40033">
        <w:rPr>
          <w:lang w:val="sl-SI"/>
        </w:rPr>
        <w:t xml:space="preserve"> </w:t>
      </w:r>
      <w:r w:rsidR="00214587">
        <w:rPr>
          <w:lang w:val="sl-SI"/>
        </w:rPr>
        <w:t>P</w:t>
      </w:r>
      <w:r w:rsidRPr="00B40033">
        <w:rPr>
          <w:lang w:val="sl-SI"/>
        </w:rPr>
        <w:t>omeni, da telesu in pozornosti daš smer, v kateri se čustva najlažje rodijo. Če je stiska zelo močna, ta pristop morda ne bo zadoščal; tedaj veljajo smernice iz poglavja 2.2.</w:t>
      </w:r>
    </w:p>
    <w:p w14:paraId="2447393A" w14:textId="77777777" w:rsidR="00F94C82" w:rsidRPr="00B40033" w:rsidRDefault="00911973">
      <w:pPr>
        <w:pStyle w:val="Naslov2"/>
        <w:rPr>
          <w:lang w:val="sl-SI"/>
        </w:rPr>
      </w:pPr>
      <w:r w:rsidRPr="00B40033">
        <w:rPr>
          <w:lang w:val="sl-SI"/>
        </w:rPr>
        <w:t>11.5 Orodje 5: izbira okolja in vnosa (strategija, ne šibkost)</w:t>
      </w:r>
    </w:p>
    <w:p w14:paraId="5B6B2F46" w14:textId="285E1288" w:rsidR="00F94C82" w:rsidRPr="00B40033" w:rsidRDefault="00911973" w:rsidP="00913D55">
      <w:pPr>
        <w:jc w:val="both"/>
        <w:rPr>
          <w:lang w:val="sl-SI"/>
        </w:rPr>
      </w:pPr>
      <w:r w:rsidRPr="00B40033">
        <w:rPr>
          <w:lang w:val="sl-SI"/>
        </w:rPr>
        <w:t xml:space="preserve">Suverenost ni </w:t>
      </w:r>
      <w:r w:rsidR="00214587">
        <w:rPr>
          <w:lang w:val="sl-SI"/>
        </w:rPr>
        <w:t xml:space="preserve">le </w:t>
      </w:r>
      <w:r w:rsidRPr="00B40033">
        <w:rPr>
          <w:lang w:val="sl-SI"/>
        </w:rPr>
        <w:t>notranje delo</w:t>
      </w:r>
      <w:r w:rsidR="00214587">
        <w:rPr>
          <w:lang w:val="sl-SI"/>
        </w:rPr>
        <w:t xml:space="preserve"> </w:t>
      </w:r>
      <w:r w:rsidRPr="00B40033">
        <w:rPr>
          <w:lang w:val="sl-SI"/>
        </w:rPr>
        <w:t xml:space="preserve">je tudi </w:t>
      </w:r>
      <w:r w:rsidRPr="00B40033">
        <w:rPr>
          <w:b/>
          <w:lang w:val="sl-SI"/>
        </w:rPr>
        <w:t>oblikovanje pogojev</w:t>
      </w:r>
      <w:r w:rsidRPr="00B40033">
        <w:rPr>
          <w:lang w:val="sl-SI"/>
        </w:rPr>
        <w:t>:</w:t>
      </w:r>
    </w:p>
    <w:p w14:paraId="3A017C07" w14:textId="6F5D31CB" w:rsidR="00F94C82" w:rsidRPr="00B40033" w:rsidRDefault="00911973" w:rsidP="00913D55">
      <w:pPr>
        <w:pStyle w:val="Oznaenseznam"/>
        <w:jc w:val="both"/>
        <w:rPr>
          <w:lang w:val="sl-SI"/>
        </w:rPr>
      </w:pPr>
      <w:r w:rsidRPr="00B40033">
        <w:rPr>
          <w:b/>
          <w:lang w:val="sl-SI"/>
        </w:rPr>
        <w:t>Čustvena hrana:</w:t>
      </w:r>
      <w:r w:rsidRPr="00B40033">
        <w:rPr>
          <w:lang w:val="sl-SI"/>
        </w:rPr>
        <w:t xml:space="preserve"> </w:t>
      </w:r>
      <w:r w:rsidR="00004FB5">
        <w:rPr>
          <w:lang w:val="sl-SI"/>
        </w:rPr>
        <w:t>K</w:t>
      </w:r>
      <w:r w:rsidRPr="00B40033">
        <w:rPr>
          <w:lang w:val="sl-SI"/>
        </w:rPr>
        <w:t xml:space="preserve">ateri vnosi (ljudje, novice, glasba, ekrani) mi dvigujejo razdražljivost? Kateri me umirjajo? </w:t>
      </w:r>
    </w:p>
    <w:p w14:paraId="65FFEC16" w14:textId="77777777" w:rsidR="00F94C82" w:rsidRPr="00B40033" w:rsidRDefault="00911973" w:rsidP="00913D55">
      <w:pPr>
        <w:pStyle w:val="Oznaenseznam"/>
        <w:jc w:val="both"/>
        <w:rPr>
          <w:lang w:val="sl-SI"/>
        </w:rPr>
      </w:pPr>
      <w:r w:rsidRPr="00B40033">
        <w:rPr>
          <w:b/>
          <w:lang w:val="sl-SI"/>
        </w:rPr>
        <w:t>Fiziološki temelj:</w:t>
      </w:r>
      <w:r w:rsidRPr="00B40033">
        <w:rPr>
          <w:lang w:val="sl-SI"/>
        </w:rPr>
        <w:t xml:space="preserve"> spanje, gibanje, hrana, svetloba. Opazuj, kako količina in kakovost spanja vplivata na tvoje počutje in odzivanje.</w:t>
      </w:r>
    </w:p>
    <w:p w14:paraId="2610F624" w14:textId="1A0716C1" w:rsidR="00F94C82" w:rsidRPr="00B40033" w:rsidRDefault="00911973" w:rsidP="00913D55">
      <w:pPr>
        <w:pStyle w:val="Oznaenseznam"/>
        <w:jc w:val="both"/>
        <w:rPr>
          <w:lang w:val="sl-SI"/>
        </w:rPr>
      </w:pPr>
      <w:r w:rsidRPr="00B40033">
        <w:rPr>
          <w:b/>
          <w:lang w:val="sl-SI"/>
        </w:rPr>
        <w:t>Ljudje:</w:t>
      </w:r>
      <w:r w:rsidRPr="00B40033">
        <w:rPr>
          <w:lang w:val="sl-SI"/>
        </w:rPr>
        <w:t xml:space="preserve"> </w:t>
      </w:r>
      <w:r w:rsidR="009F491D">
        <w:rPr>
          <w:lang w:val="sl-SI"/>
        </w:rPr>
        <w:t>S</w:t>
      </w:r>
      <w:r w:rsidR="009F491D" w:rsidRPr="00B40033">
        <w:rPr>
          <w:lang w:val="sl-SI"/>
        </w:rPr>
        <w:t xml:space="preserve"> </w:t>
      </w:r>
      <w:r w:rsidRPr="00B40033">
        <w:rPr>
          <w:lang w:val="sl-SI"/>
        </w:rPr>
        <w:t>kom sem po pogovorih močnejši in s kom izčrpan? Vsaj enega od »močnejših</w:t>
      </w:r>
      <w:r w:rsidR="00D80F56">
        <w:rPr>
          <w:lang w:val="sl-SI"/>
        </w:rPr>
        <w:t xml:space="preserve"> pogovorov</w:t>
      </w:r>
      <w:r w:rsidRPr="00B40033">
        <w:rPr>
          <w:lang w:val="sl-SI"/>
        </w:rPr>
        <w:t xml:space="preserve">« </w:t>
      </w:r>
      <w:r w:rsidR="0010792A" w:rsidRPr="00B40033">
        <w:rPr>
          <w:lang w:val="sl-SI"/>
        </w:rPr>
        <w:t>namenoma</w:t>
      </w:r>
      <w:r w:rsidR="0010792A" w:rsidRPr="00B40033" w:rsidDel="006375A9">
        <w:rPr>
          <w:lang w:val="sl-SI"/>
        </w:rPr>
        <w:t xml:space="preserve"> </w:t>
      </w:r>
      <w:r w:rsidRPr="00B40033">
        <w:rPr>
          <w:lang w:val="sl-SI"/>
        </w:rPr>
        <w:t>načrtuj vsak teden</w:t>
      </w:r>
      <w:r w:rsidR="00267253">
        <w:rPr>
          <w:lang w:val="sl-SI"/>
        </w:rPr>
        <w:t>, če je možno.</w:t>
      </w:r>
    </w:p>
    <w:p w14:paraId="73BF7700" w14:textId="77777777" w:rsidR="00F94C82" w:rsidRPr="00B40033" w:rsidRDefault="00911973">
      <w:pPr>
        <w:pStyle w:val="Naslov2"/>
        <w:rPr>
          <w:lang w:val="sl-SI"/>
        </w:rPr>
      </w:pPr>
      <w:r w:rsidRPr="00B40033">
        <w:rPr>
          <w:lang w:val="sl-SI"/>
        </w:rPr>
        <w:t>11.6 Orodje 6: sprememba situacije (ko prilagajanje ni dovolj)</w:t>
      </w:r>
    </w:p>
    <w:p w14:paraId="1345367C" w14:textId="001480C7" w:rsidR="00F94C82" w:rsidRPr="00B40033" w:rsidRDefault="00911973" w:rsidP="00913D55">
      <w:pPr>
        <w:jc w:val="both"/>
        <w:rPr>
          <w:lang w:val="sl-SI"/>
        </w:rPr>
      </w:pPr>
      <w:r w:rsidRPr="00B40033">
        <w:rPr>
          <w:lang w:val="sl-SI"/>
        </w:rPr>
        <w:t>Najpomembnejše orodje, ki ga takšni priročniki pogosto pozabijo: kaj je treba spremeniti</w:t>
      </w:r>
      <w:r w:rsidR="00E9365A">
        <w:rPr>
          <w:lang w:val="sl-SI"/>
        </w:rPr>
        <w:t xml:space="preserve"> ?</w:t>
      </w:r>
    </w:p>
    <w:p w14:paraId="6147F3B5" w14:textId="77777777" w:rsidR="00F94C82" w:rsidRPr="00B40033" w:rsidRDefault="00911973" w:rsidP="00913D55">
      <w:pPr>
        <w:jc w:val="both"/>
        <w:rPr>
          <w:lang w:val="sl-SI"/>
        </w:rPr>
      </w:pPr>
      <w:r w:rsidRPr="00B40033">
        <w:rPr>
          <w:lang w:val="sl-SI"/>
        </w:rPr>
        <w:t>Vprašalnik:</w:t>
      </w:r>
    </w:p>
    <w:p w14:paraId="205D5D98" w14:textId="77777777" w:rsidR="00F94C82" w:rsidRPr="00B40033" w:rsidRDefault="00911973" w:rsidP="00913D55">
      <w:pPr>
        <w:tabs>
          <w:tab w:val="left" w:pos="425"/>
        </w:tabs>
        <w:spacing w:after="60"/>
        <w:ind w:left="425" w:hanging="425"/>
        <w:jc w:val="both"/>
        <w:rPr>
          <w:lang w:val="sl-SI"/>
        </w:rPr>
      </w:pPr>
      <w:r w:rsidRPr="00B40033">
        <w:rPr>
          <w:lang w:val="sl-SI"/>
        </w:rPr>
        <w:t>1.</w:t>
      </w:r>
      <w:r w:rsidRPr="00B40033">
        <w:rPr>
          <w:lang w:val="sl-SI"/>
        </w:rPr>
        <w:tab/>
        <w:t>Ali je situacija, ki me boli, ponovljiva in vsaj delno pod mojim vplivom?</w:t>
      </w:r>
    </w:p>
    <w:p w14:paraId="38DC46D8" w14:textId="0196C4B1" w:rsidR="00F94C82" w:rsidRPr="00B40033" w:rsidRDefault="00911973" w:rsidP="00913D55">
      <w:pPr>
        <w:tabs>
          <w:tab w:val="left" w:pos="425"/>
        </w:tabs>
        <w:spacing w:after="60"/>
        <w:ind w:left="425" w:hanging="425"/>
        <w:jc w:val="both"/>
        <w:rPr>
          <w:lang w:val="sl-SI"/>
        </w:rPr>
      </w:pPr>
      <w:r w:rsidRPr="00B40033">
        <w:rPr>
          <w:lang w:val="sl-SI"/>
        </w:rPr>
        <w:t>2.</w:t>
      </w:r>
      <w:r w:rsidRPr="00B40033">
        <w:rPr>
          <w:lang w:val="sl-SI"/>
        </w:rPr>
        <w:tab/>
        <w:t>Ali notranja orodja pomagajo preživeti trenutke, a</w:t>
      </w:r>
      <w:r w:rsidR="002A0046">
        <w:rPr>
          <w:lang w:val="sl-SI"/>
        </w:rPr>
        <w:t>li</w:t>
      </w:r>
      <w:r w:rsidRPr="00B40033">
        <w:rPr>
          <w:lang w:val="sl-SI"/>
        </w:rPr>
        <w:t xml:space="preserve"> se vzrok </w:t>
      </w:r>
      <w:r w:rsidR="00E9365A">
        <w:rPr>
          <w:lang w:val="sl-SI"/>
        </w:rPr>
        <w:t xml:space="preserve">oz. </w:t>
      </w:r>
      <w:r w:rsidRPr="00B40033">
        <w:rPr>
          <w:lang w:val="sl-SI"/>
        </w:rPr>
        <w:t>situacija sama ne spreminja?</w:t>
      </w:r>
    </w:p>
    <w:p w14:paraId="75968FE7" w14:textId="5F72C595" w:rsidR="00F94C82" w:rsidRPr="00B40033" w:rsidRDefault="00911973" w:rsidP="00913D55">
      <w:pPr>
        <w:tabs>
          <w:tab w:val="left" w:pos="425"/>
        </w:tabs>
        <w:spacing w:after="60"/>
        <w:ind w:left="425" w:hanging="425"/>
        <w:jc w:val="both"/>
        <w:rPr>
          <w:lang w:val="sl-SI"/>
        </w:rPr>
      </w:pPr>
      <w:r w:rsidRPr="00B40033">
        <w:rPr>
          <w:lang w:val="sl-SI"/>
        </w:rPr>
        <w:t>3.</w:t>
      </w:r>
      <w:r w:rsidRPr="00B40033">
        <w:rPr>
          <w:lang w:val="sl-SI"/>
        </w:rPr>
        <w:tab/>
        <w:t>Če bi ta situacija ostala enaka še 5 let</w:t>
      </w:r>
      <w:r w:rsidR="002A0046">
        <w:rPr>
          <w:lang w:val="sl-SI"/>
        </w:rPr>
        <w:t>. K</w:t>
      </w:r>
      <w:r w:rsidRPr="00B40033">
        <w:rPr>
          <w:lang w:val="sl-SI"/>
        </w:rPr>
        <w:t>aj bi to storilo z mano?</w:t>
      </w:r>
    </w:p>
    <w:p w14:paraId="2C1B7D0B" w14:textId="41C9291B" w:rsidR="00F94C82" w:rsidRPr="00B40033" w:rsidRDefault="00911973" w:rsidP="00913D55">
      <w:pPr>
        <w:jc w:val="both"/>
        <w:rPr>
          <w:lang w:val="sl-SI"/>
        </w:rPr>
      </w:pPr>
      <w:r w:rsidRPr="00B40033">
        <w:rPr>
          <w:lang w:val="sl-SI"/>
        </w:rPr>
        <w:t>Odgovori ti lahko pomagajo prepoznati, kaj je smiselno spremeniti: postaviti mejo, začeti pogovor, poiskati podporo ali zapustiti situacijo. Notranja orodja niso pogoj za takšno odločitev. Meja (»to je zame nesprejemljivo«) je dejanje vrednot, ne pomanjkanje sočutja. Poglavje 3 (vrednote)</w:t>
      </w:r>
      <w:r w:rsidR="00A043FD">
        <w:rPr>
          <w:lang w:val="sl-SI"/>
        </w:rPr>
        <w:t xml:space="preserve"> </w:t>
      </w:r>
      <w:r w:rsidRPr="00B40033">
        <w:rPr>
          <w:lang w:val="sl-SI"/>
        </w:rPr>
        <w:t xml:space="preserve">tukaj tvoj kompas: </w:t>
      </w:r>
      <w:r w:rsidRPr="00B40033">
        <w:rPr>
          <w:lang w:val="sl-SI"/>
        </w:rPr>
        <w:lastRenderedPageBreak/>
        <w:t xml:space="preserve">meje običajno varujejo </w:t>
      </w:r>
      <w:r w:rsidR="00A043FD">
        <w:rPr>
          <w:lang w:val="sl-SI"/>
        </w:rPr>
        <w:t>glavno</w:t>
      </w:r>
      <w:r w:rsidRPr="00B40033">
        <w:rPr>
          <w:lang w:val="sl-SI"/>
        </w:rPr>
        <w:t xml:space="preserve"> vrednoto. In še enkrat: če gre za ogrožajočo situacijo</w:t>
      </w:r>
      <w:r w:rsidR="00DE08EA" w:rsidRPr="00DE08EA">
        <w:rPr>
          <w:lang w:val="sl-SI"/>
        </w:rPr>
        <w:t xml:space="preserve"> </w:t>
      </w:r>
      <w:r w:rsidR="00DE08EA" w:rsidRPr="00B40033">
        <w:rPr>
          <w:lang w:val="sl-SI"/>
        </w:rPr>
        <w:t>ali</w:t>
      </w:r>
      <w:r w:rsidR="00DE08EA">
        <w:rPr>
          <w:lang w:val="sl-SI"/>
        </w:rPr>
        <w:t xml:space="preserve"> zlorabo</w:t>
      </w:r>
      <w:r w:rsidRPr="00B40033">
        <w:rPr>
          <w:lang w:val="sl-SI"/>
        </w:rPr>
        <w:t xml:space="preserve">, ne čakaj, da bi »izčrpal notranja orodja« varnost </w:t>
      </w:r>
      <w:r w:rsidR="00A043FD">
        <w:rPr>
          <w:lang w:val="sl-SI"/>
        </w:rPr>
        <w:t xml:space="preserve">je </w:t>
      </w:r>
      <w:r w:rsidRPr="00B40033">
        <w:rPr>
          <w:lang w:val="sl-SI"/>
        </w:rPr>
        <w:t>vedno prednost (glej 2.2).</w:t>
      </w:r>
    </w:p>
    <w:p w14:paraId="3598C6AB" w14:textId="088C3940" w:rsidR="00F94C82" w:rsidRPr="00B40033" w:rsidRDefault="00911973">
      <w:pPr>
        <w:pStyle w:val="Naslov2"/>
        <w:rPr>
          <w:lang w:val="sl-SI"/>
        </w:rPr>
      </w:pPr>
      <w:r w:rsidRPr="00B40033">
        <w:rPr>
          <w:lang w:val="sl-SI"/>
        </w:rPr>
        <w:t xml:space="preserve">11.7 Orodje 7: </w:t>
      </w:r>
      <w:r w:rsidR="00BA7AC9" w:rsidRPr="00B40033">
        <w:rPr>
          <w:lang w:val="sl-SI"/>
        </w:rPr>
        <w:t>samo sočutna</w:t>
      </w:r>
      <w:r w:rsidRPr="00B40033">
        <w:rPr>
          <w:lang w:val="sl-SI"/>
        </w:rPr>
        <w:t xml:space="preserve"> notranja beseda</w:t>
      </w:r>
      <w:r w:rsidR="008955B0">
        <w:rPr>
          <w:lang w:val="sl-SI"/>
        </w:rPr>
        <w:t xml:space="preserve"> »MILOST DO SEBE«</w:t>
      </w:r>
      <w:r w:rsidRPr="00B40033">
        <w:rPr>
          <w:lang w:val="sl-SI"/>
        </w:rPr>
        <w:t xml:space="preserve"> (neprekinjena praksa)</w:t>
      </w:r>
    </w:p>
    <w:p w14:paraId="410A6663" w14:textId="77777777" w:rsidR="00F94C82" w:rsidRPr="00B40033" w:rsidRDefault="00911973" w:rsidP="00913D55">
      <w:pPr>
        <w:jc w:val="both"/>
        <w:rPr>
          <w:lang w:val="sl-SI"/>
        </w:rPr>
      </w:pPr>
      <w:r w:rsidRPr="00B40033">
        <w:rPr>
          <w:lang w:val="sl-SI"/>
        </w:rPr>
        <w:t xml:space="preserve">Notranji govor ob neuspehu je navada, ki jo lahko opazujemo in postopoma spreminjamo. Preklop iz </w:t>
      </w:r>
      <w:r w:rsidRPr="00B40033">
        <w:rPr>
          <w:b/>
          <w:lang w:val="sl-SI"/>
        </w:rPr>
        <w:t>sodnika</w:t>
      </w:r>
      <w:r w:rsidRPr="00B40033">
        <w:rPr>
          <w:lang w:val="sl-SI"/>
        </w:rPr>
        <w:t xml:space="preserve"> v </w:t>
      </w:r>
      <w:r w:rsidRPr="00B40033">
        <w:rPr>
          <w:b/>
          <w:lang w:val="sl-SI"/>
        </w:rPr>
        <w:t>trenerja</w:t>
      </w:r>
      <w:r w:rsidRPr="00B40033">
        <w:rPr>
          <w:lang w:val="sl-SI"/>
        </w:rPr>
        <w: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796"/>
        <w:gridCol w:w="5909"/>
      </w:tblGrid>
      <w:tr w:rsidR="00F94C82" w:rsidRPr="00B40033" w14:paraId="2F18DF26" w14:textId="77777777">
        <w:trPr>
          <w:cantSplit/>
          <w:tblHeader/>
          <w:jc w:val="center"/>
        </w:trPr>
        <w:tc>
          <w:tcPr>
            <w:tcW w:w="3681"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706BCC1" w14:textId="77777777" w:rsidR="00F94C82" w:rsidRPr="00B40033" w:rsidRDefault="00911973">
            <w:pPr>
              <w:spacing w:after="80" w:line="259" w:lineRule="auto"/>
              <w:rPr>
                <w:lang w:val="sl-SI"/>
              </w:rPr>
            </w:pPr>
            <w:r w:rsidRPr="00B40033">
              <w:rPr>
                <w:b/>
                <w:sz w:val="20"/>
                <w:lang w:val="sl-SI"/>
              </w:rPr>
              <w:t>Namesto sodnika …</w:t>
            </w:r>
          </w:p>
        </w:tc>
        <w:tc>
          <w:tcPr>
            <w:tcW w:w="5730"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68841B51" w14:textId="77777777" w:rsidR="00F94C82" w:rsidRPr="00B40033" w:rsidRDefault="00911973">
            <w:pPr>
              <w:spacing w:after="80" w:line="259" w:lineRule="auto"/>
              <w:rPr>
                <w:lang w:val="sl-SI"/>
              </w:rPr>
            </w:pPr>
            <w:r w:rsidRPr="00B40033">
              <w:rPr>
                <w:b/>
                <w:sz w:val="20"/>
                <w:lang w:val="sl-SI"/>
              </w:rPr>
              <w:t>Trener bi rekel …</w:t>
            </w:r>
          </w:p>
        </w:tc>
      </w:tr>
      <w:tr w:rsidR="00F94C82" w:rsidRPr="00B75BEE" w14:paraId="6C694C06" w14:textId="77777777">
        <w:trPr>
          <w:cantSplit/>
          <w:jc w:val="center"/>
        </w:trPr>
        <w:tc>
          <w:tcPr>
            <w:tcW w:w="368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8357DC8" w14:textId="1E55B8A4" w:rsidR="00F94C82" w:rsidRPr="00B40033" w:rsidRDefault="00911973">
            <w:pPr>
              <w:spacing w:after="80" w:line="259" w:lineRule="auto"/>
              <w:rPr>
                <w:lang w:val="sl-SI"/>
              </w:rPr>
            </w:pPr>
            <w:r w:rsidRPr="00B40033">
              <w:rPr>
                <w:sz w:val="20"/>
                <w:lang w:val="sl-SI"/>
              </w:rPr>
              <w:t xml:space="preserve">»Spet sem </w:t>
            </w:r>
            <w:r w:rsidR="004A6A90">
              <w:rPr>
                <w:sz w:val="20"/>
                <w:lang w:val="sl-SI"/>
              </w:rPr>
              <w:t>ponovil isto napako</w:t>
            </w:r>
            <w:r w:rsidRPr="00B40033">
              <w:rPr>
                <w:sz w:val="20"/>
                <w:lang w:val="sl-SI"/>
              </w:rPr>
              <w:t xml:space="preserve">. </w:t>
            </w:r>
            <w:r w:rsidR="008955B0">
              <w:rPr>
                <w:sz w:val="20"/>
                <w:lang w:val="sl-SI"/>
              </w:rPr>
              <w:t>Jaz s</w:t>
            </w:r>
            <w:r w:rsidRPr="00B40033">
              <w:rPr>
                <w:sz w:val="20"/>
                <w:lang w:val="sl-SI"/>
              </w:rPr>
              <w:t>em nesposoben.«</w:t>
            </w:r>
          </w:p>
        </w:tc>
        <w:tc>
          <w:tcPr>
            <w:tcW w:w="573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7275EB6" w14:textId="77777777" w:rsidR="00F94C82" w:rsidRPr="00B40033" w:rsidRDefault="00911973">
            <w:pPr>
              <w:spacing w:after="80" w:line="259" w:lineRule="auto"/>
              <w:rPr>
                <w:lang w:val="sl-SI"/>
              </w:rPr>
            </w:pPr>
            <w:r w:rsidRPr="00B40033">
              <w:rPr>
                <w:sz w:val="20"/>
                <w:lang w:val="sl-SI"/>
              </w:rPr>
              <w:t>»Napaka je bila v ______________. Naslednjič poskusim ______________.«</w:t>
            </w:r>
          </w:p>
        </w:tc>
      </w:tr>
      <w:tr w:rsidR="00F94C82" w:rsidRPr="00B40033" w14:paraId="62FA41AE" w14:textId="77777777">
        <w:trPr>
          <w:cantSplit/>
          <w:jc w:val="center"/>
        </w:trPr>
        <w:tc>
          <w:tcPr>
            <w:tcW w:w="3681"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E966F34" w14:textId="77777777" w:rsidR="00F94C82" w:rsidRPr="00B40033" w:rsidRDefault="00911973">
            <w:pPr>
              <w:spacing w:after="80" w:line="259" w:lineRule="auto"/>
              <w:rPr>
                <w:lang w:val="sl-SI"/>
              </w:rPr>
            </w:pPr>
            <w:r w:rsidRPr="00B40033">
              <w:rPr>
                <w:sz w:val="20"/>
                <w:lang w:val="sl-SI"/>
              </w:rPr>
              <w:t>»Vedno sem preveč čustven.«</w:t>
            </w:r>
          </w:p>
        </w:tc>
        <w:tc>
          <w:tcPr>
            <w:tcW w:w="5730"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C34DC76" w14:textId="77777777" w:rsidR="00F94C82" w:rsidRPr="00B40033" w:rsidRDefault="00911973">
            <w:pPr>
              <w:spacing w:after="80" w:line="259" w:lineRule="auto"/>
              <w:rPr>
                <w:lang w:val="sl-SI"/>
              </w:rPr>
            </w:pPr>
            <w:r w:rsidRPr="00B40033">
              <w:rPr>
                <w:sz w:val="20"/>
                <w:lang w:val="sl-SI"/>
              </w:rPr>
              <w:t>»Danes sem čutil močno. Kaj se me je tako dotaknilo?«</w:t>
            </w:r>
          </w:p>
        </w:tc>
      </w:tr>
      <w:tr w:rsidR="00F94C82" w:rsidRPr="00B75BEE" w14:paraId="576C910D" w14:textId="77777777">
        <w:trPr>
          <w:cantSplit/>
          <w:jc w:val="center"/>
        </w:trPr>
        <w:tc>
          <w:tcPr>
            <w:tcW w:w="3681"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5B68D7F" w14:textId="77777777" w:rsidR="00F94C82" w:rsidRPr="00B40033" w:rsidRDefault="00911973">
            <w:pPr>
              <w:spacing w:after="80" w:line="259" w:lineRule="auto"/>
              <w:rPr>
                <w:lang w:val="sl-SI"/>
              </w:rPr>
            </w:pPr>
            <w:r w:rsidRPr="00B40033">
              <w:rPr>
                <w:sz w:val="20"/>
                <w:lang w:val="sl-SI"/>
              </w:rPr>
              <w:t>»Drugi bi to že zdavnaj rešili.«</w:t>
            </w:r>
          </w:p>
        </w:tc>
        <w:tc>
          <w:tcPr>
            <w:tcW w:w="5730"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75F2072" w14:textId="77777777" w:rsidR="00F94C82" w:rsidRPr="00B40033" w:rsidRDefault="00911973">
            <w:pPr>
              <w:spacing w:after="80" w:line="259" w:lineRule="auto"/>
              <w:rPr>
                <w:lang w:val="sl-SI"/>
              </w:rPr>
            </w:pPr>
            <w:r w:rsidRPr="00B40033">
              <w:rPr>
                <w:sz w:val="20"/>
                <w:lang w:val="sl-SI"/>
              </w:rPr>
              <w:t>»Kaj v tej situaciji zmorem jaz danes?«</w:t>
            </w:r>
          </w:p>
        </w:tc>
      </w:tr>
    </w:tbl>
    <w:p w14:paraId="7B057F2E" w14:textId="77777777" w:rsidR="00F94C82" w:rsidRPr="00B40033" w:rsidRDefault="00F94C82">
      <w:pPr>
        <w:spacing w:after="40"/>
        <w:rPr>
          <w:lang w:val="sl-SI"/>
        </w:rPr>
      </w:pPr>
    </w:p>
    <w:p w14:paraId="1CECF14A" w14:textId="05DF962A" w:rsidR="00F94C82" w:rsidRPr="00B40033" w:rsidRDefault="00911973" w:rsidP="00913D55">
      <w:pPr>
        <w:jc w:val="both"/>
        <w:rPr>
          <w:lang w:val="sl-SI"/>
        </w:rPr>
      </w:pPr>
      <w:r w:rsidRPr="00B40033">
        <w:rPr>
          <w:lang w:val="sl-SI"/>
        </w:rPr>
        <w:t xml:space="preserve">Vaja: </w:t>
      </w:r>
      <w:r w:rsidR="00057102">
        <w:rPr>
          <w:lang w:val="sl-SI"/>
        </w:rPr>
        <w:t>Ves</w:t>
      </w:r>
      <w:r w:rsidR="00057102" w:rsidRPr="00B40033">
        <w:rPr>
          <w:lang w:val="sl-SI"/>
        </w:rPr>
        <w:t xml:space="preserve"> </w:t>
      </w:r>
      <w:r w:rsidRPr="00B40033">
        <w:rPr>
          <w:lang w:val="sl-SI"/>
        </w:rPr>
        <w:t>teden opazuj, kdaj se ti oglasi sodnik. Ne prepiraj se z njim</w:t>
      </w:r>
      <w:r w:rsidR="00384FE4">
        <w:rPr>
          <w:lang w:val="sl-SI"/>
        </w:rPr>
        <w:t xml:space="preserve">, </w:t>
      </w:r>
      <w:r w:rsidRPr="00B40033">
        <w:rPr>
          <w:lang w:val="sl-SI"/>
        </w:rPr>
        <w:t>le zapiši njegov stavek in zraven napiši trenerjev odgovor.</w:t>
      </w:r>
    </w:p>
    <w:p w14:paraId="48F154D0" w14:textId="77777777" w:rsidR="00F94C82" w:rsidRPr="00B40033" w:rsidRDefault="00911973">
      <w:pPr>
        <w:pStyle w:val="Naslov2"/>
        <w:rPr>
          <w:lang w:val="sl-SI"/>
        </w:rPr>
      </w:pPr>
      <w:r w:rsidRPr="00B40033">
        <w:rPr>
          <w:lang w:val="sl-SI"/>
        </w:rPr>
        <w:t>11.8 Delovni list: odzivna matrica (osrednja tabela priročnika)</w:t>
      </w:r>
    </w:p>
    <w:p w14:paraId="6D4F7A7D" w14:textId="59FBE0E6" w:rsidR="00F94C82" w:rsidRPr="00B40033" w:rsidRDefault="00911973">
      <w:pPr>
        <w:rPr>
          <w:lang w:val="sl-SI"/>
        </w:rPr>
      </w:pPr>
      <w:r w:rsidRPr="00B40033">
        <w:rPr>
          <w:lang w:val="sl-SI"/>
        </w:rPr>
        <w:t>Izpolni ob enem tedenskem »težkem« trenutku:</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781"/>
        <w:gridCol w:w="6044"/>
        <w:gridCol w:w="1880"/>
      </w:tblGrid>
      <w:tr w:rsidR="00F94C82" w:rsidRPr="00B40033" w14:paraId="2E2AEC40" w14:textId="77777777">
        <w:trPr>
          <w:cantSplit/>
          <w:tblHeader/>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D1AFFD4" w14:textId="77777777" w:rsidR="00F94C82" w:rsidRPr="00B40033" w:rsidRDefault="00911973">
            <w:pPr>
              <w:spacing w:after="80" w:line="259" w:lineRule="auto"/>
              <w:rPr>
                <w:lang w:val="sl-SI"/>
              </w:rPr>
            </w:pPr>
            <w:r w:rsidRPr="00B40033">
              <w:rPr>
                <w:b/>
                <w:sz w:val="20"/>
                <w:lang w:val="sl-SI"/>
              </w:rPr>
              <w:t>Korak</w:t>
            </w:r>
          </w:p>
        </w:tc>
        <w:tc>
          <w:tcPr>
            <w:tcW w:w="5862"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FD52994" w14:textId="77777777" w:rsidR="00F94C82" w:rsidRPr="00B40033" w:rsidRDefault="00911973">
            <w:pPr>
              <w:spacing w:after="80" w:line="259" w:lineRule="auto"/>
              <w:rPr>
                <w:lang w:val="sl-SI"/>
              </w:rPr>
            </w:pPr>
            <w:r w:rsidRPr="00B40033">
              <w:rPr>
                <w:b/>
                <w:sz w:val="20"/>
                <w:lang w:val="sl-SI"/>
              </w:rPr>
              <w:t>Vprašanje</w:t>
            </w:r>
          </w:p>
        </w:tc>
        <w:tc>
          <w:tcPr>
            <w:tcW w:w="1823"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FA8EA22" w14:textId="77777777" w:rsidR="00F94C82" w:rsidRPr="00B40033" w:rsidRDefault="00911973">
            <w:pPr>
              <w:spacing w:after="80" w:line="259" w:lineRule="auto"/>
              <w:rPr>
                <w:lang w:val="sl-SI"/>
              </w:rPr>
            </w:pPr>
            <w:r w:rsidRPr="00B40033">
              <w:rPr>
                <w:b/>
                <w:sz w:val="20"/>
                <w:lang w:val="sl-SI"/>
              </w:rPr>
              <w:t>Moj odgovor</w:t>
            </w:r>
          </w:p>
        </w:tc>
      </w:tr>
      <w:tr w:rsidR="00F94C82" w:rsidRPr="00B75BEE" w14:paraId="11AC3497"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FB61B2E" w14:textId="77777777" w:rsidR="00F94C82" w:rsidRPr="00B40033" w:rsidRDefault="00911973">
            <w:pPr>
              <w:spacing w:after="80" w:line="259" w:lineRule="auto"/>
              <w:rPr>
                <w:lang w:val="sl-SI"/>
              </w:rPr>
            </w:pPr>
            <w:r w:rsidRPr="00B40033">
              <w:rPr>
                <w:sz w:val="20"/>
                <w:lang w:val="sl-SI"/>
              </w:rPr>
              <w:t>1. Situacija</w:t>
            </w:r>
          </w:p>
        </w:tc>
        <w:tc>
          <w:tcPr>
            <w:tcW w:w="586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83D9BF0" w14:textId="0730DBC7" w:rsidR="00F94C82" w:rsidRPr="00B40033" w:rsidRDefault="00911973">
            <w:pPr>
              <w:spacing w:after="80" w:line="259" w:lineRule="auto"/>
              <w:rPr>
                <w:lang w:val="sl-SI"/>
              </w:rPr>
            </w:pPr>
            <w:r w:rsidRPr="00B40033">
              <w:rPr>
                <w:sz w:val="20"/>
                <w:lang w:val="sl-SI"/>
              </w:rPr>
              <w:t xml:space="preserve">Kaj se je zgodilo </w:t>
            </w:r>
            <w:r w:rsidR="0043605B">
              <w:rPr>
                <w:sz w:val="20"/>
                <w:lang w:val="sl-SI"/>
              </w:rPr>
              <w:t>(</w:t>
            </w:r>
            <w:r w:rsidR="00371166">
              <w:rPr>
                <w:sz w:val="20"/>
                <w:lang w:val="sl-SI"/>
              </w:rPr>
              <w:t>samo kr</w:t>
            </w:r>
            <w:r w:rsidR="0022612B">
              <w:rPr>
                <w:sz w:val="20"/>
                <w:lang w:val="sl-SI"/>
              </w:rPr>
              <w:t>atek opis</w:t>
            </w:r>
            <w:r w:rsidR="006730E1">
              <w:rPr>
                <w:sz w:val="20"/>
                <w:lang w:val="sl-SI"/>
              </w:rPr>
              <w:t>)</w:t>
            </w:r>
            <w:r w:rsidRPr="00B40033">
              <w:rPr>
                <w:sz w:val="20"/>
                <w:lang w:val="sl-SI"/>
              </w:rPr>
              <w:t>?</w:t>
            </w:r>
          </w:p>
        </w:tc>
        <w:tc>
          <w:tcPr>
            <w:tcW w:w="18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E94130F" w14:textId="77777777" w:rsidR="00F94C82" w:rsidRPr="00B40033" w:rsidRDefault="00F94C82">
            <w:pPr>
              <w:spacing w:after="80" w:line="259" w:lineRule="auto"/>
              <w:rPr>
                <w:lang w:val="sl-SI"/>
              </w:rPr>
            </w:pPr>
          </w:p>
        </w:tc>
      </w:tr>
      <w:tr w:rsidR="00F94C82" w:rsidRPr="00B40033" w14:paraId="75F5D8DF"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66A4E5D" w14:textId="77777777" w:rsidR="00F94C82" w:rsidRPr="00B40033" w:rsidRDefault="00911973">
            <w:pPr>
              <w:spacing w:after="80" w:line="259" w:lineRule="auto"/>
              <w:rPr>
                <w:lang w:val="sl-SI"/>
              </w:rPr>
            </w:pPr>
            <w:r w:rsidRPr="00B40033">
              <w:rPr>
                <w:sz w:val="20"/>
                <w:lang w:val="sl-SI"/>
              </w:rPr>
              <w:t>2. Telo</w:t>
            </w:r>
          </w:p>
        </w:tc>
        <w:tc>
          <w:tcPr>
            <w:tcW w:w="586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74D0088" w14:textId="77777777" w:rsidR="00F94C82" w:rsidRPr="00B40033" w:rsidRDefault="00911973">
            <w:pPr>
              <w:spacing w:after="80" w:line="259" w:lineRule="auto"/>
              <w:rPr>
                <w:lang w:val="sl-SI"/>
              </w:rPr>
            </w:pPr>
            <w:r w:rsidRPr="00B40033">
              <w:rPr>
                <w:sz w:val="20"/>
                <w:lang w:val="sl-SI"/>
              </w:rPr>
              <w:t>Kaj sem čutil v telesu, kje?</w:t>
            </w:r>
          </w:p>
        </w:tc>
        <w:tc>
          <w:tcPr>
            <w:tcW w:w="18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01A2478" w14:textId="77777777" w:rsidR="00F94C82" w:rsidRPr="00B40033" w:rsidRDefault="00F94C82">
            <w:pPr>
              <w:spacing w:after="80" w:line="259" w:lineRule="auto"/>
              <w:rPr>
                <w:lang w:val="sl-SI"/>
              </w:rPr>
            </w:pPr>
          </w:p>
        </w:tc>
      </w:tr>
      <w:tr w:rsidR="00F94C82" w:rsidRPr="00B40033" w14:paraId="61D2E888"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38DD593" w14:textId="77777777" w:rsidR="00F94C82" w:rsidRPr="00B40033" w:rsidRDefault="00911973">
            <w:pPr>
              <w:spacing w:after="80" w:line="259" w:lineRule="auto"/>
              <w:rPr>
                <w:lang w:val="sl-SI"/>
              </w:rPr>
            </w:pPr>
            <w:r w:rsidRPr="00B40033">
              <w:rPr>
                <w:sz w:val="20"/>
                <w:lang w:val="sl-SI"/>
              </w:rPr>
              <w:t>3. Čustvo</w:t>
            </w:r>
          </w:p>
        </w:tc>
        <w:tc>
          <w:tcPr>
            <w:tcW w:w="586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3475E44" w14:textId="65DD4A7A" w:rsidR="00F94C82" w:rsidRPr="00B40033" w:rsidRDefault="00911973">
            <w:pPr>
              <w:spacing w:after="80" w:line="259" w:lineRule="auto"/>
              <w:rPr>
                <w:lang w:val="sl-SI"/>
              </w:rPr>
            </w:pPr>
            <w:r w:rsidRPr="00B40033">
              <w:rPr>
                <w:sz w:val="20"/>
                <w:lang w:val="sl-SI"/>
              </w:rPr>
              <w:t>Katero ime (natančno)? Intenzivnost 1–10?</w:t>
            </w:r>
          </w:p>
        </w:tc>
        <w:tc>
          <w:tcPr>
            <w:tcW w:w="18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3F825E8" w14:textId="77777777" w:rsidR="00F94C82" w:rsidRPr="00B40033" w:rsidRDefault="00F94C82">
            <w:pPr>
              <w:spacing w:after="80" w:line="259" w:lineRule="auto"/>
              <w:rPr>
                <w:lang w:val="sl-SI"/>
              </w:rPr>
            </w:pPr>
          </w:p>
        </w:tc>
      </w:tr>
      <w:tr w:rsidR="00F94C82" w:rsidRPr="00B75BEE" w14:paraId="6E8D9CB7"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32F8C89" w14:textId="77777777" w:rsidR="00F94C82" w:rsidRPr="00B40033" w:rsidRDefault="00911973">
            <w:pPr>
              <w:spacing w:after="80" w:line="259" w:lineRule="auto"/>
              <w:rPr>
                <w:lang w:val="sl-SI"/>
              </w:rPr>
            </w:pPr>
            <w:r w:rsidRPr="00B40033">
              <w:rPr>
                <w:sz w:val="20"/>
                <w:lang w:val="sl-SI"/>
              </w:rPr>
              <w:t>4. Misel</w:t>
            </w:r>
          </w:p>
        </w:tc>
        <w:tc>
          <w:tcPr>
            <w:tcW w:w="586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22F4987" w14:textId="0479472F" w:rsidR="00F94C82" w:rsidRPr="00B40033" w:rsidRDefault="00911973">
            <w:pPr>
              <w:spacing w:after="80" w:line="259" w:lineRule="auto"/>
              <w:rPr>
                <w:lang w:val="sl-SI"/>
              </w:rPr>
            </w:pPr>
            <w:r w:rsidRPr="00B40033">
              <w:rPr>
                <w:sz w:val="20"/>
                <w:lang w:val="sl-SI"/>
              </w:rPr>
              <w:t xml:space="preserve">Katera misel je </w:t>
            </w:r>
            <w:r w:rsidR="0022612B">
              <w:rPr>
                <w:sz w:val="20"/>
                <w:lang w:val="sl-SI"/>
              </w:rPr>
              <w:t xml:space="preserve">bila prevladujoča </w:t>
            </w:r>
            <w:r w:rsidRPr="00B40033">
              <w:rPr>
                <w:sz w:val="20"/>
                <w:lang w:val="sl-SI"/>
              </w:rPr>
              <w:t>?</w:t>
            </w:r>
          </w:p>
        </w:tc>
        <w:tc>
          <w:tcPr>
            <w:tcW w:w="18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B2466EE" w14:textId="77777777" w:rsidR="00F94C82" w:rsidRPr="00B40033" w:rsidRDefault="00F94C82">
            <w:pPr>
              <w:spacing w:after="80" w:line="259" w:lineRule="auto"/>
              <w:rPr>
                <w:lang w:val="sl-SI"/>
              </w:rPr>
            </w:pPr>
          </w:p>
        </w:tc>
      </w:tr>
      <w:tr w:rsidR="00F94C82" w:rsidRPr="00B75BEE" w14:paraId="7F519331"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9C20ABF" w14:textId="77777777" w:rsidR="00F94C82" w:rsidRPr="00B40033" w:rsidRDefault="00911973">
            <w:pPr>
              <w:spacing w:after="80" w:line="259" w:lineRule="auto"/>
              <w:rPr>
                <w:lang w:val="sl-SI"/>
              </w:rPr>
            </w:pPr>
            <w:r w:rsidRPr="00B40033">
              <w:rPr>
                <w:sz w:val="20"/>
                <w:lang w:val="sl-SI"/>
              </w:rPr>
              <w:t>5. Nagon</w:t>
            </w:r>
          </w:p>
        </w:tc>
        <w:tc>
          <w:tcPr>
            <w:tcW w:w="586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4231B60" w14:textId="77777777" w:rsidR="00F94C82" w:rsidRPr="00B40033" w:rsidRDefault="00911973">
            <w:pPr>
              <w:spacing w:after="80" w:line="259" w:lineRule="auto"/>
              <w:rPr>
                <w:lang w:val="sl-SI"/>
              </w:rPr>
            </w:pPr>
            <w:r w:rsidRPr="00B40033">
              <w:rPr>
                <w:sz w:val="20"/>
                <w:lang w:val="sl-SI"/>
              </w:rPr>
              <w:t>Kaj sem hotel storiti v prvem impulzu?</w:t>
            </w:r>
          </w:p>
        </w:tc>
        <w:tc>
          <w:tcPr>
            <w:tcW w:w="18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1DE117C" w14:textId="77777777" w:rsidR="00F94C82" w:rsidRPr="00B40033" w:rsidRDefault="00F94C82">
            <w:pPr>
              <w:spacing w:after="80" w:line="259" w:lineRule="auto"/>
              <w:rPr>
                <w:lang w:val="sl-SI"/>
              </w:rPr>
            </w:pPr>
          </w:p>
        </w:tc>
      </w:tr>
      <w:tr w:rsidR="00F94C82" w:rsidRPr="00B40033" w14:paraId="793B04DE"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788B423" w14:textId="15133465" w:rsidR="00F94C82" w:rsidRPr="00B40033" w:rsidRDefault="00911973">
            <w:pPr>
              <w:spacing w:after="80" w:line="259" w:lineRule="auto"/>
              <w:rPr>
                <w:lang w:val="sl-SI"/>
              </w:rPr>
            </w:pPr>
            <w:r w:rsidRPr="00B40033">
              <w:rPr>
                <w:sz w:val="20"/>
                <w:lang w:val="sl-SI"/>
              </w:rPr>
              <w:t xml:space="preserve">6. </w:t>
            </w:r>
            <w:r w:rsidR="00132B30">
              <w:rPr>
                <w:sz w:val="20"/>
                <w:lang w:val="sl-SI"/>
              </w:rPr>
              <w:t>Premor</w:t>
            </w:r>
          </w:p>
        </w:tc>
        <w:tc>
          <w:tcPr>
            <w:tcW w:w="586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2738DF0" w14:textId="77777777" w:rsidR="00F94C82" w:rsidRPr="00B40033" w:rsidRDefault="00911973">
            <w:pPr>
              <w:spacing w:after="80" w:line="259" w:lineRule="auto"/>
              <w:rPr>
                <w:lang w:val="sl-SI"/>
              </w:rPr>
            </w:pPr>
            <w:r w:rsidRPr="00B40033">
              <w:rPr>
                <w:sz w:val="20"/>
                <w:lang w:val="sl-SI"/>
              </w:rPr>
              <w:t>Kako sem naredil STOP/RAIN?</w:t>
            </w:r>
          </w:p>
        </w:tc>
        <w:tc>
          <w:tcPr>
            <w:tcW w:w="18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6190754" w14:textId="77777777" w:rsidR="00F94C82" w:rsidRPr="00B40033" w:rsidRDefault="00F94C82">
            <w:pPr>
              <w:spacing w:after="80" w:line="259" w:lineRule="auto"/>
              <w:rPr>
                <w:lang w:val="sl-SI"/>
              </w:rPr>
            </w:pPr>
          </w:p>
        </w:tc>
      </w:tr>
      <w:tr w:rsidR="00F94C82" w:rsidRPr="00B75BEE" w14:paraId="2D8E62BF"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836B34E" w14:textId="77777777" w:rsidR="00F94C82" w:rsidRPr="00B40033" w:rsidRDefault="00911973">
            <w:pPr>
              <w:spacing w:after="80" w:line="259" w:lineRule="auto"/>
              <w:rPr>
                <w:lang w:val="sl-SI"/>
              </w:rPr>
            </w:pPr>
            <w:r w:rsidRPr="00B40033">
              <w:rPr>
                <w:sz w:val="20"/>
                <w:lang w:val="sl-SI"/>
              </w:rPr>
              <w:t>7. Vrednota</w:t>
            </w:r>
          </w:p>
        </w:tc>
        <w:tc>
          <w:tcPr>
            <w:tcW w:w="586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5899E84" w14:textId="1CCDB560" w:rsidR="00F94C82" w:rsidRPr="00B40033" w:rsidRDefault="00911973">
            <w:pPr>
              <w:spacing w:after="80" w:line="259" w:lineRule="auto"/>
              <w:rPr>
                <w:lang w:val="sl-SI"/>
              </w:rPr>
            </w:pPr>
            <w:r w:rsidRPr="00B40033">
              <w:rPr>
                <w:sz w:val="20"/>
                <w:lang w:val="sl-SI"/>
              </w:rPr>
              <w:t xml:space="preserve">Katera moja </w:t>
            </w:r>
            <w:r w:rsidR="006730E1">
              <w:rPr>
                <w:sz w:val="20"/>
                <w:lang w:val="sl-SI"/>
              </w:rPr>
              <w:t>temeljna</w:t>
            </w:r>
            <w:r w:rsidR="006730E1" w:rsidRPr="00B40033">
              <w:rPr>
                <w:sz w:val="20"/>
                <w:lang w:val="sl-SI"/>
              </w:rPr>
              <w:t xml:space="preserve"> </w:t>
            </w:r>
            <w:r w:rsidRPr="00B40033">
              <w:rPr>
                <w:sz w:val="20"/>
                <w:lang w:val="sl-SI"/>
              </w:rPr>
              <w:t>vrednota je bila v igri?</w:t>
            </w:r>
          </w:p>
        </w:tc>
        <w:tc>
          <w:tcPr>
            <w:tcW w:w="18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B92E600" w14:textId="77777777" w:rsidR="00F94C82" w:rsidRPr="00B40033" w:rsidRDefault="00F94C82">
            <w:pPr>
              <w:spacing w:after="80" w:line="259" w:lineRule="auto"/>
              <w:rPr>
                <w:lang w:val="sl-SI"/>
              </w:rPr>
            </w:pPr>
          </w:p>
        </w:tc>
      </w:tr>
      <w:tr w:rsidR="00F94C82" w:rsidRPr="00B75BEE" w14:paraId="69056122"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A6EFD92" w14:textId="77777777" w:rsidR="00F94C82" w:rsidRPr="00B40033" w:rsidRDefault="00911973">
            <w:pPr>
              <w:spacing w:after="80" w:line="259" w:lineRule="auto"/>
              <w:rPr>
                <w:lang w:val="sl-SI"/>
              </w:rPr>
            </w:pPr>
            <w:r w:rsidRPr="00B40033">
              <w:rPr>
                <w:sz w:val="20"/>
                <w:lang w:val="sl-SI"/>
              </w:rPr>
              <w:t>8. Izbira</w:t>
            </w:r>
          </w:p>
        </w:tc>
        <w:tc>
          <w:tcPr>
            <w:tcW w:w="586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F02AF1F" w14:textId="656D94A9" w:rsidR="00F94C82" w:rsidRPr="00B40033" w:rsidRDefault="00911973">
            <w:pPr>
              <w:spacing w:after="80" w:line="259" w:lineRule="auto"/>
              <w:rPr>
                <w:lang w:val="sl-SI"/>
              </w:rPr>
            </w:pPr>
            <w:r w:rsidRPr="00B40033">
              <w:rPr>
                <w:sz w:val="20"/>
                <w:lang w:val="sl-SI"/>
              </w:rPr>
              <w:t>Katero stanje sem skušal podpreti in katero izvedljivo dejanje sem izbral?</w:t>
            </w:r>
          </w:p>
        </w:tc>
        <w:tc>
          <w:tcPr>
            <w:tcW w:w="18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504ED03" w14:textId="77777777" w:rsidR="00F94C82" w:rsidRPr="00B40033" w:rsidRDefault="00F94C82">
            <w:pPr>
              <w:spacing w:after="80" w:line="259" w:lineRule="auto"/>
              <w:rPr>
                <w:lang w:val="sl-SI"/>
              </w:rPr>
            </w:pPr>
          </w:p>
        </w:tc>
      </w:tr>
      <w:tr w:rsidR="00F94C82" w:rsidRPr="00B40033" w14:paraId="66497063"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E6C356A" w14:textId="77777777" w:rsidR="00F94C82" w:rsidRPr="00B40033" w:rsidRDefault="00911973">
            <w:pPr>
              <w:spacing w:after="80" w:line="259" w:lineRule="auto"/>
              <w:rPr>
                <w:lang w:val="sl-SI"/>
              </w:rPr>
            </w:pPr>
            <w:r w:rsidRPr="00B40033">
              <w:rPr>
                <w:sz w:val="20"/>
                <w:lang w:val="sl-SI"/>
              </w:rPr>
              <w:t>9. Dejanje</w:t>
            </w:r>
          </w:p>
        </w:tc>
        <w:tc>
          <w:tcPr>
            <w:tcW w:w="5862"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849D1BD" w14:textId="77777777" w:rsidR="00F94C82" w:rsidRPr="00B40033" w:rsidRDefault="00911973">
            <w:pPr>
              <w:spacing w:after="80" w:line="259" w:lineRule="auto"/>
              <w:rPr>
                <w:lang w:val="sl-SI"/>
              </w:rPr>
            </w:pPr>
            <w:r w:rsidRPr="00B40033">
              <w:rPr>
                <w:sz w:val="20"/>
                <w:lang w:val="sl-SI"/>
              </w:rPr>
              <w:t>Kaj sem dejansko naredil?</w:t>
            </w:r>
          </w:p>
        </w:tc>
        <w:tc>
          <w:tcPr>
            <w:tcW w:w="1823"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3001C45" w14:textId="77777777" w:rsidR="00F94C82" w:rsidRPr="00B40033" w:rsidRDefault="00F94C82">
            <w:pPr>
              <w:spacing w:after="80" w:line="259" w:lineRule="auto"/>
              <w:rPr>
                <w:lang w:val="sl-SI"/>
              </w:rPr>
            </w:pPr>
          </w:p>
        </w:tc>
      </w:tr>
      <w:tr w:rsidR="00F94C82" w:rsidRPr="00B75BEE" w14:paraId="36418C3F" w14:textId="77777777">
        <w:trPr>
          <w:cantSplit/>
          <w:jc w:val="center"/>
        </w:trPr>
        <w:tc>
          <w:tcPr>
            <w:tcW w:w="172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A696068" w14:textId="77777777" w:rsidR="00F94C82" w:rsidRPr="00B40033" w:rsidRDefault="00911973">
            <w:pPr>
              <w:spacing w:after="80" w:line="259" w:lineRule="auto"/>
              <w:rPr>
                <w:lang w:val="sl-SI"/>
              </w:rPr>
            </w:pPr>
            <w:r w:rsidRPr="00B40033">
              <w:rPr>
                <w:sz w:val="20"/>
                <w:lang w:val="sl-SI"/>
              </w:rPr>
              <w:t>10. Pregled (2 uri ali 1 dan kasneje)</w:t>
            </w:r>
          </w:p>
        </w:tc>
        <w:tc>
          <w:tcPr>
            <w:tcW w:w="5862"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7A4327A" w14:textId="77777777" w:rsidR="00F94C82" w:rsidRPr="00B40033" w:rsidRDefault="00911973">
            <w:pPr>
              <w:spacing w:after="80" w:line="259" w:lineRule="auto"/>
              <w:rPr>
                <w:lang w:val="sl-SI"/>
              </w:rPr>
            </w:pPr>
            <w:r w:rsidRPr="00B40033">
              <w:rPr>
                <w:sz w:val="20"/>
                <w:lang w:val="sl-SI"/>
              </w:rPr>
              <w:t>Ali sem bil zadovoljen z odzivom? Kaj bi obdržal? Kaj bi dodal?</w:t>
            </w:r>
          </w:p>
        </w:tc>
        <w:tc>
          <w:tcPr>
            <w:tcW w:w="1823"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1312ABD" w14:textId="77777777" w:rsidR="00F94C82" w:rsidRPr="00B40033" w:rsidRDefault="00F94C82">
            <w:pPr>
              <w:spacing w:after="80" w:line="259" w:lineRule="auto"/>
              <w:rPr>
                <w:lang w:val="sl-SI"/>
              </w:rPr>
            </w:pPr>
          </w:p>
        </w:tc>
      </w:tr>
    </w:tbl>
    <w:p w14:paraId="0BAE22D5" w14:textId="77777777" w:rsidR="00F94C82" w:rsidRPr="00B40033" w:rsidRDefault="00F94C82">
      <w:pPr>
        <w:spacing w:after="40"/>
        <w:rPr>
          <w:lang w:val="sl-SI"/>
        </w:rPr>
      </w:pPr>
    </w:p>
    <w:p w14:paraId="327B05F8" w14:textId="7BCBD0EC" w:rsidR="00F94C82" w:rsidRPr="00B40033" w:rsidRDefault="00911973">
      <w:pPr>
        <w:rPr>
          <w:lang w:val="sl-SI"/>
        </w:rPr>
      </w:pPr>
      <w:r w:rsidRPr="00B40033">
        <w:rPr>
          <w:b/>
          <w:lang w:val="sl-SI"/>
        </w:rPr>
        <w:t xml:space="preserve">Izpolnjen primer </w:t>
      </w:r>
      <w:r w:rsidR="00384FE4">
        <w:rPr>
          <w:b/>
          <w:lang w:val="sl-SI"/>
        </w:rPr>
        <w:t xml:space="preserve">: </w:t>
      </w:r>
      <w:r w:rsidRPr="00B40033">
        <w:rPr>
          <w:b/>
          <w:lang w:val="sl-SI"/>
        </w:rPr>
        <w:t xml:space="preserve"> Marko </w:t>
      </w:r>
      <w:r w:rsidR="003E0474">
        <w:rPr>
          <w:b/>
          <w:lang w:val="sl-SI"/>
        </w:rPr>
        <w:t>(</w:t>
      </w:r>
      <w:r w:rsidRPr="00B40033">
        <w:rPr>
          <w:b/>
          <w:lang w:val="sl-SI"/>
        </w:rPr>
        <w:t>40 let</w:t>
      </w:r>
      <w:r w:rsidR="003E0474">
        <w:rPr>
          <w:b/>
          <w:lang w:val="sl-SI"/>
        </w:rPr>
        <w:t>)</w:t>
      </w:r>
      <w:r w:rsidRPr="00B40033">
        <w:rPr>
          <w:b/>
          <w:lang w:val="sl-SI"/>
        </w:rPr>
        <w:t xml:space="preserve">, </w:t>
      </w:r>
      <w:r w:rsidR="00E260B9">
        <w:rPr>
          <w:b/>
          <w:lang w:val="sl-SI"/>
        </w:rPr>
        <w:t>gibalo (</w:t>
      </w:r>
      <w:proofErr w:type="spellStart"/>
      <w:r w:rsidRPr="00B40033">
        <w:rPr>
          <w:b/>
          <w:lang w:val="sl-SI"/>
        </w:rPr>
        <w:t>driver</w:t>
      </w:r>
      <w:proofErr w:type="spellEnd"/>
      <w:r w:rsidR="00E260B9">
        <w:rPr>
          <w:b/>
          <w:lang w:val="sl-SI"/>
        </w:rPr>
        <w:t>)</w:t>
      </w:r>
      <w:r w:rsidRPr="00B40033">
        <w:rPr>
          <w:b/>
          <w:lang w:val="sl-SI"/>
        </w:rPr>
        <w:t xml:space="preserve"> »</w:t>
      </w:r>
      <w:r w:rsidR="005167CE">
        <w:rPr>
          <w:b/>
          <w:lang w:val="sl-SI"/>
        </w:rPr>
        <w:t>u</w:t>
      </w:r>
      <w:r w:rsidRPr="00B40033">
        <w:rPr>
          <w:b/>
          <w:lang w:val="sl-SI"/>
        </w:rPr>
        <w:t>strezi drugim«</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36"/>
        <w:gridCol w:w="7769"/>
      </w:tblGrid>
      <w:tr w:rsidR="00F94C82" w:rsidRPr="00B40033" w14:paraId="06AB035E" w14:textId="77777777">
        <w:trPr>
          <w:cantSplit/>
          <w:tblHeader/>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34A0C499" w14:textId="77777777" w:rsidR="00F94C82" w:rsidRPr="00B40033" w:rsidRDefault="00911973">
            <w:pPr>
              <w:spacing w:after="80" w:line="259" w:lineRule="auto"/>
              <w:rPr>
                <w:lang w:val="sl-SI"/>
              </w:rPr>
            </w:pPr>
            <w:r w:rsidRPr="00B40033">
              <w:rPr>
                <w:b/>
                <w:sz w:val="20"/>
                <w:lang w:val="sl-SI"/>
              </w:rPr>
              <w:t>Korak</w:t>
            </w:r>
          </w:p>
        </w:tc>
        <w:tc>
          <w:tcPr>
            <w:tcW w:w="7534"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6A302B1" w14:textId="77777777" w:rsidR="00F94C82" w:rsidRPr="00B40033" w:rsidRDefault="00911973">
            <w:pPr>
              <w:spacing w:after="80" w:line="259" w:lineRule="auto"/>
              <w:rPr>
                <w:lang w:val="sl-SI"/>
              </w:rPr>
            </w:pPr>
            <w:r w:rsidRPr="00B40033">
              <w:rPr>
                <w:b/>
                <w:sz w:val="20"/>
                <w:lang w:val="sl-SI"/>
              </w:rPr>
              <w:t>Markov odgovor</w:t>
            </w:r>
          </w:p>
        </w:tc>
      </w:tr>
      <w:tr w:rsidR="00F94C82" w:rsidRPr="00B40033" w14:paraId="74FDA0A9"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9ACD010" w14:textId="77777777" w:rsidR="00F94C82" w:rsidRPr="00B40033" w:rsidRDefault="00911973">
            <w:pPr>
              <w:spacing w:after="80" w:line="259" w:lineRule="auto"/>
              <w:rPr>
                <w:lang w:val="sl-SI"/>
              </w:rPr>
            </w:pPr>
            <w:r w:rsidRPr="00B40033">
              <w:rPr>
                <w:sz w:val="20"/>
                <w:lang w:val="sl-SI"/>
              </w:rPr>
              <w:lastRenderedPageBreak/>
              <w:t>1. Situacija</w:t>
            </w:r>
          </w:p>
        </w:tc>
        <w:tc>
          <w:tcPr>
            <w:tcW w:w="753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5B6E861" w14:textId="77323443" w:rsidR="00F94C82" w:rsidRPr="00B40033" w:rsidRDefault="00911973">
            <w:pPr>
              <w:spacing w:after="80" w:line="259" w:lineRule="auto"/>
              <w:rPr>
                <w:lang w:val="sl-SI"/>
              </w:rPr>
            </w:pPr>
            <w:r w:rsidRPr="00B40033">
              <w:rPr>
                <w:sz w:val="20"/>
                <w:lang w:val="sl-SI"/>
              </w:rPr>
              <w:t xml:space="preserve">Šef v petek popoldne prosi za delo čez </w:t>
            </w:r>
            <w:r w:rsidR="00E260B9">
              <w:rPr>
                <w:sz w:val="20"/>
                <w:lang w:val="sl-SI"/>
              </w:rPr>
              <w:t>konec tedna</w:t>
            </w:r>
            <w:r w:rsidRPr="00B40033">
              <w:rPr>
                <w:sz w:val="20"/>
                <w:lang w:val="sl-SI"/>
              </w:rPr>
              <w:t>.</w:t>
            </w:r>
          </w:p>
        </w:tc>
      </w:tr>
      <w:tr w:rsidR="00F94C82" w:rsidRPr="00B75BEE" w14:paraId="73D886AD"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10961EA" w14:textId="77777777" w:rsidR="00F94C82" w:rsidRPr="00B40033" w:rsidRDefault="00911973">
            <w:pPr>
              <w:spacing w:after="80" w:line="259" w:lineRule="auto"/>
              <w:rPr>
                <w:lang w:val="sl-SI"/>
              </w:rPr>
            </w:pPr>
            <w:r w:rsidRPr="00B40033">
              <w:rPr>
                <w:sz w:val="20"/>
                <w:lang w:val="sl-SI"/>
              </w:rPr>
              <w:t>2. Telo</w:t>
            </w:r>
          </w:p>
        </w:tc>
        <w:tc>
          <w:tcPr>
            <w:tcW w:w="753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FFE24DA" w14:textId="77777777" w:rsidR="00F94C82" w:rsidRPr="00B40033" w:rsidRDefault="00911973">
            <w:pPr>
              <w:spacing w:after="80" w:line="259" w:lineRule="auto"/>
              <w:rPr>
                <w:lang w:val="sl-SI"/>
              </w:rPr>
            </w:pPr>
            <w:r w:rsidRPr="007B7F62">
              <w:rPr>
                <w:sz w:val="20"/>
                <w:lang w:val="sl-SI"/>
              </w:rPr>
              <w:t>Stisk</w:t>
            </w:r>
            <w:r w:rsidRPr="00B40033">
              <w:rPr>
                <w:sz w:val="20"/>
                <w:lang w:val="sl-SI"/>
              </w:rPr>
              <w:t xml:space="preserve"> v želodcu, zadržan dih.</w:t>
            </w:r>
          </w:p>
        </w:tc>
      </w:tr>
      <w:tr w:rsidR="00F94C82" w:rsidRPr="00B40033" w14:paraId="375C5EF8"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4B37FA0" w14:textId="77777777" w:rsidR="00F94C82" w:rsidRPr="00B40033" w:rsidRDefault="00911973">
            <w:pPr>
              <w:spacing w:after="80" w:line="259" w:lineRule="auto"/>
              <w:rPr>
                <w:lang w:val="sl-SI"/>
              </w:rPr>
            </w:pPr>
            <w:r w:rsidRPr="00B40033">
              <w:rPr>
                <w:sz w:val="20"/>
                <w:lang w:val="sl-SI"/>
              </w:rPr>
              <w:t>3. Čustvo</w:t>
            </w:r>
          </w:p>
        </w:tc>
        <w:tc>
          <w:tcPr>
            <w:tcW w:w="753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53402CE" w14:textId="77777777" w:rsidR="00F94C82" w:rsidRPr="00B40033" w:rsidRDefault="00911973">
            <w:pPr>
              <w:spacing w:after="80" w:line="259" w:lineRule="auto"/>
              <w:rPr>
                <w:lang w:val="sl-SI"/>
              </w:rPr>
            </w:pPr>
            <w:r w:rsidRPr="00B40033">
              <w:rPr>
                <w:sz w:val="20"/>
                <w:lang w:val="sl-SI"/>
              </w:rPr>
              <w:t>Strah 7/10, jeza 4/10.</w:t>
            </w:r>
          </w:p>
        </w:tc>
      </w:tr>
      <w:tr w:rsidR="00F94C82" w:rsidRPr="00B40033" w14:paraId="61C33BCD"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DB42A88" w14:textId="77777777" w:rsidR="00F94C82" w:rsidRPr="00B40033" w:rsidRDefault="00911973">
            <w:pPr>
              <w:spacing w:after="80" w:line="259" w:lineRule="auto"/>
              <w:rPr>
                <w:lang w:val="sl-SI"/>
              </w:rPr>
            </w:pPr>
            <w:r w:rsidRPr="00B40033">
              <w:rPr>
                <w:sz w:val="20"/>
                <w:lang w:val="sl-SI"/>
              </w:rPr>
              <w:t>4. Misel</w:t>
            </w:r>
          </w:p>
        </w:tc>
        <w:tc>
          <w:tcPr>
            <w:tcW w:w="753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3D08676" w14:textId="77777777" w:rsidR="00F94C82" w:rsidRPr="00B40033" w:rsidRDefault="00911973">
            <w:pPr>
              <w:spacing w:after="80" w:line="259" w:lineRule="auto"/>
              <w:rPr>
                <w:lang w:val="sl-SI"/>
              </w:rPr>
            </w:pPr>
            <w:r w:rsidRPr="00B40033">
              <w:rPr>
                <w:sz w:val="20"/>
                <w:lang w:val="sl-SI"/>
              </w:rPr>
              <w:t>»Če rečem ne, me ne bodo marali.«</w:t>
            </w:r>
          </w:p>
        </w:tc>
      </w:tr>
      <w:tr w:rsidR="00F94C82" w:rsidRPr="00B40033" w14:paraId="352F02ED"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9DA06A2" w14:textId="77777777" w:rsidR="00F94C82" w:rsidRPr="00B40033" w:rsidRDefault="00911973">
            <w:pPr>
              <w:spacing w:after="80" w:line="259" w:lineRule="auto"/>
              <w:rPr>
                <w:lang w:val="sl-SI"/>
              </w:rPr>
            </w:pPr>
            <w:r w:rsidRPr="00B40033">
              <w:rPr>
                <w:sz w:val="20"/>
                <w:lang w:val="sl-SI"/>
              </w:rPr>
              <w:t>5. Nagon</w:t>
            </w:r>
          </w:p>
        </w:tc>
        <w:tc>
          <w:tcPr>
            <w:tcW w:w="753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C3D428D" w14:textId="5C0BE8C5" w:rsidR="00F94C82" w:rsidRPr="00B40033" w:rsidRDefault="00911973">
            <w:pPr>
              <w:spacing w:after="80" w:line="259" w:lineRule="auto"/>
              <w:rPr>
                <w:lang w:val="sl-SI"/>
              </w:rPr>
            </w:pPr>
            <w:r w:rsidRPr="00B40033">
              <w:rPr>
                <w:sz w:val="20"/>
                <w:lang w:val="sl-SI"/>
              </w:rPr>
              <w:t>Takoj reči »</w:t>
            </w:r>
            <w:r w:rsidR="00E260B9">
              <w:rPr>
                <w:sz w:val="20"/>
                <w:lang w:val="sl-SI"/>
              </w:rPr>
              <w:t>s</w:t>
            </w:r>
            <w:r w:rsidRPr="00B40033">
              <w:rPr>
                <w:sz w:val="20"/>
                <w:lang w:val="sl-SI"/>
              </w:rPr>
              <w:t>eveda«.</w:t>
            </w:r>
          </w:p>
        </w:tc>
      </w:tr>
      <w:tr w:rsidR="00F94C82" w:rsidRPr="00B75BEE" w14:paraId="2DE27A6D"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790008F" w14:textId="4FEDC646" w:rsidR="00F94C82" w:rsidRPr="00B40033" w:rsidRDefault="00911973">
            <w:pPr>
              <w:spacing w:after="80" w:line="259" w:lineRule="auto"/>
              <w:rPr>
                <w:lang w:val="sl-SI"/>
              </w:rPr>
            </w:pPr>
            <w:r w:rsidRPr="00B40033">
              <w:rPr>
                <w:sz w:val="20"/>
                <w:lang w:val="sl-SI"/>
              </w:rPr>
              <w:t xml:space="preserve">6. </w:t>
            </w:r>
            <w:r w:rsidR="00132B30">
              <w:rPr>
                <w:sz w:val="20"/>
                <w:lang w:val="sl-SI"/>
              </w:rPr>
              <w:t>Premor</w:t>
            </w:r>
          </w:p>
        </w:tc>
        <w:tc>
          <w:tcPr>
            <w:tcW w:w="753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A724C36" w14:textId="77777777" w:rsidR="00F94C82" w:rsidRPr="00B40033" w:rsidRDefault="00911973">
            <w:pPr>
              <w:spacing w:after="80" w:line="259" w:lineRule="auto"/>
              <w:rPr>
                <w:lang w:val="sl-SI"/>
              </w:rPr>
            </w:pPr>
            <w:r w:rsidRPr="00B40033">
              <w:rPr>
                <w:sz w:val="20"/>
                <w:lang w:val="sl-SI"/>
              </w:rPr>
              <w:t xml:space="preserve">STOP: en vdih, opazim </w:t>
            </w:r>
            <w:r w:rsidRPr="00500BBC">
              <w:rPr>
                <w:sz w:val="20"/>
                <w:lang w:val="sl-SI"/>
              </w:rPr>
              <w:t>stisk</w:t>
            </w:r>
            <w:r w:rsidRPr="00B40033">
              <w:rPr>
                <w:sz w:val="20"/>
                <w:lang w:val="sl-SI"/>
              </w:rPr>
              <w:t xml:space="preserve"> in misel.</w:t>
            </w:r>
          </w:p>
        </w:tc>
      </w:tr>
      <w:tr w:rsidR="00F94C82" w:rsidRPr="00B40033" w14:paraId="07D4D363"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47F7406" w14:textId="77777777" w:rsidR="00F94C82" w:rsidRPr="00B40033" w:rsidRDefault="00911973">
            <w:pPr>
              <w:spacing w:after="80" w:line="259" w:lineRule="auto"/>
              <w:rPr>
                <w:lang w:val="sl-SI"/>
              </w:rPr>
            </w:pPr>
            <w:r w:rsidRPr="00B40033">
              <w:rPr>
                <w:sz w:val="20"/>
                <w:lang w:val="sl-SI"/>
              </w:rPr>
              <w:t>7. Vrednota</w:t>
            </w:r>
          </w:p>
        </w:tc>
        <w:tc>
          <w:tcPr>
            <w:tcW w:w="753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892EE83" w14:textId="77777777" w:rsidR="00F94C82" w:rsidRPr="00B40033" w:rsidRDefault="00911973">
            <w:pPr>
              <w:spacing w:after="80" w:line="259" w:lineRule="auto"/>
              <w:rPr>
                <w:lang w:val="sl-SI"/>
              </w:rPr>
            </w:pPr>
            <w:r w:rsidRPr="00B40033">
              <w:rPr>
                <w:sz w:val="20"/>
                <w:lang w:val="sl-SI"/>
              </w:rPr>
              <w:t>Dostojanstvo, zdravje.</w:t>
            </w:r>
          </w:p>
        </w:tc>
      </w:tr>
      <w:tr w:rsidR="00F94C82" w:rsidRPr="00B40033" w14:paraId="55144170"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ABE2E7F" w14:textId="77777777" w:rsidR="00F94C82" w:rsidRPr="00B40033" w:rsidRDefault="00911973">
            <w:pPr>
              <w:spacing w:after="80" w:line="259" w:lineRule="auto"/>
              <w:rPr>
                <w:lang w:val="sl-SI"/>
              </w:rPr>
            </w:pPr>
            <w:r w:rsidRPr="00B40033">
              <w:rPr>
                <w:sz w:val="20"/>
                <w:lang w:val="sl-SI"/>
              </w:rPr>
              <w:t>8. Izbira</w:t>
            </w:r>
          </w:p>
        </w:tc>
        <w:tc>
          <w:tcPr>
            <w:tcW w:w="753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D0A7416" w14:textId="77777777" w:rsidR="00F94C82" w:rsidRPr="00B40033" w:rsidRDefault="00911973">
            <w:pPr>
              <w:spacing w:after="80" w:line="259" w:lineRule="auto"/>
              <w:rPr>
                <w:lang w:val="sl-SI"/>
              </w:rPr>
            </w:pPr>
            <w:r w:rsidRPr="00B40033">
              <w:rPr>
                <w:sz w:val="20"/>
                <w:lang w:val="sl-SI"/>
              </w:rPr>
              <w:t>Podpreti stanje »miren, jasen«; ponuditi realno alternativo.</w:t>
            </w:r>
          </w:p>
        </w:tc>
      </w:tr>
      <w:tr w:rsidR="00F94C82" w:rsidRPr="00B75BEE" w14:paraId="3E6CFE0D"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51F508A" w14:textId="77777777" w:rsidR="00F94C82" w:rsidRPr="00B40033" w:rsidRDefault="00911973">
            <w:pPr>
              <w:spacing w:after="80" w:line="259" w:lineRule="auto"/>
              <w:rPr>
                <w:lang w:val="sl-SI"/>
              </w:rPr>
            </w:pPr>
            <w:r w:rsidRPr="00B40033">
              <w:rPr>
                <w:sz w:val="20"/>
                <w:lang w:val="sl-SI"/>
              </w:rPr>
              <w:t>9. Dejanje</w:t>
            </w:r>
          </w:p>
        </w:tc>
        <w:tc>
          <w:tcPr>
            <w:tcW w:w="7534"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D61725C" w14:textId="6FDC5D2B" w:rsidR="00F94C82" w:rsidRPr="00B40033" w:rsidRDefault="00911973">
            <w:pPr>
              <w:spacing w:after="80" w:line="259" w:lineRule="auto"/>
              <w:rPr>
                <w:lang w:val="sl-SI"/>
              </w:rPr>
            </w:pPr>
            <w:r w:rsidRPr="00B40033">
              <w:rPr>
                <w:sz w:val="20"/>
                <w:lang w:val="sl-SI"/>
              </w:rPr>
              <w:t xml:space="preserve">»Ta </w:t>
            </w:r>
            <w:r w:rsidR="00C11B89">
              <w:rPr>
                <w:sz w:val="20"/>
                <w:lang w:val="sl-SI"/>
              </w:rPr>
              <w:t>konec tedna</w:t>
            </w:r>
            <w:r w:rsidR="00C11B89" w:rsidRPr="00B40033">
              <w:rPr>
                <w:sz w:val="20"/>
                <w:lang w:val="sl-SI"/>
              </w:rPr>
              <w:t xml:space="preserve"> </w:t>
            </w:r>
            <w:r w:rsidRPr="00B40033">
              <w:rPr>
                <w:sz w:val="20"/>
                <w:lang w:val="sl-SI"/>
              </w:rPr>
              <w:t>ne morem, v ponedeljek lahko začnem prej.«</w:t>
            </w:r>
          </w:p>
        </w:tc>
      </w:tr>
      <w:tr w:rsidR="00F94C82" w:rsidRPr="00B40033" w14:paraId="35603CE6" w14:textId="77777777">
        <w:trPr>
          <w:cantSplit/>
          <w:jc w:val="center"/>
        </w:trPr>
        <w:tc>
          <w:tcPr>
            <w:tcW w:w="187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65B0F43" w14:textId="77777777" w:rsidR="00F94C82" w:rsidRPr="00B40033" w:rsidRDefault="00911973">
            <w:pPr>
              <w:spacing w:after="80" w:line="259" w:lineRule="auto"/>
              <w:rPr>
                <w:lang w:val="sl-SI"/>
              </w:rPr>
            </w:pPr>
            <w:r w:rsidRPr="00B40033">
              <w:rPr>
                <w:sz w:val="20"/>
                <w:lang w:val="sl-SI"/>
              </w:rPr>
              <w:t>10. Pregled</w:t>
            </w:r>
          </w:p>
        </w:tc>
        <w:tc>
          <w:tcPr>
            <w:tcW w:w="7534"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E6575AD" w14:textId="0B924E94" w:rsidR="00F94C82" w:rsidRPr="00B40033" w:rsidRDefault="00911973">
            <w:pPr>
              <w:spacing w:after="80" w:line="259" w:lineRule="auto"/>
              <w:rPr>
                <w:lang w:val="sl-SI"/>
              </w:rPr>
            </w:pPr>
            <w:r w:rsidRPr="00B40033">
              <w:rPr>
                <w:sz w:val="20"/>
                <w:lang w:val="sl-SI"/>
              </w:rPr>
              <w:t xml:space="preserve">Naslednji dan: </w:t>
            </w:r>
            <w:r w:rsidR="00500BBC">
              <w:rPr>
                <w:sz w:val="20"/>
                <w:lang w:val="sl-SI"/>
              </w:rPr>
              <w:t>S</w:t>
            </w:r>
            <w:r w:rsidRPr="00B40033">
              <w:rPr>
                <w:sz w:val="20"/>
                <w:lang w:val="sl-SI"/>
              </w:rPr>
              <w:t xml:space="preserve">trah je bil prazen, šef je sprejel. </w:t>
            </w:r>
            <w:r w:rsidR="00132B30">
              <w:rPr>
                <w:sz w:val="20"/>
                <w:lang w:val="sl-SI"/>
              </w:rPr>
              <w:t>Naredim premor</w:t>
            </w:r>
            <w:r w:rsidRPr="00B40033">
              <w:rPr>
                <w:sz w:val="20"/>
                <w:lang w:val="sl-SI"/>
              </w:rPr>
              <w:t>; dodam, da odgovorim šele po vdihu.</w:t>
            </w:r>
          </w:p>
        </w:tc>
      </w:tr>
    </w:tbl>
    <w:p w14:paraId="480D0F3B" w14:textId="77777777" w:rsidR="00F94C82" w:rsidRPr="00B40033" w:rsidRDefault="00F94C82">
      <w:pPr>
        <w:spacing w:after="40"/>
        <w:rPr>
          <w:lang w:val="sl-SI"/>
        </w:rPr>
      </w:pPr>
    </w:p>
    <w:p w14:paraId="380E35CF" w14:textId="77777777" w:rsidR="00F94C82" w:rsidRPr="00B40033" w:rsidRDefault="00911973">
      <w:pPr>
        <w:pStyle w:val="Naslov2"/>
        <w:rPr>
          <w:lang w:val="sl-SI"/>
        </w:rPr>
      </w:pPr>
      <w:r w:rsidRPr="00B40033">
        <w:rPr>
          <w:lang w:val="sl-SI"/>
        </w:rPr>
        <w:t>11.9 Refleksija</w:t>
      </w:r>
    </w:p>
    <w:p w14:paraId="143304D8" w14:textId="551AD73C" w:rsidR="00F94C82" w:rsidRPr="00B40033" w:rsidRDefault="00911973" w:rsidP="00C8104E">
      <w:pPr>
        <w:pStyle w:val="Oznaenseznam"/>
        <w:jc w:val="both"/>
        <w:rPr>
          <w:lang w:val="sl-SI"/>
        </w:rPr>
      </w:pPr>
      <w:r w:rsidRPr="00B40033">
        <w:rPr>
          <w:lang w:val="sl-SI"/>
        </w:rPr>
        <w:t xml:space="preserve">Katero od sedmih orodij mi je najbolj »naravno«  in katero bi me najbolj </w:t>
      </w:r>
      <w:r w:rsidR="006A22DC">
        <w:rPr>
          <w:lang w:val="sl-SI"/>
        </w:rPr>
        <w:t xml:space="preserve">osebnostno </w:t>
      </w:r>
      <w:r w:rsidRPr="00B40033">
        <w:rPr>
          <w:lang w:val="sl-SI"/>
        </w:rPr>
        <w:t>razširilo?</w:t>
      </w:r>
    </w:p>
    <w:p w14:paraId="044D8041" w14:textId="720CDB21" w:rsidR="00F94C82" w:rsidRPr="00B40033" w:rsidRDefault="00911973" w:rsidP="00C8104E">
      <w:pPr>
        <w:pStyle w:val="Oznaenseznam"/>
        <w:jc w:val="both"/>
        <w:rPr>
          <w:lang w:val="sl-SI"/>
        </w:rPr>
      </w:pPr>
      <w:r w:rsidRPr="00B40033">
        <w:rPr>
          <w:lang w:val="sl-SI"/>
        </w:rPr>
        <w:t xml:space="preserve">Kje v </w:t>
      </w:r>
      <w:r w:rsidR="00EE14EC">
        <w:rPr>
          <w:lang w:val="sl-SI"/>
        </w:rPr>
        <w:t>svojem</w:t>
      </w:r>
      <w:r w:rsidR="00EE14EC" w:rsidRPr="00B40033">
        <w:rPr>
          <w:lang w:val="sl-SI"/>
        </w:rPr>
        <w:t xml:space="preserve"> </w:t>
      </w:r>
      <w:r w:rsidRPr="00B40033">
        <w:rPr>
          <w:lang w:val="sl-SI"/>
        </w:rPr>
        <w:t>življenju najraje »rešujem« s spreminjanjem počutja, kjer bi bilo treba spremeniti situacijo (11.6)?</w:t>
      </w:r>
    </w:p>
    <w:p w14:paraId="2C3DF06B" w14:textId="77777777" w:rsidR="00F94C82" w:rsidRPr="00B40033" w:rsidRDefault="00911973">
      <w:pPr>
        <w:pStyle w:val="Naslov2"/>
        <w:rPr>
          <w:lang w:val="sl-SI"/>
        </w:rPr>
      </w:pPr>
      <w:r w:rsidRPr="00B40033">
        <w:rPr>
          <w:lang w:val="sl-SI"/>
        </w:rPr>
        <w:t>11.10 Majhna akcija</w:t>
      </w:r>
    </w:p>
    <w:p w14:paraId="5F3CF231" w14:textId="01BFE90D" w:rsidR="00F94C82" w:rsidRPr="00B40033" w:rsidRDefault="00911973" w:rsidP="00C8104E">
      <w:pPr>
        <w:jc w:val="both"/>
        <w:rPr>
          <w:lang w:val="sl-SI"/>
        </w:rPr>
      </w:pPr>
      <w:r w:rsidRPr="00B40033">
        <w:rPr>
          <w:lang w:val="sl-SI"/>
        </w:rPr>
        <w:t xml:space="preserve">Izberi eno situacijo v naslednjih 48 urah, za katero veš, da </w:t>
      </w:r>
      <w:r w:rsidR="00C11B89">
        <w:rPr>
          <w:lang w:val="sl-SI"/>
        </w:rPr>
        <w:t>se bo zgodila</w:t>
      </w:r>
      <w:r w:rsidR="00C11B89" w:rsidRPr="00B40033">
        <w:rPr>
          <w:lang w:val="sl-SI"/>
        </w:rPr>
        <w:t xml:space="preserve"> </w:t>
      </w:r>
      <w:r w:rsidRPr="00B40033">
        <w:rPr>
          <w:lang w:val="sl-SI"/>
        </w:rPr>
        <w:t>(srečanje, klic, opravek) in uporabi orodje 11.4 (podpora želenemu stanju) že ob vstopu vanjo.</w:t>
      </w:r>
    </w:p>
    <w:p w14:paraId="402419EB" w14:textId="77777777" w:rsidR="00F94C82" w:rsidRPr="00B40033" w:rsidRDefault="00911973">
      <w:pPr>
        <w:pStyle w:val="Naslov1"/>
        <w:pBdr>
          <w:bottom w:val="single" w:sz="8" w:space="9" w:color="EBC5A7"/>
        </w:pBdr>
        <w:rPr>
          <w:lang w:val="sl-SI"/>
        </w:rPr>
      </w:pPr>
      <w:r w:rsidRPr="00B40033">
        <w:rPr>
          <w:lang w:val="sl-SI"/>
        </w:rPr>
        <w:lastRenderedPageBreak/>
        <w:t>12. Desettedenski načrt vaj</w:t>
      </w:r>
    </w:p>
    <w:p w14:paraId="44031739" w14:textId="02BA8BC3" w:rsidR="00F94C82" w:rsidRPr="00B40033" w:rsidRDefault="00911973" w:rsidP="00C8104E">
      <w:pPr>
        <w:jc w:val="both"/>
        <w:rPr>
          <w:lang w:val="sl-SI"/>
        </w:rPr>
      </w:pPr>
      <w:r w:rsidRPr="00B40033">
        <w:rPr>
          <w:lang w:val="sl-SI"/>
        </w:rPr>
        <w:t xml:space="preserve">Načrt je </w:t>
      </w:r>
      <w:r w:rsidRPr="00B40033">
        <w:rPr>
          <w:b/>
          <w:lang w:val="sl-SI"/>
        </w:rPr>
        <w:t>prožen vadbeni program</w:t>
      </w:r>
      <w:r w:rsidRPr="00B40033">
        <w:rPr>
          <w:lang w:val="sl-SI"/>
        </w:rPr>
        <w:t xml:space="preserve">, ne zdravljenje in ne tekmovanje. Deset tednov sledi poglavjem priročnika. Vsak teden ima eno osrednjo temo in dnevno prakso, ki traja 10–30 minut. Če ti kateri teden </w:t>
      </w:r>
      <w:r w:rsidR="00874F8A">
        <w:rPr>
          <w:lang w:val="sl-SI"/>
        </w:rPr>
        <w:t>ne odgovarja</w:t>
      </w:r>
      <w:r w:rsidRPr="00B40033">
        <w:rPr>
          <w:lang w:val="sl-SI"/>
        </w:rPr>
        <w:t>, ga prestavi ali ponovi</w:t>
      </w:r>
      <w:r w:rsidR="007C0182">
        <w:rPr>
          <w:lang w:val="sl-SI"/>
        </w:rPr>
        <w:t xml:space="preserve">: </w:t>
      </w:r>
      <w:r w:rsidRPr="00B40033">
        <w:rPr>
          <w:lang w:val="sl-SI"/>
        </w:rPr>
        <w:t xml:space="preserve"> vrstni red ni </w:t>
      </w:r>
      <w:r w:rsidR="007C0182">
        <w:rPr>
          <w:lang w:val="sl-SI"/>
        </w:rPr>
        <w:t>pomemben</w:t>
      </w:r>
      <w:r w:rsidRPr="00B40033">
        <w:rPr>
          <w:lang w:val="sl-SI"/>
        </w:rPr>
        <w:t>.</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64"/>
        <w:gridCol w:w="1812"/>
        <w:gridCol w:w="4011"/>
        <w:gridCol w:w="2918"/>
      </w:tblGrid>
      <w:tr w:rsidR="00F94C82" w:rsidRPr="00B40033" w14:paraId="4325B7B5" w14:textId="77777777">
        <w:trPr>
          <w:cantSplit/>
          <w:tblHeader/>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459ED127" w14:textId="77777777" w:rsidR="00F94C82" w:rsidRPr="00B40033" w:rsidRDefault="00911973">
            <w:pPr>
              <w:spacing w:after="80" w:line="259" w:lineRule="auto"/>
              <w:rPr>
                <w:lang w:val="sl-SI"/>
              </w:rPr>
            </w:pPr>
            <w:r w:rsidRPr="00B40033">
              <w:rPr>
                <w:b/>
                <w:sz w:val="20"/>
                <w:lang w:val="sl-SI"/>
              </w:rPr>
              <w:t>Teden</w:t>
            </w:r>
          </w:p>
        </w:tc>
        <w:tc>
          <w:tcPr>
            <w:tcW w:w="1757"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78CAB123" w14:textId="77777777" w:rsidR="00F94C82" w:rsidRPr="00B40033" w:rsidRDefault="00911973">
            <w:pPr>
              <w:spacing w:after="80" w:line="259" w:lineRule="auto"/>
              <w:rPr>
                <w:lang w:val="sl-SI"/>
              </w:rPr>
            </w:pPr>
            <w:r w:rsidRPr="00B40033">
              <w:rPr>
                <w:b/>
                <w:sz w:val="20"/>
                <w:lang w:val="sl-SI"/>
              </w:rPr>
              <w:t>Tema</w:t>
            </w:r>
          </w:p>
        </w:tc>
        <w:tc>
          <w:tcPr>
            <w:tcW w:w="3889"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12FA821B" w14:textId="77777777" w:rsidR="00F94C82" w:rsidRPr="00B40033" w:rsidRDefault="00911973">
            <w:pPr>
              <w:spacing w:after="80" w:line="259" w:lineRule="auto"/>
              <w:rPr>
                <w:lang w:val="sl-SI"/>
              </w:rPr>
            </w:pPr>
            <w:r w:rsidRPr="00B40033">
              <w:rPr>
                <w:b/>
                <w:sz w:val="20"/>
                <w:lang w:val="sl-SI"/>
              </w:rPr>
              <w:t>Dnevna praksa (10–30 min)</w:t>
            </w:r>
          </w:p>
        </w:tc>
        <w:tc>
          <w:tcPr>
            <w:tcW w:w="2829" w:type="dxa"/>
            <w:tcBorders>
              <w:top w:val="single" w:sz="4" w:space="0" w:color="E8D9CD"/>
              <w:left w:val="single" w:sz="4" w:space="0" w:color="E8D9CD"/>
              <w:bottom w:val="single" w:sz="4" w:space="0" w:color="E8D9CD"/>
              <w:right w:val="single" w:sz="4" w:space="0" w:color="E8D9CD"/>
            </w:tcBorders>
            <w:shd w:val="clear" w:color="auto" w:fill="F9E1CC"/>
            <w:tcMar>
              <w:top w:w="90" w:type="dxa"/>
              <w:left w:w="90" w:type="dxa"/>
              <w:bottom w:w="90" w:type="dxa"/>
              <w:right w:w="90" w:type="dxa"/>
            </w:tcMar>
          </w:tcPr>
          <w:p w14:paraId="2F5DF8FC" w14:textId="77777777" w:rsidR="00F94C82" w:rsidRPr="00B40033" w:rsidRDefault="00911973">
            <w:pPr>
              <w:spacing w:after="80" w:line="259" w:lineRule="auto"/>
              <w:rPr>
                <w:lang w:val="sl-SI"/>
              </w:rPr>
            </w:pPr>
            <w:r w:rsidRPr="00B40033">
              <w:rPr>
                <w:b/>
                <w:sz w:val="20"/>
                <w:lang w:val="sl-SI"/>
              </w:rPr>
              <w:t>Dodatna naloga</w:t>
            </w:r>
          </w:p>
        </w:tc>
      </w:tr>
      <w:tr w:rsidR="00F94C82" w:rsidRPr="00B40033" w14:paraId="6925AFC1"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90584A1" w14:textId="77777777" w:rsidR="00F94C82" w:rsidRPr="00B40033" w:rsidRDefault="00911973">
            <w:pPr>
              <w:spacing w:after="80" w:line="259" w:lineRule="auto"/>
              <w:rPr>
                <w:lang w:val="sl-SI"/>
              </w:rPr>
            </w:pPr>
            <w:r w:rsidRPr="00B40033">
              <w:rPr>
                <w:sz w:val="20"/>
                <w:lang w:val="sl-SI"/>
              </w:rPr>
              <w:t>1</w:t>
            </w:r>
          </w:p>
        </w:tc>
        <w:tc>
          <w:tcPr>
            <w:tcW w:w="175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3BDE138" w14:textId="77777777" w:rsidR="00F94C82" w:rsidRPr="00B40033" w:rsidRDefault="00911973">
            <w:pPr>
              <w:spacing w:after="80" w:line="259" w:lineRule="auto"/>
              <w:rPr>
                <w:lang w:val="sl-SI"/>
              </w:rPr>
            </w:pPr>
            <w:r w:rsidRPr="00B40033">
              <w:rPr>
                <w:sz w:val="20"/>
                <w:lang w:val="sl-SI"/>
              </w:rPr>
              <w:t>Varnost in telesna zavest</w:t>
            </w:r>
          </w:p>
        </w:tc>
        <w:tc>
          <w:tcPr>
            <w:tcW w:w="38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675D4D2" w14:textId="77777777" w:rsidR="00F94C82" w:rsidRPr="00B40033" w:rsidRDefault="00911973">
            <w:pPr>
              <w:spacing w:after="80" w:line="259" w:lineRule="auto"/>
              <w:rPr>
                <w:lang w:val="sl-SI"/>
              </w:rPr>
            </w:pPr>
            <w:proofErr w:type="spellStart"/>
            <w:r w:rsidRPr="00B40033">
              <w:rPr>
                <w:sz w:val="20"/>
                <w:lang w:val="sl-SI"/>
              </w:rPr>
              <w:t>Prizemljitev</w:t>
            </w:r>
            <w:proofErr w:type="spellEnd"/>
            <w:r w:rsidRPr="00B40033">
              <w:rPr>
                <w:sz w:val="20"/>
                <w:lang w:val="sl-SI"/>
              </w:rPr>
              <w:t xml:space="preserve"> (4.2) 2× dnevno + hitri pregled telesa (4.3)</w:t>
            </w:r>
          </w:p>
        </w:tc>
        <w:tc>
          <w:tcPr>
            <w:tcW w:w="282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1724DF7" w14:textId="2DFE6E61" w:rsidR="00F94C82" w:rsidRPr="00B40033" w:rsidRDefault="00911973">
            <w:pPr>
              <w:spacing w:after="80" w:line="259" w:lineRule="auto"/>
              <w:rPr>
                <w:lang w:val="sl-SI"/>
              </w:rPr>
            </w:pPr>
            <w:r w:rsidRPr="00B40033">
              <w:rPr>
                <w:sz w:val="20"/>
                <w:lang w:val="sl-SI"/>
              </w:rPr>
              <w:t>Izpolni telesno mapo (4.5) vsaj 4 dni</w:t>
            </w:r>
            <w:r w:rsidR="000E6478">
              <w:rPr>
                <w:sz w:val="20"/>
                <w:lang w:val="sl-SI"/>
              </w:rPr>
              <w:t>.</w:t>
            </w:r>
          </w:p>
        </w:tc>
      </w:tr>
      <w:tr w:rsidR="00F94C82" w:rsidRPr="00B40033" w14:paraId="694770B5"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5D473B3" w14:textId="77777777" w:rsidR="00F94C82" w:rsidRPr="00B40033" w:rsidRDefault="00911973">
            <w:pPr>
              <w:spacing w:after="80" w:line="259" w:lineRule="auto"/>
              <w:rPr>
                <w:lang w:val="sl-SI"/>
              </w:rPr>
            </w:pPr>
            <w:r w:rsidRPr="00B40033">
              <w:rPr>
                <w:sz w:val="20"/>
                <w:lang w:val="sl-SI"/>
              </w:rPr>
              <w:t>2</w:t>
            </w:r>
          </w:p>
        </w:tc>
        <w:tc>
          <w:tcPr>
            <w:tcW w:w="175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2678C25" w14:textId="77777777" w:rsidR="00F94C82" w:rsidRPr="00B40033" w:rsidRDefault="00911973">
            <w:pPr>
              <w:spacing w:after="80" w:line="259" w:lineRule="auto"/>
              <w:rPr>
                <w:lang w:val="sl-SI"/>
              </w:rPr>
            </w:pPr>
            <w:r w:rsidRPr="00B40033">
              <w:rPr>
                <w:sz w:val="20"/>
                <w:lang w:val="sl-SI"/>
              </w:rPr>
              <w:t>Čustveni slovar</w:t>
            </w:r>
          </w:p>
        </w:tc>
        <w:tc>
          <w:tcPr>
            <w:tcW w:w="38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978336A" w14:textId="77777777" w:rsidR="00F94C82" w:rsidRPr="00B40033" w:rsidRDefault="00911973">
            <w:pPr>
              <w:spacing w:after="80" w:line="259" w:lineRule="auto"/>
              <w:rPr>
                <w:lang w:val="sl-SI"/>
              </w:rPr>
            </w:pPr>
            <w:r w:rsidRPr="00B40033">
              <w:rPr>
                <w:sz w:val="20"/>
                <w:lang w:val="sl-SI"/>
              </w:rPr>
              <w:t>Dnevnik čustev (8.4) + odprta vprašanja iz 8.3</w:t>
            </w:r>
          </w:p>
        </w:tc>
        <w:tc>
          <w:tcPr>
            <w:tcW w:w="282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35970C2" w14:textId="1433CDB0" w:rsidR="00F94C82" w:rsidRPr="00B40033" w:rsidRDefault="00911973">
            <w:pPr>
              <w:spacing w:after="80" w:line="259" w:lineRule="auto"/>
              <w:rPr>
                <w:lang w:val="sl-SI"/>
              </w:rPr>
            </w:pPr>
            <w:r w:rsidRPr="00B40033">
              <w:rPr>
                <w:sz w:val="20"/>
                <w:lang w:val="sl-SI"/>
              </w:rPr>
              <w:t>Razširi slovar na 15+ besed</w:t>
            </w:r>
            <w:r w:rsidR="000E6478">
              <w:rPr>
                <w:sz w:val="20"/>
                <w:lang w:val="sl-SI"/>
              </w:rPr>
              <w:t>.</w:t>
            </w:r>
          </w:p>
        </w:tc>
      </w:tr>
      <w:tr w:rsidR="00F94C82" w:rsidRPr="00B40033" w14:paraId="114B767D"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4BBAC5D" w14:textId="77777777" w:rsidR="00F94C82" w:rsidRPr="00B40033" w:rsidRDefault="00911973">
            <w:pPr>
              <w:spacing w:after="80" w:line="259" w:lineRule="auto"/>
              <w:rPr>
                <w:lang w:val="sl-SI"/>
              </w:rPr>
            </w:pPr>
            <w:r w:rsidRPr="00B40033">
              <w:rPr>
                <w:sz w:val="20"/>
                <w:lang w:val="sl-SI"/>
              </w:rPr>
              <w:t>3</w:t>
            </w:r>
          </w:p>
        </w:tc>
        <w:tc>
          <w:tcPr>
            <w:tcW w:w="175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ED0591B" w14:textId="77777777" w:rsidR="00F94C82" w:rsidRPr="00B40033" w:rsidRDefault="00911973">
            <w:pPr>
              <w:spacing w:after="80" w:line="259" w:lineRule="auto"/>
              <w:rPr>
                <w:lang w:val="sl-SI"/>
              </w:rPr>
            </w:pPr>
            <w:r w:rsidRPr="00B40033">
              <w:rPr>
                <w:sz w:val="20"/>
                <w:lang w:val="sl-SI"/>
              </w:rPr>
              <w:t>Vrednote</w:t>
            </w:r>
          </w:p>
        </w:tc>
        <w:tc>
          <w:tcPr>
            <w:tcW w:w="38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9F73B3E" w14:textId="78FBB91C" w:rsidR="00F94C82" w:rsidRPr="00B40033" w:rsidRDefault="00911973">
            <w:pPr>
              <w:spacing w:after="80" w:line="259" w:lineRule="auto"/>
              <w:rPr>
                <w:lang w:val="sl-SI"/>
              </w:rPr>
            </w:pPr>
            <w:r w:rsidRPr="00B40033">
              <w:rPr>
                <w:sz w:val="20"/>
                <w:lang w:val="sl-SI"/>
              </w:rPr>
              <w:t>Vaja razjasnitve vrednot (3.3) + ena vrednota na dan</w:t>
            </w:r>
            <w:r w:rsidR="00874F8A">
              <w:rPr>
                <w:sz w:val="20"/>
                <w:lang w:val="sl-SI"/>
              </w:rPr>
              <w:t>,</w:t>
            </w:r>
            <w:r w:rsidRPr="00B40033">
              <w:rPr>
                <w:sz w:val="20"/>
                <w:lang w:val="sl-SI"/>
              </w:rPr>
              <w:t xml:space="preserve"> </w:t>
            </w:r>
            <w:r w:rsidR="00874F8A" w:rsidRPr="00B40033">
              <w:rPr>
                <w:sz w:val="20"/>
                <w:lang w:val="sl-SI"/>
              </w:rPr>
              <w:t xml:space="preserve">živeta </w:t>
            </w:r>
            <w:r w:rsidRPr="00B40033">
              <w:rPr>
                <w:sz w:val="20"/>
                <w:lang w:val="sl-SI"/>
              </w:rPr>
              <w:t xml:space="preserve">namenoma </w:t>
            </w:r>
          </w:p>
        </w:tc>
        <w:tc>
          <w:tcPr>
            <w:tcW w:w="282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1CA8C2F2" w14:textId="6BF96ABE" w:rsidR="00F94C82" w:rsidRPr="00B40033" w:rsidRDefault="004C6106">
            <w:pPr>
              <w:spacing w:after="80" w:line="259" w:lineRule="auto"/>
              <w:rPr>
                <w:lang w:val="sl-SI"/>
              </w:rPr>
            </w:pPr>
            <w:r w:rsidRPr="00B40033">
              <w:rPr>
                <w:sz w:val="20"/>
                <w:lang w:val="sl-SI"/>
              </w:rPr>
              <w:t xml:space="preserve">Preizkus </w:t>
            </w:r>
            <w:r w:rsidR="00911973" w:rsidRPr="00B40033">
              <w:rPr>
                <w:sz w:val="20"/>
                <w:lang w:val="sl-SI"/>
              </w:rPr>
              <w:t>odločitve (3.4)</w:t>
            </w:r>
            <w:r w:rsidR="000E6478">
              <w:rPr>
                <w:sz w:val="20"/>
                <w:lang w:val="sl-SI"/>
              </w:rPr>
              <w:t>.</w:t>
            </w:r>
          </w:p>
        </w:tc>
      </w:tr>
      <w:tr w:rsidR="00F94C82" w:rsidRPr="00B40033" w14:paraId="789B2438"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70D5235" w14:textId="77777777" w:rsidR="00F94C82" w:rsidRPr="00B40033" w:rsidRDefault="00911973">
            <w:pPr>
              <w:spacing w:after="80" w:line="259" w:lineRule="auto"/>
              <w:rPr>
                <w:lang w:val="sl-SI"/>
              </w:rPr>
            </w:pPr>
            <w:r w:rsidRPr="00B40033">
              <w:rPr>
                <w:sz w:val="20"/>
                <w:lang w:val="sl-SI"/>
              </w:rPr>
              <w:t>4</w:t>
            </w:r>
          </w:p>
        </w:tc>
        <w:tc>
          <w:tcPr>
            <w:tcW w:w="175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51788F4" w14:textId="77777777" w:rsidR="00F94C82" w:rsidRPr="00B40033" w:rsidRDefault="00911973">
            <w:pPr>
              <w:spacing w:after="80" w:line="259" w:lineRule="auto"/>
              <w:rPr>
                <w:lang w:val="sl-SI"/>
              </w:rPr>
            </w:pPr>
            <w:r w:rsidRPr="00B40033">
              <w:rPr>
                <w:sz w:val="20"/>
                <w:lang w:val="sl-SI"/>
              </w:rPr>
              <w:t>Stik s čustvi</w:t>
            </w:r>
          </w:p>
        </w:tc>
        <w:tc>
          <w:tcPr>
            <w:tcW w:w="38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22EDE058" w14:textId="77777777" w:rsidR="00F94C82" w:rsidRPr="00B40033" w:rsidRDefault="00911973">
            <w:pPr>
              <w:spacing w:after="80" w:line="259" w:lineRule="auto"/>
              <w:rPr>
                <w:lang w:val="sl-SI"/>
              </w:rPr>
            </w:pPr>
            <w:r w:rsidRPr="00B40033">
              <w:rPr>
                <w:sz w:val="20"/>
                <w:lang w:val="sl-SI"/>
              </w:rPr>
              <w:t>Sedenje z enim čustvom (8.5) ob zmernem čustvu 4× na teden</w:t>
            </w:r>
          </w:p>
        </w:tc>
        <w:tc>
          <w:tcPr>
            <w:tcW w:w="282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AC4526F" w14:textId="4EA8723B" w:rsidR="00F94C82" w:rsidRPr="00B40033" w:rsidRDefault="00911973">
            <w:pPr>
              <w:spacing w:after="80" w:line="259" w:lineRule="auto"/>
              <w:rPr>
                <w:lang w:val="sl-SI"/>
              </w:rPr>
            </w:pPr>
            <w:r w:rsidRPr="00B40033">
              <w:rPr>
                <w:sz w:val="20"/>
                <w:lang w:val="sl-SI"/>
              </w:rPr>
              <w:t>Gimnastika pozitivnih čustev (8.6)</w:t>
            </w:r>
            <w:r w:rsidR="000E6478">
              <w:rPr>
                <w:sz w:val="20"/>
                <w:lang w:val="sl-SI"/>
              </w:rPr>
              <w:t>.</w:t>
            </w:r>
          </w:p>
        </w:tc>
      </w:tr>
      <w:tr w:rsidR="00F94C82" w:rsidRPr="00B75BEE" w14:paraId="3BCD175D"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2C96583" w14:textId="77777777" w:rsidR="00F94C82" w:rsidRPr="00B40033" w:rsidRDefault="00911973">
            <w:pPr>
              <w:spacing w:after="80" w:line="259" w:lineRule="auto"/>
              <w:rPr>
                <w:lang w:val="sl-SI"/>
              </w:rPr>
            </w:pPr>
            <w:r w:rsidRPr="00B40033">
              <w:rPr>
                <w:sz w:val="20"/>
                <w:lang w:val="sl-SI"/>
              </w:rPr>
              <w:t>5</w:t>
            </w:r>
          </w:p>
        </w:tc>
        <w:tc>
          <w:tcPr>
            <w:tcW w:w="175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33484575" w14:textId="77777777" w:rsidR="00F94C82" w:rsidRPr="00B40033" w:rsidRDefault="00911973">
            <w:pPr>
              <w:spacing w:after="80" w:line="259" w:lineRule="auto"/>
              <w:rPr>
                <w:lang w:val="sl-SI"/>
              </w:rPr>
            </w:pPr>
            <w:r w:rsidRPr="00B40033">
              <w:rPr>
                <w:sz w:val="20"/>
                <w:lang w:val="sl-SI"/>
              </w:rPr>
              <w:t>Smisel</w:t>
            </w:r>
          </w:p>
        </w:tc>
        <w:tc>
          <w:tcPr>
            <w:tcW w:w="38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769D5E83" w14:textId="77777777" w:rsidR="00F94C82" w:rsidRPr="00B40033" w:rsidRDefault="00911973">
            <w:pPr>
              <w:spacing w:after="80" w:line="259" w:lineRule="auto"/>
              <w:rPr>
                <w:lang w:val="sl-SI"/>
              </w:rPr>
            </w:pPr>
            <w:r w:rsidRPr="00B40033">
              <w:rPr>
                <w:sz w:val="20"/>
                <w:lang w:val="sl-SI"/>
              </w:rPr>
              <w:t>Trije viri smisla (5.3) + tedenski pregled smisla (5.5)</w:t>
            </w:r>
          </w:p>
        </w:tc>
        <w:tc>
          <w:tcPr>
            <w:tcW w:w="282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0E3FAC99" w14:textId="4FC373EE" w:rsidR="00F94C82" w:rsidRPr="00B40033" w:rsidRDefault="00911973">
            <w:pPr>
              <w:spacing w:after="80" w:line="259" w:lineRule="auto"/>
              <w:rPr>
                <w:lang w:val="sl-SI"/>
              </w:rPr>
            </w:pPr>
            <w:r w:rsidRPr="00B40033">
              <w:rPr>
                <w:sz w:val="20"/>
                <w:lang w:val="sl-SI"/>
              </w:rPr>
              <w:t>Zakaj-lestvica (5.4) na enem področju</w:t>
            </w:r>
            <w:r w:rsidR="000E6478">
              <w:rPr>
                <w:sz w:val="20"/>
                <w:lang w:val="sl-SI"/>
              </w:rPr>
              <w:t>.</w:t>
            </w:r>
          </w:p>
        </w:tc>
      </w:tr>
      <w:tr w:rsidR="00F94C82" w:rsidRPr="00B40033" w14:paraId="6C6D0313"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460623F3" w14:textId="77777777" w:rsidR="00F94C82" w:rsidRPr="00B40033" w:rsidRDefault="00911973">
            <w:pPr>
              <w:spacing w:after="80" w:line="259" w:lineRule="auto"/>
              <w:rPr>
                <w:lang w:val="sl-SI"/>
              </w:rPr>
            </w:pPr>
            <w:r w:rsidRPr="00B40033">
              <w:rPr>
                <w:sz w:val="20"/>
                <w:lang w:val="sl-SI"/>
              </w:rPr>
              <w:t>6</w:t>
            </w:r>
          </w:p>
        </w:tc>
        <w:tc>
          <w:tcPr>
            <w:tcW w:w="175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749E00F5" w14:textId="77777777" w:rsidR="00F94C82" w:rsidRPr="00B40033" w:rsidRDefault="00911973">
            <w:pPr>
              <w:spacing w:after="80" w:line="259" w:lineRule="auto"/>
              <w:rPr>
                <w:lang w:val="sl-SI"/>
              </w:rPr>
            </w:pPr>
            <w:r w:rsidRPr="00B40033">
              <w:rPr>
                <w:sz w:val="20"/>
                <w:lang w:val="sl-SI"/>
              </w:rPr>
              <w:t>Transcendenca</w:t>
            </w:r>
          </w:p>
        </w:tc>
        <w:tc>
          <w:tcPr>
            <w:tcW w:w="38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6C97B57B" w14:textId="72864786" w:rsidR="00F94C82" w:rsidRPr="00B40033" w:rsidRDefault="00911973">
            <w:pPr>
              <w:spacing w:after="80" w:line="259" w:lineRule="auto"/>
              <w:rPr>
                <w:lang w:val="sl-SI"/>
              </w:rPr>
            </w:pPr>
            <w:r w:rsidRPr="00B40033">
              <w:rPr>
                <w:sz w:val="20"/>
                <w:lang w:val="sl-SI"/>
              </w:rPr>
              <w:t xml:space="preserve">Dnevnik hvaležnosti dvakrat obrnjen (6.4) + en </w:t>
            </w:r>
            <w:r w:rsidR="005173FE">
              <w:rPr>
                <w:sz w:val="20"/>
                <w:lang w:val="sl-SI"/>
              </w:rPr>
              <w:t>sprehod čudenja (</w:t>
            </w:r>
            <w:proofErr w:type="spellStart"/>
            <w:r w:rsidRPr="00B40033">
              <w:rPr>
                <w:sz w:val="20"/>
                <w:lang w:val="sl-SI"/>
              </w:rPr>
              <w:t>awe</w:t>
            </w:r>
            <w:proofErr w:type="spellEnd"/>
            <w:r w:rsidRPr="00B40033">
              <w:rPr>
                <w:sz w:val="20"/>
                <w:lang w:val="sl-SI"/>
              </w:rPr>
              <w:t xml:space="preserve"> </w:t>
            </w:r>
            <w:proofErr w:type="spellStart"/>
            <w:r w:rsidRPr="00B40033">
              <w:rPr>
                <w:sz w:val="20"/>
                <w:lang w:val="sl-SI"/>
              </w:rPr>
              <w:t>walk</w:t>
            </w:r>
            <w:proofErr w:type="spellEnd"/>
            <w:r w:rsidR="005173FE">
              <w:rPr>
                <w:sz w:val="20"/>
                <w:lang w:val="sl-SI"/>
              </w:rPr>
              <w:t>)</w:t>
            </w:r>
            <w:r w:rsidRPr="00B40033">
              <w:rPr>
                <w:sz w:val="20"/>
                <w:lang w:val="sl-SI"/>
              </w:rPr>
              <w:t xml:space="preserve"> (6.3)</w:t>
            </w:r>
          </w:p>
        </w:tc>
        <w:tc>
          <w:tcPr>
            <w:tcW w:w="282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31A20E7" w14:textId="41A06C5C" w:rsidR="00F94C82" w:rsidRPr="00B40033" w:rsidRDefault="00911973">
            <w:pPr>
              <w:spacing w:after="80" w:line="259" w:lineRule="auto"/>
              <w:rPr>
                <w:lang w:val="sl-SI"/>
              </w:rPr>
            </w:pPr>
            <w:r w:rsidRPr="00B40033">
              <w:rPr>
                <w:sz w:val="20"/>
                <w:lang w:val="sl-SI"/>
              </w:rPr>
              <w:t>Pismo prihodnjemu rodu (6.5)</w:t>
            </w:r>
            <w:r w:rsidR="000E6478">
              <w:rPr>
                <w:sz w:val="20"/>
                <w:lang w:val="sl-SI"/>
              </w:rPr>
              <w:t>.</w:t>
            </w:r>
          </w:p>
        </w:tc>
      </w:tr>
      <w:tr w:rsidR="00F94C82" w:rsidRPr="00B75BEE" w14:paraId="3C01E9D6"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D1BE2D8" w14:textId="77777777" w:rsidR="00F94C82" w:rsidRPr="00B40033" w:rsidRDefault="00911973">
            <w:pPr>
              <w:spacing w:after="80" w:line="259" w:lineRule="auto"/>
              <w:rPr>
                <w:lang w:val="sl-SI"/>
              </w:rPr>
            </w:pPr>
            <w:r w:rsidRPr="00B40033">
              <w:rPr>
                <w:sz w:val="20"/>
                <w:lang w:val="sl-SI"/>
              </w:rPr>
              <w:t>7</w:t>
            </w:r>
          </w:p>
        </w:tc>
        <w:tc>
          <w:tcPr>
            <w:tcW w:w="175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21DA4486" w14:textId="5A80F9BA" w:rsidR="00F94C82" w:rsidRPr="00B40033" w:rsidRDefault="00874F8A">
            <w:pPr>
              <w:spacing w:after="80" w:line="259" w:lineRule="auto"/>
              <w:rPr>
                <w:lang w:val="sl-SI"/>
              </w:rPr>
            </w:pPr>
            <w:r>
              <w:rPr>
                <w:sz w:val="20"/>
                <w:lang w:val="sl-SI"/>
              </w:rPr>
              <w:t>Zanos (</w:t>
            </w:r>
            <w:proofErr w:type="spellStart"/>
            <w:r>
              <w:rPr>
                <w:sz w:val="20"/>
                <w:lang w:val="sl-SI"/>
              </w:rPr>
              <w:t>f</w:t>
            </w:r>
            <w:r w:rsidR="00911973" w:rsidRPr="00B40033">
              <w:rPr>
                <w:sz w:val="20"/>
                <w:lang w:val="sl-SI"/>
              </w:rPr>
              <w:t>low</w:t>
            </w:r>
            <w:proofErr w:type="spellEnd"/>
            <w:r>
              <w:rPr>
                <w:sz w:val="20"/>
                <w:lang w:val="sl-SI"/>
              </w:rPr>
              <w:t>)</w:t>
            </w:r>
          </w:p>
        </w:tc>
        <w:tc>
          <w:tcPr>
            <w:tcW w:w="38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D838A2B" w14:textId="77777777" w:rsidR="00F94C82" w:rsidRPr="00B40033" w:rsidRDefault="00911973">
            <w:pPr>
              <w:spacing w:after="80" w:line="259" w:lineRule="auto"/>
              <w:rPr>
                <w:lang w:val="sl-SI"/>
              </w:rPr>
            </w:pPr>
            <w:r w:rsidRPr="00B40033">
              <w:rPr>
                <w:sz w:val="20"/>
                <w:lang w:val="sl-SI"/>
              </w:rPr>
              <w:t xml:space="preserve">Zemljevid </w:t>
            </w:r>
            <w:proofErr w:type="spellStart"/>
            <w:r w:rsidRPr="00B40033">
              <w:rPr>
                <w:sz w:val="20"/>
                <w:lang w:val="sl-SI"/>
              </w:rPr>
              <w:t>flow</w:t>
            </w:r>
            <w:proofErr w:type="spellEnd"/>
            <w:r w:rsidRPr="00B40033">
              <w:rPr>
                <w:sz w:val="20"/>
                <w:lang w:val="sl-SI"/>
              </w:rPr>
              <w:t xml:space="preserve"> aktivnosti (7.3) + nastavitev </w:t>
            </w:r>
            <w:proofErr w:type="spellStart"/>
            <w:r w:rsidRPr="00B40033">
              <w:rPr>
                <w:sz w:val="20"/>
                <w:lang w:val="sl-SI"/>
              </w:rPr>
              <w:t>mikro-flowa</w:t>
            </w:r>
            <w:proofErr w:type="spellEnd"/>
            <w:r w:rsidRPr="00B40033">
              <w:rPr>
                <w:sz w:val="20"/>
                <w:lang w:val="sl-SI"/>
              </w:rPr>
              <w:t xml:space="preserve"> 3× tedensko (7.4)</w:t>
            </w:r>
          </w:p>
        </w:tc>
        <w:tc>
          <w:tcPr>
            <w:tcW w:w="282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4A586405" w14:textId="20F93468" w:rsidR="00F94C82" w:rsidRPr="00B40033" w:rsidRDefault="00911973">
            <w:pPr>
              <w:spacing w:after="80" w:line="259" w:lineRule="auto"/>
              <w:rPr>
                <w:lang w:val="sl-SI"/>
              </w:rPr>
            </w:pPr>
            <w:r w:rsidRPr="00B40033">
              <w:rPr>
                <w:sz w:val="20"/>
                <w:lang w:val="sl-SI"/>
              </w:rPr>
              <w:t xml:space="preserve">Ena </w:t>
            </w:r>
            <w:r w:rsidR="00DE6058">
              <w:rPr>
                <w:sz w:val="20"/>
                <w:lang w:val="sl-SI"/>
              </w:rPr>
              <w:t>zamrla</w:t>
            </w:r>
            <w:r w:rsidR="00DE6058" w:rsidRPr="00B40033">
              <w:rPr>
                <w:sz w:val="20"/>
                <w:lang w:val="sl-SI"/>
              </w:rPr>
              <w:t xml:space="preserve"> </w:t>
            </w:r>
            <w:r w:rsidRPr="00B40033">
              <w:rPr>
                <w:sz w:val="20"/>
                <w:lang w:val="sl-SI"/>
              </w:rPr>
              <w:t>aktivnost nazaj v koledar</w:t>
            </w:r>
            <w:r w:rsidR="000E6478">
              <w:rPr>
                <w:sz w:val="20"/>
                <w:lang w:val="sl-SI"/>
              </w:rPr>
              <w:t>.</w:t>
            </w:r>
          </w:p>
        </w:tc>
      </w:tr>
      <w:tr w:rsidR="00F94C82" w:rsidRPr="00B75BEE" w14:paraId="197D13B2"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0747E4D" w14:textId="77777777" w:rsidR="00F94C82" w:rsidRPr="00B40033" w:rsidRDefault="00911973">
            <w:pPr>
              <w:spacing w:after="80" w:line="259" w:lineRule="auto"/>
              <w:rPr>
                <w:lang w:val="sl-SI"/>
              </w:rPr>
            </w:pPr>
            <w:r w:rsidRPr="00B40033">
              <w:rPr>
                <w:sz w:val="20"/>
                <w:lang w:val="sl-SI"/>
              </w:rPr>
              <w:t>8</w:t>
            </w:r>
          </w:p>
        </w:tc>
        <w:tc>
          <w:tcPr>
            <w:tcW w:w="175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001E155C" w14:textId="77777777" w:rsidR="00F94C82" w:rsidRPr="00B40033" w:rsidRDefault="00911973">
            <w:pPr>
              <w:spacing w:after="80" w:line="259" w:lineRule="auto"/>
              <w:rPr>
                <w:lang w:val="sl-SI"/>
              </w:rPr>
            </w:pPr>
            <w:r w:rsidRPr="00B40033">
              <w:rPr>
                <w:sz w:val="20"/>
                <w:lang w:val="sl-SI"/>
              </w:rPr>
              <w:t>Intima</w:t>
            </w:r>
          </w:p>
        </w:tc>
        <w:tc>
          <w:tcPr>
            <w:tcW w:w="38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D26258B" w14:textId="77777777" w:rsidR="00F94C82" w:rsidRPr="00B40033" w:rsidRDefault="00911973">
            <w:pPr>
              <w:spacing w:after="80" w:line="259" w:lineRule="auto"/>
              <w:rPr>
                <w:lang w:val="sl-SI"/>
              </w:rPr>
            </w:pPr>
            <w:r w:rsidRPr="00B40033">
              <w:rPr>
                <w:sz w:val="20"/>
                <w:lang w:val="sl-SI"/>
              </w:rPr>
              <w:t>Zemljevid bližine (9.3) + pogovor brez maske (9.4) enkrat tedensko</w:t>
            </w:r>
          </w:p>
        </w:tc>
        <w:tc>
          <w:tcPr>
            <w:tcW w:w="282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B7B0509" w14:textId="135C3979" w:rsidR="00F94C82" w:rsidRPr="00B40033" w:rsidRDefault="00911973">
            <w:pPr>
              <w:spacing w:after="80" w:line="259" w:lineRule="auto"/>
              <w:rPr>
                <w:lang w:val="sl-SI"/>
              </w:rPr>
            </w:pPr>
            <w:r w:rsidRPr="00B40033">
              <w:rPr>
                <w:sz w:val="20"/>
                <w:lang w:val="sl-SI"/>
              </w:rPr>
              <w:t>Prepoznaj igro (9.5) ob ponavljajoči se situaciji</w:t>
            </w:r>
            <w:r w:rsidR="000E6478">
              <w:rPr>
                <w:sz w:val="20"/>
                <w:lang w:val="sl-SI"/>
              </w:rPr>
              <w:t>.</w:t>
            </w:r>
          </w:p>
        </w:tc>
      </w:tr>
      <w:tr w:rsidR="00F94C82" w:rsidRPr="00B40033" w14:paraId="6D82195B"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E695CF1" w14:textId="77777777" w:rsidR="00F94C82" w:rsidRPr="00B40033" w:rsidRDefault="00911973">
            <w:pPr>
              <w:spacing w:after="80" w:line="259" w:lineRule="auto"/>
              <w:rPr>
                <w:lang w:val="sl-SI"/>
              </w:rPr>
            </w:pPr>
            <w:r w:rsidRPr="00B40033">
              <w:rPr>
                <w:sz w:val="20"/>
                <w:lang w:val="sl-SI"/>
              </w:rPr>
              <w:t>9</w:t>
            </w:r>
          </w:p>
        </w:tc>
        <w:tc>
          <w:tcPr>
            <w:tcW w:w="1757"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B1F7C1D" w14:textId="77777777" w:rsidR="00F94C82" w:rsidRPr="00B40033" w:rsidRDefault="00911973">
            <w:pPr>
              <w:spacing w:after="80" w:line="259" w:lineRule="auto"/>
              <w:rPr>
                <w:lang w:val="sl-SI"/>
              </w:rPr>
            </w:pPr>
            <w:r w:rsidRPr="00B40033">
              <w:rPr>
                <w:sz w:val="20"/>
                <w:lang w:val="sl-SI"/>
              </w:rPr>
              <w:t>Spontanost</w:t>
            </w:r>
          </w:p>
        </w:tc>
        <w:tc>
          <w:tcPr>
            <w:tcW w:w="388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61E95A65" w14:textId="77777777" w:rsidR="00F94C82" w:rsidRPr="00B40033" w:rsidRDefault="00911973">
            <w:pPr>
              <w:spacing w:after="80" w:line="259" w:lineRule="auto"/>
              <w:rPr>
                <w:lang w:val="sl-SI"/>
              </w:rPr>
            </w:pPr>
            <w:r w:rsidRPr="00B40033">
              <w:rPr>
                <w:sz w:val="20"/>
                <w:lang w:val="sl-SI"/>
              </w:rPr>
              <w:t>5 % drugače (10.3) vsak dan + 15 minut igre (10.5) 2× tedensko</w:t>
            </w:r>
          </w:p>
        </w:tc>
        <w:tc>
          <w:tcPr>
            <w:tcW w:w="2829" w:type="dxa"/>
            <w:tcBorders>
              <w:top w:val="single" w:sz="4" w:space="0" w:color="E8D9CD"/>
              <w:left w:val="single" w:sz="4" w:space="0" w:color="E8D9CD"/>
              <w:bottom w:val="single" w:sz="4" w:space="0" w:color="E8D9CD"/>
              <w:right w:val="single" w:sz="4" w:space="0" w:color="E8D9CD"/>
            </w:tcBorders>
            <w:shd w:val="clear" w:color="auto" w:fill="FFFAF5"/>
            <w:tcMar>
              <w:top w:w="90" w:type="dxa"/>
              <w:left w:w="90" w:type="dxa"/>
              <w:bottom w:w="90" w:type="dxa"/>
              <w:right w:w="90" w:type="dxa"/>
            </w:tcMar>
          </w:tcPr>
          <w:p w14:paraId="503DCA2E" w14:textId="3798FB16" w:rsidR="00F94C82" w:rsidRPr="00B40033" w:rsidRDefault="00911973">
            <w:pPr>
              <w:spacing w:after="80" w:line="259" w:lineRule="auto"/>
              <w:rPr>
                <w:lang w:val="sl-SI"/>
              </w:rPr>
            </w:pPr>
            <w:r w:rsidRPr="00B40033">
              <w:rPr>
                <w:sz w:val="20"/>
                <w:lang w:val="sl-SI"/>
              </w:rPr>
              <w:t>Moja dovoljenja (10.4)</w:t>
            </w:r>
            <w:r w:rsidR="000E6478">
              <w:rPr>
                <w:sz w:val="20"/>
                <w:lang w:val="sl-SI"/>
              </w:rPr>
              <w:t>.</w:t>
            </w:r>
          </w:p>
        </w:tc>
      </w:tr>
      <w:tr w:rsidR="00F94C82" w:rsidRPr="00B75BEE" w14:paraId="1BD12CEE" w14:textId="77777777">
        <w:trPr>
          <w:cantSplit/>
          <w:jc w:val="center"/>
        </w:trPr>
        <w:tc>
          <w:tcPr>
            <w:tcW w:w="935"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33139F50" w14:textId="77777777" w:rsidR="00F94C82" w:rsidRPr="00B40033" w:rsidRDefault="00911973">
            <w:pPr>
              <w:spacing w:after="80" w:line="259" w:lineRule="auto"/>
              <w:rPr>
                <w:lang w:val="sl-SI"/>
              </w:rPr>
            </w:pPr>
            <w:r w:rsidRPr="00B40033">
              <w:rPr>
                <w:sz w:val="20"/>
                <w:lang w:val="sl-SI"/>
              </w:rPr>
              <w:t>10</w:t>
            </w:r>
          </w:p>
        </w:tc>
        <w:tc>
          <w:tcPr>
            <w:tcW w:w="1757"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12D37F3B" w14:textId="77777777" w:rsidR="00F94C82" w:rsidRPr="00B40033" w:rsidRDefault="00911973">
            <w:pPr>
              <w:spacing w:after="80" w:line="259" w:lineRule="auto"/>
              <w:rPr>
                <w:lang w:val="sl-SI"/>
              </w:rPr>
            </w:pPr>
            <w:r w:rsidRPr="00B40033">
              <w:rPr>
                <w:sz w:val="20"/>
                <w:lang w:val="sl-SI"/>
              </w:rPr>
              <w:t>Integracija</w:t>
            </w:r>
          </w:p>
        </w:tc>
        <w:tc>
          <w:tcPr>
            <w:tcW w:w="388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6C4B2A1" w14:textId="77777777" w:rsidR="00F94C82" w:rsidRPr="00B40033" w:rsidRDefault="00911973">
            <w:pPr>
              <w:spacing w:after="80" w:line="259" w:lineRule="auto"/>
              <w:rPr>
                <w:lang w:val="sl-SI"/>
              </w:rPr>
            </w:pPr>
            <w:r w:rsidRPr="00B40033">
              <w:rPr>
                <w:sz w:val="20"/>
                <w:lang w:val="sl-SI"/>
              </w:rPr>
              <w:t>Odzivna matrica (11.8) ob vsakem večjem trenutku + orodje dneva</w:t>
            </w:r>
          </w:p>
        </w:tc>
        <w:tc>
          <w:tcPr>
            <w:tcW w:w="2829" w:type="dxa"/>
            <w:tcBorders>
              <w:top w:val="single" w:sz="4" w:space="0" w:color="E8D9CD"/>
              <w:left w:val="single" w:sz="4" w:space="0" w:color="E8D9CD"/>
              <w:bottom w:val="single" w:sz="4" w:space="0" w:color="E8D9CD"/>
              <w:right w:val="single" w:sz="4" w:space="0" w:color="E8D9CD"/>
            </w:tcBorders>
            <w:shd w:val="clear" w:color="auto" w:fill="FFFFFF"/>
            <w:tcMar>
              <w:top w:w="90" w:type="dxa"/>
              <w:left w:w="90" w:type="dxa"/>
              <w:bottom w:w="90" w:type="dxa"/>
              <w:right w:w="90" w:type="dxa"/>
            </w:tcMar>
          </w:tcPr>
          <w:p w14:paraId="5305AD2B" w14:textId="77777777" w:rsidR="00F94C82" w:rsidRPr="00B40033" w:rsidRDefault="00911973">
            <w:pPr>
              <w:spacing w:after="80" w:line="259" w:lineRule="auto"/>
              <w:rPr>
                <w:lang w:val="sl-SI"/>
              </w:rPr>
            </w:pPr>
            <w:r w:rsidRPr="00B40033">
              <w:rPr>
                <w:sz w:val="20"/>
                <w:lang w:val="sl-SI"/>
              </w:rPr>
              <w:t>Napiši si pismo: kaj se je v 10 tednih spremenilo?</w:t>
            </w:r>
          </w:p>
        </w:tc>
      </w:tr>
    </w:tbl>
    <w:p w14:paraId="42B565ED" w14:textId="77777777" w:rsidR="00F94C82" w:rsidRPr="00B40033" w:rsidRDefault="00F94C82">
      <w:pPr>
        <w:spacing w:after="40"/>
        <w:rPr>
          <w:lang w:val="sl-SI"/>
        </w:rPr>
      </w:pPr>
    </w:p>
    <w:p w14:paraId="4414092B" w14:textId="65EC35C0" w:rsidR="00F94C82" w:rsidRPr="00B40033" w:rsidRDefault="00911973" w:rsidP="00C8104E">
      <w:pPr>
        <w:jc w:val="both"/>
        <w:rPr>
          <w:lang w:val="sl-SI"/>
        </w:rPr>
      </w:pPr>
      <w:r w:rsidRPr="00B40033">
        <w:rPr>
          <w:b/>
          <w:lang w:val="sl-SI"/>
        </w:rPr>
        <w:t>Po desetih tednih:</w:t>
      </w:r>
      <w:r w:rsidRPr="00B40033">
        <w:rPr>
          <w:lang w:val="sl-SI"/>
        </w:rPr>
        <w:t xml:space="preserve"> program ni končan</w:t>
      </w:r>
      <w:r w:rsidR="007C0182">
        <w:rPr>
          <w:lang w:val="sl-SI"/>
        </w:rPr>
        <w:t>, lahko</w:t>
      </w:r>
      <w:r w:rsidR="0074203C">
        <w:rPr>
          <w:lang w:val="sl-SI"/>
        </w:rPr>
        <w:t xml:space="preserve"> ga</w:t>
      </w:r>
      <w:r w:rsidR="007C0182">
        <w:rPr>
          <w:lang w:val="sl-SI"/>
        </w:rPr>
        <w:t xml:space="preserve"> ponoviš</w:t>
      </w:r>
      <w:r w:rsidRPr="00B40033">
        <w:rPr>
          <w:lang w:val="sl-SI"/>
        </w:rPr>
        <w:t>. Drugi krog običajno poglobi vaje, ki so se v prvem krogu izkazale za najučinkovitejše.</w:t>
      </w:r>
    </w:p>
    <w:p w14:paraId="4FB088D1" w14:textId="22F3AF07" w:rsidR="00F94C82" w:rsidRPr="00B40033" w:rsidRDefault="00911973" w:rsidP="00C8104E">
      <w:pPr>
        <w:jc w:val="both"/>
        <w:rPr>
          <w:lang w:val="sl-SI"/>
        </w:rPr>
      </w:pPr>
      <w:r w:rsidRPr="00B40033">
        <w:rPr>
          <w:b/>
          <w:lang w:val="sl-SI"/>
        </w:rPr>
        <w:t>Merila napredka (poštena</w:t>
      </w:r>
      <w:r w:rsidR="0074203C">
        <w:rPr>
          <w:b/>
          <w:lang w:val="sl-SI"/>
        </w:rPr>
        <w:t xml:space="preserve"> ocena</w:t>
      </w:r>
      <w:r w:rsidRPr="00B40033">
        <w:rPr>
          <w:b/>
          <w:lang w:val="sl-SI"/>
        </w:rPr>
        <w:t>):</w:t>
      </w:r>
    </w:p>
    <w:p w14:paraId="427D9DBB" w14:textId="77777777" w:rsidR="00F94C82" w:rsidRPr="00B40033" w:rsidRDefault="00911973" w:rsidP="00C8104E">
      <w:pPr>
        <w:pStyle w:val="Oznaenseznam"/>
        <w:jc w:val="both"/>
        <w:rPr>
          <w:lang w:val="sl-SI"/>
        </w:rPr>
      </w:pPr>
      <w:r w:rsidRPr="00B40033">
        <w:rPr>
          <w:lang w:val="sl-SI"/>
        </w:rPr>
        <w:t xml:space="preserve">Ali se zavedanje (namesto reaktivnega odziva) zgodi </w:t>
      </w:r>
      <w:r w:rsidRPr="00B40033">
        <w:rPr>
          <w:b/>
          <w:lang w:val="sl-SI"/>
        </w:rPr>
        <w:t>prej</w:t>
      </w:r>
      <w:r w:rsidRPr="00B40033">
        <w:rPr>
          <w:lang w:val="sl-SI"/>
        </w:rPr>
        <w:t xml:space="preserve"> kot pred desetimi tedni?</w:t>
      </w:r>
    </w:p>
    <w:p w14:paraId="6818E6AC" w14:textId="77777777" w:rsidR="00F94C82" w:rsidRPr="00B40033" w:rsidRDefault="00911973" w:rsidP="00C8104E">
      <w:pPr>
        <w:pStyle w:val="Oznaenseznam"/>
        <w:jc w:val="both"/>
        <w:rPr>
          <w:lang w:val="sl-SI"/>
        </w:rPr>
      </w:pPr>
      <w:r w:rsidRPr="00B40033">
        <w:rPr>
          <w:lang w:val="sl-SI"/>
        </w:rPr>
        <w:t xml:space="preserve">Ali sem v istih situacijah </w:t>
      </w:r>
      <w:r w:rsidRPr="00B40033">
        <w:rPr>
          <w:b/>
          <w:lang w:val="sl-SI"/>
        </w:rPr>
        <w:t>bolj prožen</w:t>
      </w:r>
      <w:r w:rsidRPr="00B40033">
        <w:rPr>
          <w:lang w:val="sl-SI"/>
        </w:rPr>
        <w:t xml:space="preserve"> (več različnih odzivov na voljo)?</w:t>
      </w:r>
    </w:p>
    <w:p w14:paraId="1E56493A" w14:textId="77777777" w:rsidR="00F94C82" w:rsidRPr="00B40033" w:rsidRDefault="00911973" w:rsidP="00C8104E">
      <w:pPr>
        <w:pStyle w:val="Oznaenseznam"/>
        <w:jc w:val="both"/>
        <w:rPr>
          <w:lang w:val="sl-SI"/>
        </w:rPr>
      </w:pPr>
      <w:r w:rsidRPr="00B40033">
        <w:rPr>
          <w:lang w:val="sl-SI"/>
        </w:rPr>
        <w:t xml:space="preserve">Ali se po »slabem« dnevu </w:t>
      </w:r>
      <w:r w:rsidRPr="00B40033">
        <w:rPr>
          <w:b/>
          <w:lang w:val="sl-SI"/>
        </w:rPr>
        <w:t>hitreje vrnem</w:t>
      </w:r>
      <w:r w:rsidRPr="00B40033">
        <w:rPr>
          <w:lang w:val="sl-SI"/>
        </w:rPr>
        <w:t xml:space="preserve"> k sebi?</w:t>
      </w:r>
    </w:p>
    <w:p w14:paraId="6F43E965" w14:textId="77777777" w:rsidR="00F94C82" w:rsidRPr="00B40033" w:rsidRDefault="00911973" w:rsidP="00C8104E">
      <w:pPr>
        <w:pStyle w:val="Oznaenseznam"/>
        <w:jc w:val="both"/>
        <w:rPr>
          <w:lang w:val="sl-SI"/>
        </w:rPr>
      </w:pPr>
      <w:r w:rsidRPr="00B40033">
        <w:rPr>
          <w:lang w:val="sl-SI"/>
        </w:rPr>
        <w:t xml:space="preserve">Ali svoja čustva imenujem </w:t>
      </w:r>
      <w:r w:rsidRPr="00B40033">
        <w:rPr>
          <w:b/>
          <w:lang w:val="sl-SI"/>
        </w:rPr>
        <w:t>natančneje</w:t>
      </w:r>
      <w:r w:rsidRPr="00B40033">
        <w:rPr>
          <w:lang w:val="sl-SI"/>
        </w:rPr>
        <w:t xml:space="preserve"> kot na začetku?</w:t>
      </w:r>
    </w:p>
    <w:p w14:paraId="1B5DB1CB" w14:textId="77777777" w:rsidR="00F94C82" w:rsidRPr="00B40033" w:rsidRDefault="00911973" w:rsidP="00C8104E">
      <w:pPr>
        <w:jc w:val="both"/>
        <w:rPr>
          <w:lang w:val="sl-SI"/>
        </w:rPr>
      </w:pPr>
      <w:r w:rsidRPr="00B40033">
        <w:rPr>
          <w:lang w:val="sl-SI"/>
        </w:rPr>
        <w:t>Odgovor »da« lahko kaže na spremembo, ki jo doživljaš kot koristno; sam po sebi ne dokazuje učinka programa. Če napredka ne opaziš, lahko vaje prilagodiš, zmanjšaš obseg ali poiščeš podporo glede na smernice iz 2.2.</w:t>
      </w:r>
    </w:p>
    <w:p w14:paraId="747A7403" w14:textId="77777777" w:rsidR="00F94C82" w:rsidRPr="00B40033" w:rsidRDefault="00911973">
      <w:pPr>
        <w:pStyle w:val="Naslov1"/>
        <w:pBdr>
          <w:bottom w:val="single" w:sz="8" w:space="9" w:color="EBC5A7"/>
        </w:pBdr>
        <w:rPr>
          <w:lang w:val="sl-SI"/>
        </w:rPr>
      </w:pPr>
      <w:r w:rsidRPr="00B40033">
        <w:rPr>
          <w:lang w:val="sl-SI"/>
        </w:rPr>
        <w:lastRenderedPageBreak/>
        <w:t>13. Dnevni delovni list (za vsakodnevno uporabo)</w:t>
      </w:r>
    </w:p>
    <w:p w14:paraId="18C18AEF" w14:textId="2C43C135" w:rsidR="00F94C82" w:rsidRPr="00B40033" w:rsidRDefault="00911973" w:rsidP="00C8104E">
      <w:pPr>
        <w:jc w:val="both"/>
        <w:rPr>
          <w:lang w:val="sl-SI"/>
        </w:rPr>
      </w:pPr>
      <w:r w:rsidRPr="00B40033">
        <w:rPr>
          <w:lang w:val="sl-SI"/>
        </w:rPr>
        <w:t xml:space="preserve">Ta obrazec je </w:t>
      </w:r>
      <w:r w:rsidR="009E5FA5">
        <w:rPr>
          <w:lang w:val="sl-SI"/>
        </w:rPr>
        <w:t xml:space="preserve">temelj </w:t>
      </w:r>
      <w:r w:rsidRPr="00B40033">
        <w:rPr>
          <w:lang w:val="sl-SI"/>
        </w:rPr>
        <w:t>priročnika</w:t>
      </w:r>
      <w:r w:rsidR="002F445A">
        <w:rPr>
          <w:lang w:val="sl-SI"/>
        </w:rPr>
        <w:t>.</w:t>
      </w:r>
      <w:r w:rsidRPr="00B40033">
        <w:rPr>
          <w:lang w:val="sl-SI"/>
        </w:rPr>
        <w:t xml:space="preserve"> </w:t>
      </w:r>
      <w:r w:rsidR="002F445A">
        <w:rPr>
          <w:lang w:val="sl-SI"/>
        </w:rPr>
        <w:t>Izpolni ga</w:t>
      </w:r>
      <w:r w:rsidRPr="00B40033">
        <w:rPr>
          <w:lang w:val="sl-SI"/>
        </w:rPr>
        <w:t xml:space="preserve"> enkrat dnevno, 5–10 minut. Fotokopiraj ali prepiši.</w:t>
      </w:r>
    </w:p>
    <w:p w14:paraId="53FB9F68" w14:textId="18E6ECDC" w:rsidR="00F94C82" w:rsidRPr="00B40033" w:rsidRDefault="00911973" w:rsidP="00C8104E">
      <w:pPr>
        <w:jc w:val="both"/>
        <w:rPr>
          <w:lang w:val="sl-SI"/>
        </w:rPr>
      </w:pPr>
      <w:r w:rsidRPr="00B40033">
        <w:rPr>
          <w:b/>
          <w:lang w:val="sl-SI"/>
        </w:rPr>
        <w:t>Datum:</w:t>
      </w:r>
      <w:r w:rsidRPr="00B40033">
        <w:rPr>
          <w:lang w:val="sl-SI"/>
        </w:rPr>
        <w:t xml:space="preserve"> ______________________ </w:t>
      </w:r>
      <w:r w:rsidR="00D650E6" w:rsidRPr="00B40033">
        <w:rPr>
          <w:b/>
          <w:lang w:val="sl-SI"/>
        </w:rPr>
        <w:t>jutro/večer</w:t>
      </w:r>
      <w:r w:rsidR="00D650E6" w:rsidRPr="00B40033">
        <w:rPr>
          <w:lang w:val="sl-SI"/>
        </w:rPr>
        <w:t xml:space="preserve"> </w:t>
      </w:r>
      <w:r w:rsidRPr="00B40033">
        <w:rPr>
          <w:lang w:val="sl-SI"/>
        </w:rPr>
        <w:t>(obkroži)</w:t>
      </w:r>
    </w:p>
    <w:p w14:paraId="771F358A" w14:textId="18D2B7AE" w:rsidR="00F94C82" w:rsidRPr="00B40033" w:rsidRDefault="00911973" w:rsidP="00C8104E">
      <w:pPr>
        <w:jc w:val="both"/>
        <w:rPr>
          <w:lang w:val="sl-SI"/>
        </w:rPr>
      </w:pPr>
      <w:r w:rsidRPr="00B40033">
        <w:rPr>
          <w:b/>
          <w:lang w:val="sl-SI"/>
        </w:rPr>
        <w:t>1. Trenutek v telesu</w:t>
      </w:r>
      <w:r w:rsidRPr="00B40033">
        <w:rPr>
          <w:lang w:val="sl-SI"/>
        </w:rPr>
        <w:t xml:space="preserve"> (2 </w:t>
      </w:r>
      <w:r w:rsidR="00D650E6">
        <w:rPr>
          <w:lang w:val="sl-SI"/>
        </w:rPr>
        <w:t>vdiha</w:t>
      </w:r>
      <w:r w:rsidRPr="00B40033">
        <w:rPr>
          <w:lang w:val="sl-SI"/>
        </w:rPr>
        <w:t>, kje sem, kaj čutim): ______________________________</w:t>
      </w:r>
    </w:p>
    <w:p w14:paraId="0355EA65" w14:textId="1E4B3C0E" w:rsidR="00F94C82" w:rsidRPr="00B40033" w:rsidRDefault="00911973" w:rsidP="00C8104E">
      <w:pPr>
        <w:jc w:val="both"/>
        <w:rPr>
          <w:lang w:val="sl-SI"/>
        </w:rPr>
      </w:pPr>
      <w:r w:rsidRPr="00B40033">
        <w:rPr>
          <w:b/>
          <w:lang w:val="sl-SI"/>
        </w:rPr>
        <w:t>2. Vrednota kot sidro:</w:t>
      </w:r>
      <w:r w:rsidRPr="00B40033">
        <w:rPr>
          <w:lang w:val="sl-SI"/>
        </w:rPr>
        <w:t xml:space="preserve"> </w:t>
      </w:r>
      <w:r w:rsidR="001F46ED">
        <w:rPr>
          <w:lang w:val="sl-SI"/>
        </w:rPr>
        <w:t>K</w:t>
      </w:r>
      <w:r w:rsidRPr="00B40033">
        <w:rPr>
          <w:lang w:val="sl-SI"/>
        </w:rPr>
        <w:t xml:space="preserve">atera moja </w:t>
      </w:r>
      <w:r w:rsidR="001F46ED">
        <w:rPr>
          <w:lang w:val="sl-SI"/>
        </w:rPr>
        <w:t>temeljna</w:t>
      </w:r>
      <w:r w:rsidR="001F46ED" w:rsidRPr="00B40033">
        <w:rPr>
          <w:lang w:val="sl-SI"/>
        </w:rPr>
        <w:t xml:space="preserve"> </w:t>
      </w:r>
      <w:r w:rsidRPr="00B40033">
        <w:rPr>
          <w:lang w:val="sl-SI"/>
        </w:rPr>
        <w:t>vrednota bo danes nosila moje odzive? ______________</w:t>
      </w:r>
    </w:p>
    <w:p w14:paraId="120DD087" w14:textId="264A7712" w:rsidR="00F94C82" w:rsidRPr="00B40033" w:rsidRDefault="00911973" w:rsidP="00C8104E">
      <w:pPr>
        <w:jc w:val="both"/>
        <w:rPr>
          <w:lang w:val="sl-SI"/>
        </w:rPr>
      </w:pPr>
      <w:r w:rsidRPr="00B40033">
        <w:rPr>
          <w:b/>
          <w:lang w:val="sl-SI"/>
        </w:rPr>
        <w:t>3. Stanje, ki ga danes podpiram:</w:t>
      </w:r>
      <w:r w:rsidRPr="00B40033">
        <w:rPr>
          <w:lang w:val="sl-SI"/>
        </w:rPr>
        <w:t xml:space="preserve"> </w:t>
      </w:r>
      <w:r w:rsidR="001F46ED">
        <w:rPr>
          <w:lang w:val="sl-SI"/>
        </w:rPr>
        <w:t>K</w:t>
      </w:r>
      <w:r w:rsidRPr="00B40033">
        <w:rPr>
          <w:lang w:val="sl-SI"/>
        </w:rPr>
        <w:t>akšno počutje želim nositi danes in kaj lahko zanj naredim (</w:t>
      </w:r>
      <w:r w:rsidR="006E7F19">
        <w:rPr>
          <w:lang w:val="sl-SI"/>
        </w:rPr>
        <w:t>ne kot</w:t>
      </w:r>
      <w:r w:rsidR="009E5FA5">
        <w:rPr>
          <w:lang w:val="sl-SI"/>
        </w:rPr>
        <w:t xml:space="preserve"> </w:t>
      </w:r>
      <w:r w:rsidRPr="00B40033">
        <w:rPr>
          <w:lang w:val="sl-SI"/>
        </w:rPr>
        <w:t xml:space="preserve">ukaza ampak </w:t>
      </w:r>
      <w:r w:rsidR="006E7F19">
        <w:rPr>
          <w:lang w:val="sl-SI"/>
        </w:rPr>
        <w:t>kot</w:t>
      </w:r>
      <w:r w:rsidRPr="00B40033">
        <w:rPr>
          <w:lang w:val="sl-SI"/>
        </w:rPr>
        <w:t xml:space="preserve"> </w:t>
      </w:r>
      <w:r w:rsidR="00EA63BC">
        <w:rPr>
          <w:lang w:val="sl-SI"/>
        </w:rPr>
        <w:t>možnost</w:t>
      </w:r>
      <w:r w:rsidRPr="00B40033">
        <w:rPr>
          <w:lang w:val="sl-SI"/>
        </w:rPr>
        <w:t>)? ______________</w:t>
      </w:r>
    </w:p>
    <w:p w14:paraId="3705887C" w14:textId="3CC6BCC8" w:rsidR="00F94C82" w:rsidRPr="00B40033" w:rsidRDefault="00911973" w:rsidP="00C8104E">
      <w:pPr>
        <w:jc w:val="both"/>
        <w:rPr>
          <w:lang w:val="sl-SI"/>
        </w:rPr>
      </w:pPr>
      <w:r w:rsidRPr="00B40033">
        <w:rPr>
          <w:b/>
          <w:lang w:val="sl-SI"/>
        </w:rPr>
        <w:t xml:space="preserve">4. </w:t>
      </w:r>
      <w:proofErr w:type="spellStart"/>
      <w:r w:rsidRPr="00B40033">
        <w:rPr>
          <w:b/>
          <w:lang w:val="sl-SI"/>
        </w:rPr>
        <w:t>Flow</w:t>
      </w:r>
      <w:proofErr w:type="spellEnd"/>
      <w:r w:rsidR="00D57FE6">
        <w:rPr>
          <w:b/>
          <w:lang w:val="sl-SI"/>
        </w:rPr>
        <w:t xml:space="preserve"> ( zanos)</w:t>
      </w:r>
      <w:r w:rsidRPr="00B40033">
        <w:rPr>
          <w:b/>
          <w:lang w:val="sl-SI"/>
        </w:rPr>
        <w:t>:</w:t>
      </w:r>
      <w:r w:rsidRPr="00B40033">
        <w:rPr>
          <w:lang w:val="sl-SI"/>
        </w:rPr>
        <w:t xml:space="preserve"> </w:t>
      </w:r>
      <w:r w:rsidR="001F46ED">
        <w:rPr>
          <w:lang w:val="sl-SI"/>
        </w:rPr>
        <w:t>K</w:t>
      </w:r>
      <w:r w:rsidRPr="00B40033">
        <w:rPr>
          <w:lang w:val="sl-SI"/>
        </w:rPr>
        <w:t xml:space="preserve">daj bo </w:t>
      </w:r>
      <w:r w:rsidR="001F46ED" w:rsidRPr="00B40033">
        <w:rPr>
          <w:lang w:val="sl-SI"/>
        </w:rPr>
        <w:t xml:space="preserve">danes </w:t>
      </w:r>
      <w:r w:rsidRPr="00B40033">
        <w:rPr>
          <w:lang w:val="sl-SI"/>
        </w:rPr>
        <w:t xml:space="preserve">moj </w:t>
      </w:r>
      <w:r w:rsidR="00EA63BC">
        <w:rPr>
          <w:lang w:val="sl-SI"/>
        </w:rPr>
        <w:t xml:space="preserve">čas moje </w:t>
      </w:r>
      <w:r w:rsidRPr="00B40033">
        <w:rPr>
          <w:lang w:val="sl-SI"/>
        </w:rPr>
        <w:t>popolne vključenosti (aktivnost + čas)? ______________</w:t>
      </w:r>
    </w:p>
    <w:p w14:paraId="6A51D4C9" w14:textId="77777777" w:rsidR="00F94C82" w:rsidRPr="00B40033" w:rsidRDefault="00911973" w:rsidP="00C8104E">
      <w:pPr>
        <w:jc w:val="both"/>
        <w:rPr>
          <w:lang w:val="sl-SI"/>
        </w:rPr>
      </w:pPr>
      <w:r w:rsidRPr="00B40033">
        <w:rPr>
          <w:b/>
          <w:lang w:val="sl-SI"/>
        </w:rPr>
        <w:t>5. Hvaležnost (ena stvar, ki ni nastala samo po moji zaslugi):</w:t>
      </w:r>
      <w:r w:rsidRPr="00B40033">
        <w:rPr>
          <w:lang w:val="sl-SI"/>
        </w:rPr>
        <w:t xml:space="preserve"> ______________________________</w:t>
      </w:r>
    </w:p>
    <w:p w14:paraId="605D17C2" w14:textId="77777777" w:rsidR="00F94C82" w:rsidRPr="00B40033" w:rsidRDefault="00911973" w:rsidP="00C8104E">
      <w:pPr>
        <w:jc w:val="both"/>
        <w:rPr>
          <w:lang w:val="sl-SI"/>
        </w:rPr>
      </w:pPr>
      <w:r w:rsidRPr="00B40033">
        <w:rPr>
          <w:b/>
          <w:lang w:val="sl-SI"/>
        </w:rPr>
        <w:t>Pregled dneva (zvečer, 3 minute):</w:t>
      </w:r>
    </w:p>
    <w:p w14:paraId="6E65472A" w14:textId="77777777" w:rsidR="00F94C82" w:rsidRPr="00B40033" w:rsidRDefault="00911973" w:rsidP="00C8104E">
      <w:pPr>
        <w:jc w:val="both"/>
        <w:rPr>
          <w:lang w:val="sl-SI"/>
        </w:rPr>
      </w:pPr>
      <w:r w:rsidRPr="00B40033">
        <w:rPr>
          <w:b/>
          <w:lang w:val="sl-SI"/>
        </w:rPr>
        <w:t>6. Najpomembnejši čustveni trenutek dneva:</w:t>
      </w:r>
    </w:p>
    <w:p w14:paraId="3E68005B" w14:textId="26B44DEC" w:rsidR="00F94C82" w:rsidRPr="00B40033" w:rsidRDefault="00911973" w:rsidP="00C8104E">
      <w:pPr>
        <w:pStyle w:val="Oznaenseznam"/>
        <w:jc w:val="both"/>
        <w:rPr>
          <w:lang w:val="sl-SI"/>
        </w:rPr>
      </w:pPr>
      <w:r w:rsidRPr="00B40033">
        <w:rPr>
          <w:lang w:val="sl-SI"/>
        </w:rPr>
        <w:t>Kaj se je zgodilo (</w:t>
      </w:r>
      <w:r w:rsidR="00D57FE6">
        <w:rPr>
          <w:lang w:val="sl-SI"/>
        </w:rPr>
        <w:t>kratek opis</w:t>
      </w:r>
      <w:r w:rsidRPr="00B40033">
        <w:rPr>
          <w:lang w:val="sl-SI"/>
        </w:rPr>
        <w:t>): ______________________________</w:t>
      </w:r>
    </w:p>
    <w:p w14:paraId="36E284B1" w14:textId="77777777" w:rsidR="00F94C82" w:rsidRPr="00B40033" w:rsidRDefault="00911973" w:rsidP="00C8104E">
      <w:pPr>
        <w:pStyle w:val="Oznaenseznam"/>
        <w:jc w:val="both"/>
        <w:rPr>
          <w:lang w:val="sl-SI"/>
        </w:rPr>
      </w:pPr>
      <w:r w:rsidRPr="00B40033">
        <w:rPr>
          <w:lang w:val="sl-SI"/>
        </w:rPr>
        <w:t>Kaj sem čutil v telesu in kje: ______________________________</w:t>
      </w:r>
    </w:p>
    <w:p w14:paraId="2B0947C7" w14:textId="77777777" w:rsidR="00F94C82" w:rsidRPr="00B40033" w:rsidRDefault="00911973" w:rsidP="00C8104E">
      <w:pPr>
        <w:pStyle w:val="Oznaenseznam"/>
        <w:jc w:val="both"/>
        <w:rPr>
          <w:lang w:val="sl-SI"/>
        </w:rPr>
      </w:pPr>
      <w:r w:rsidRPr="00B40033">
        <w:rPr>
          <w:lang w:val="sl-SI"/>
        </w:rPr>
        <w:t>Ime čustva (natančno) + intenzivnost (1–10): ______________________________</w:t>
      </w:r>
    </w:p>
    <w:p w14:paraId="1E137017" w14:textId="22E5799B" w:rsidR="00F94C82" w:rsidRPr="00B40033" w:rsidRDefault="00911973" w:rsidP="00C8104E">
      <w:pPr>
        <w:pStyle w:val="Oznaenseznam"/>
        <w:jc w:val="both"/>
        <w:rPr>
          <w:lang w:val="sl-SI"/>
        </w:rPr>
      </w:pPr>
      <w:r w:rsidRPr="00B40033">
        <w:rPr>
          <w:lang w:val="sl-SI"/>
        </w:rPr>
        <w:t xml:space="preserve">Misel, ki </w:t>
      </w:r>
      <w:r w:rsidR="00D57FE6">
        <w:rPr>
          <w:lang w:val="sl-SI"/>
        </w:rPr>
        <w:t>sem jo ob tem zaznal</w:t>
      </w:r>
      <w:r w:rsidRPr="00B40033">
        <w:rPr>
          <w:lang w:val="sl-SI"/>
        </w:rPr>
        <w:t>: ______________________________</w:t>
      </w:r>
    </w:p>
    <w:p w14:paraId="6ABFF12E" w14:textId="77777777" w:rsidR="00F94C82" w:rsidRPr="00B40033" w:rsidRDefault="00911973" w:rsidP="00C8104E">
      <w:pPr>
        <w:pStyle w:val="Oznaenseznam"/>
        <w:jc w:val="both"/>
        <w:rPr>
          <w:lang w:val="sl-SI"/>
        </w:rPr>
      </w:pPr>
      <w:r w:rsidRPr="00B40033">
        <w:rPr>
          <w:lang w:val="sl-SI"/>
        </w:rPr>
        <w:t>Kaj mi je čustvo hotelo povedati (funkcija): ______________________________</w:t>
      </w:r>
    </w:p>
    <w:p w14:paraId="60944ED8" w14:textId="71CCB510" w:rsidR="00F94C82" w:rsidRPr="00B40033" w:rsidRDefault="00180126" w:rsidP="00C8104E">
      <w:pPr>
        <w:pStyle w:val="Oznaenseznam"/>
        <w:jc w:val="both"/>
        <w:rPr>
          <w:lang w:val="sl-SI"/>
        </w:rPr>
      </w:pPr>
      <w:r>
        <w:rPr>
          <w:lang w:val="sl-SI"/>
        </w:rPr>
        <w:t>P</w:t>
      </w:r>
      <w:r w:rsidR="0016037A">
        <w:rPr>
          <w:lang w:val="sl-SI"/>
        </w:rPr>
        <w:t>remor</w:t>
      </w:r>
      <w:r w:rsidR="00911973" w:rsidRPr="00B40033">
        <w:rPr>
          <w:lang w:val="sl-SI"/>
        </w:rPr>
        <w:t>: ali sem naredil STOP/RAIN? Kako? ______________________________</w:t>
      </w:r>
    </w:p>
    <w:p w14:paraId="34A1AC35" w14:textId="77777777" w:rsidR="00F94C82" w:rsidRPr="00B40033" w:rsidRDefault="00911973" w:rsidP="00C8104E">
      <w:pPr>
        <w:pStyle w:val="Oznaenseznam"/>
        <w:jc w:val="both"/>
        <w:rPr>
          <w:lang w:val="sl-SI"/>
        </w:rPr>
      </w:pPr>
      <w:r w:rsidRPr="00B40033">
        <w:rPr>
          <w:lang w:val="sl-SI"/>
        </w:rPr>
        <w:t>Dejanje, usklajeno z vrednoto: ______________________________</w:t>
      </w:r>
    </w:p>
    <w:p w14:paraId="39582AC5" w14:textId="77777777" w:rsidR="00F94C82" w:rsidRPr="00B40033" w:rsidRDefault="00911973" w:rsidP="00C8104E">
      <w:pPr>
        <w:pStyle w:val="Oznaenseznam"/>
        <w:jc w:val="both"/>
        <w:rPr>
          <w:lang w:val="sl-SI"/>
        </w:rPr>
      </w:pPr>
      <w:r w:rsidRPr="00B40033">
        <w:rPr>
          <w:lang w:val="sl-SI"/>
        </w:rPr>
        <w:t>Ocena odziva (1–5) in kaj bi obdržal/dodal: ______________________________</w:t>
      </w:r>
    </w:p>
    <w:p w14:paraId="066DA648" w14:textId="3E895D2F" w:rsidR="00F94C82" w:rsidRPr="00B40033" w:rsidRDefault="00911973" w:rsidP="00C8104E">
      <w:pPr>
        <w:jc w:val="both"/>
        <w:rPr>
          <w:lang w:val="sl-SI"/>
        </w:rPr>
      </w:pPr>
      <w:r w:rsidRPr="00B40033">
        <w:rPr>
          <w:b/>
          <w:lang w:val="sl-SI"/>
        </w:rPr>
        <w:t>7. Smisel:</w:t>
      </w:r>
      <w:r w:rsidRPr="00B40033">
        <w:rPr>
          <w:lang w:val="sl-SI"/>
        </w:rPr>
        <w:t xml:space="preserve"> </w:t>
      </w:r>
      <w:r w:rsidR="0016037A">
        <w:rPr>
          <w:lang w:val="sl-SI"/>
        </w:rPr>
        <w:t>K</w:t>
      </w:r>
      <w:r w:rsidRPr="00B40033">
        <w:rPr>
          <w:lang w:val="sl-SI"/>
        </w:rPr>
        <w:t xml:space="preserve">daj </w:t>
      </w:r>
      <w:r w:rsidR="0016037A" w:rsidRPr="00B40033">
        <w:rPr>
          <w:lang w:val="sl-SI"/>
        </w:rPr>
        <w:t xml:space="preserve">sem </w:t>
      </w:r>
      <w:r w:rsidRPr="00B40033">
        <w:rPr>
          <w:lang w:val="sl-SI"/>
        </w:rPr>
        <w:t>danes čutil, da je bilo nekaj vredno truda? ______________________________</w:t>
      </w:r>
    </w:p>
    <w:p w14:paraId="3790BC0C" w14:textId="36C8ACCA" w:rsidR="00F94C82" w:rsidRPr="00B40033" w:rsidRDefault="00911973" w:rsidP="00C8104E">
      <w:pPr>
        <w:jc w:val="both"/>
        <w:rPr>
          <w:lang w:val="sl-SI"/>
        </w:rPr>
      </w:pPr>
      <w:r w:rsidRPr="00B40033">
        <w:rPr>
          <w:b/>
          <w:lang w:val="sl-SI"/>
        </w:rPr>
        <w:t>8. Stik in spontanost:</w:t>
      </w:r>
      <w:r w:rsidRPr="00B40033">
        <w:rPr>
          <w:lang w:val="sl-SI"/>
        </w:rPr>
        <w:t xml:space="preserve"> </w:t>
      </w:r>
      <w:r w:rsidR="0016037A">
        <w:rPr>
          <w:lang w:val="sl-SI"/>
        </w:rPr>
        <w:t>S</w:t>
      </w:r>
      <w:r w:rsidR="0016037A" w:rsidRPr="00B40033">
        <w:rPr>
          <w:lang w:val="sl-SI"/>
        </w:rPr>
        <w:t xml:space="preserve"> </w:t>
      </w:r>
      <w:r w:rsidRPr="00B40033">
        <w:rPr>
          <w:lang w:val="sl-SI"/>
        </w:rPr>
        <w:t>kom sem bil danes pristen? Kaj sem naredil drugače kot običajno? ______________________________</w:t>
      </w:r>
    </w:p>
    <w:p w14:paraId="468AF26C" w14:textId="56036529" w:rsidR="00F94C82" w:rsidRPr="00B40033" w:rsidRDefault="00911973" w:rsidP="00C8104E">
      <w:pPr>
        <w:jc w:val="both"/>
        <w:rPr>
          <w:lang w:val="sl-SI"/>
        </w:rPr>
      </w:pPr>
      <w:r w:rsidRPr="00B40033">
        <w:rPr>
          <w:b/>
          <w:lang w:val="sl-SI"/>
        </w:rPr>
        <w:t>9. Eno vprašanje za jutri:</w:t>
      </w:r>
      <w:r w:rsidRPr="00B40033">
        <w:rPr>
          <w:lang w:val="sl-SI"/>
        </w:rPr>
        <w:t xml:space="preserve"> </w:t>
      </w:r>
      <w:r w:rsidR="00D57FE6">
        <w:rPr>
          <w:lang w:val="sl-SI"/>
        </w:rPr>
        <w:t>Navedi eno stvar, ki jo bom jutri naredil</w:t>
      </w:r>
      <w:r w:rsidRPr="00B40033">
        <w:rPr>
          <w:lang w:val="sl-SI"/>
        </w:rPr>
        <w:t xml:space="preserve"> z namenom? ______________________________</w:t>
      </w:r>
    </w:p>
    <w:p w14:paraId="5B82FFCF" w14:textId="77777777" w:rsidR="00F94C82" w:rsidRPr="00B40033" w:rsidRDefault="00911973">
      <w:pPr>
        <w:pStyle w:val="Naslov1"/>
        <w:pBdr>
          <w:bottom w:val="single" w:sz="8" w:space="9" w:color="EBC5A7"/>
        </w:pBdr>
        <w:rPr>
          <w:lang w:val="sl-SI"/>
        </w:rPr>
      </w:pPr>
      <w:r w:rsidRPr="00B40033">
        <w:rPr>
          <w:lang w:val="sl-SI"/>
        </w:rPr>
        <w:lastRenderedPageBreak/>
        <w:t>14. Nadaljnje branje</w:t>
      </w:r>
    </w:p>
    <w:p w14:paraId="4B9C9B97" w14:textId="77777777" w:rsidR="00F94C82" w:rsidRPr="00B40033" w:rsidRDefault="00911973">
      <w:pPr>
        <w:rPr>
          <w:lang w:val="sl-SI"/>
        </w:rPr>
      </w:pPr>
      <w:r w:rsidRPr="00B40033">
        <w:rPr>
          <w:b/>
          <w:lang w:val="sl-SI"/>
        </w:rPr>
        <w:t>Knjige:</w:t>
      </w:r>
    </w:p>
    <w:p w14:paraId="5209BF34" w14:textId="77777777" w:rsidR="00F94C82" w:rsidRPr="00B40033" w:rsidRDefault="00911973">
      <w:pPr>
        <w:pStyle w:val="Oznaenseznam"/>
        <w:spacing w:after="40"/>
        <w:rPr>
          <w:lang w:val="sl-SI"/>
        </w:rPr>
      </w:pPr>
      <w:r w:rsidRPr="00B40033">
        <w:rPr>
          <w:sz w:val="20"/>
          <w:lang w:val="sl-SI"/>
        </w:rPr>
        <w:t>Viktor E. Frankl, Človekovo iskanje smisla (</w:t>
      </w:r>
      <w:proofErr w:type="spellStart"/>
      <w:r w:rsidRPr="00B40033">
        <w:rPr>
          <w:sz w:val="20"/>
          <w:lang w:val="sl-SI"/>
        </w:rPr>
        <w:t>Man’s</w:t>
      </w:r>
      <w:proofErr w:type="spellEnd"/>
      <w:r w:rsidRPr="00B40033">
        <w:rPr>
          <w:sz w:val="20"/>
          <w:lang w:val="sl-SI"/>
        </w:rPr>
        <w:t xml:space="preserve"> </w:t>
      </w:r>
      <w:proofErr w:type="spellStart"/>
      <w:r w:rsidRPr="00B40033">
        <w:rPr>
          <w:sz w:val="20"/>
          <w:lang w:val="sl-SI"/>
        </w:rPr>
        <w:t>Search</w:t>
      </w:r>
      <w:proofErr w:type="spellEnd"/>
      <w:r w:rsidRPr="00B40033">
        <w:rPr>
          <w:sz w:val="20"/>
          <w:lang w:val="sl-SI"/>
        </w:rPr>
        <w:t xml:space="preserve"> </w:t>
      </w:r>
      <w:proofErr w:type="spellStart"/>
      <w:r w:rsidRPr="00B40033">
        <w:rPr>
          <w:sz w:val="20"/>
          <w:lang w:val="sl-SI"/>
        </w:rPr>
        <w:t>for</w:t>
      </w:r>
      <w:proofErr w:type="spellEnd"/>
      <w:r w:rsidRPr="00B40033">
        <w:rPr>
          <w:sz w:val="20"/>
          <w:lang w:val="sl-SI"/>
        </w:rPr>
        <w:t xml:space="preserve"> </w:t>
      </w:r>
      <w:proofErr w:type="spellStart"/>
      <w:r w:rsidRPr="00B40033">
        <w:rPr>
          <w:sz w:val="20"/>
          <w:lang w:val="sl-SI"/>
        </w:rPr>
        <w:t>Meaning</w:t>
      </w:r>
      <w:proofErr w:type="spellEnd"/>
      <w:r w:rsidRPr="00B40033">
        <w:rPr>
          <w:sz w:val="20"/>
          <w:lang w:val="sl-SI"/>
        </w:rPr>
        <w:t>) — izhodišče za poglavji 5 in 6.</w:t>
      </w:r>
    </w:p>
    <w:p w14:paraId="5AF91571" w14:textId="77777777" w:rsidR="00F94C82" w:rsidRPr="00B40033" w:rsidRDefault="00911973">
      <w:pPr>
        <w:pStyle w:val="Oznaenseznam"/>
        <w:spacing w:after="40"/>
        <w:rPr>
          <w:lang w:val="sl-SI"/>
        </w:rPr>
      </w:pPr>
      <w:proofErr w:type="spellStart"/>
      <w:r w:rsidRPr="00B40033">
        <w:rPr>
          <w:sz w:val="20"/>
          <w:lang w:val="sl-SI"/>
        </w:rPr>
        <w:t>Mihaly</w:t>
      </w:r>
      <w:proofErr w:type="spellEnd"/>
      <w:r w:rsidRPr="00B40033">
        <w:rPr>
          <w:sz w:val="20"/>
          <w:lang w:val="sl-SI"/>
        </w:rPr>
        <w:t xml:space="preserve"> </w:t>
      </w:r>
      <w:proofErr w:type="spellStart"/>
      <w:r w:rsidRPr="00B40033">
        <w:rPr>
          <w:sz w:val="20"/>
          <w:lang w:val="sl-SI"/>
        </w:rPr>
        <w:t>Csikszentmihalyi</w:t>
      </w:r>
      <w:proofErr w:type="spellEnd"/>
      <w:r w:rsidRPr="00B40033">
        <w:rPr>
          <w:sz w:val="20"/>
          <w:lang w:val="sl-SI"/>
        </w:rPr>
        <w:t xml:space="preserve">, </w:t>
      </w:r>
      <w:proofErr w:type="spellStart"/>
      <w:r w:rsidRPr="00B40033">
        <w:rPr>
          <w:sz w:val="20"/>
          <w:lang w:val="sl-SI"/>
        </w:rPr>
        <w:t>Flow</w:t>
      </w:r>
      <w:proofErr w:type="spellEnd"/>
      <w:r w:rsidRPr="00B40033">
        <w:rPr>
          <w:sz w:val="20"/>
          <w:lang w:val="sl-SI"/>
        </w:rPr>
        <w:t xml:space="preserve">: </w:t>
      </w:r>
      <w:proofErr w:type="spellStart"/>
      <w:r w:rsidRPr="00B40033">
        <w:rPr>
          <w:sz w:val="20"/>
          <w:lang w:val="sl-SI"/>
        </w:rPr>
        <w:t>The</w:t>
      </w:r>
      <w:proofErr w:type="spellEnd"/>
      <w:r w:rsidRPr="00B40033">
        <w:rPr>
          <w:sz w:val="20"/>
          <w:lang w:val="sl-SI"/>
        </w:rPr>
        <w:t xml:space="preserve"> </w:t>
      </w:r>
      <w:proofErr w:type="spellStart"/>
      <w:r w:rsidRPr="00B40033">
        <w:rPr>
          <w:sz w:val="20"/>
          <w:lang w:val="sl-SI"/>
        </w:rPr>
        <w:t>Psychology</w:t>
      </w:r>
      <w:proofErr w:type="spellEnd"/>
      <w:r w:rsidRPr="00B40033">
        <w:rPr>
          <w:sz w:val="20"/>
          <w:lang w:val="sl-SI"/>
        </w:rPr>
        <w:t xml:space="preserve"> </w:t>
      </w:r>
      <w:proofErr w:type="spellStart"/>
      <w:r w:rsidRPr="00B40033">
        <w:rPr>
          <w:sz w:val="20"/>
          <w:lang w:val="sl-SI"/>
        </w:rPr>
        <w:t>of</w:t>
      </w:r>
      <w:proofErr w:type="spellEnd"/>
      <w:r w:rsidRPr="00B40033">
        <w:rPr>
          <w:sz w:val="20"/>
          <w:lang w:val="sl-SI"/>
        </w:rPr>
        <w:t xml:space="preserve"> </w:t>
      </w:r>
      <w:proofErr w:type="spellStart"/>
      <w:r w:rsidRPr="00B40033">
        <w:rPr>
          <w:sz w:val="20"/>
          <w:lang w:val="sl-SI"/>
        </w:rPr>
        <w:t>Optimal</w:t>
      </w:r>
      <w:proofErr w:type="spellEnd"/>
      <w:r w:rsidRPr="00B40033">
        <w:rPr>
          <w:sz w:val="20"/>
          <w:lang w:val="sl-SI"/>
        </w:rPr>
        <w:t xml:space="preserve"> </w:t>
      </w:r>
      <w:proofErr w:type="spellStart"/>
      <w:r w:rsidRPr="00B40033">
        <w:rPr>
          <w:sz w:val="20"/>
          <w:lang w:val="sl-SI"/>
        </w:rPr>
        <w:t>Experience</w:t>
      </w:r>
      <w:proofErr w:type="spellEnd"/>
      <w:r w:rsidRPr="00B40033">
        <w:rPr>
          <w:sz w:val="20"/>
          <w:lang w:val="sl-SI"/>
        </w:rPr>
        <w:t xml:space="preserve"> — izhodišče za poglavje 7.</w:t>
      </w:r>
    </w:p>
    <w:p w14:paraId="20B86AF1" w14:textId="77777777" w:rsidR="00F94C82" w:rsidRPr="00B40033" w:rsidRDefault="00911973">
      <w:pPr>
        <w:pStyle w:val="Oznaenseznam"/>
        <w:spacing w:after="40"/>
        <w:rPr>
          <w:lang w:val="sl-SI"/>
        </w:rPr>
      </w:pPr>
      <w:r w:rsidRPr="00B40033">
        <w:rPr>
          <w:sz w:val="20"/>
          <w:lang w:val="sl-SI"/>
        </w:rPr>
        <w:t xml:space="preserve">Tara </w:t>
      </w:r>
      <w:proofErr w:type="spellStart"/>
      <w:r w:rsidRPr="00B40033">
        <w:rPr>
          <w:sz w:val="20"/>
          <w:lang w:val="sl-SI"/>
        </w:rPr>
        <w:t>Brach</w:t>
      </w:r>
      <w:proofErr w:type="spellEnd"/>
      <w:r w:rsidRPr="00B40033">
        <w:rPr>
          <w:sz w:val="20"/>
          <w:lang w:val="sl-SI"/>
        </w:rPr>
        <w:t xml:space="preserve">, </w:t>
      </w:r>
      <w:proofErr w:type="spellStart"/>
      <w:r w:rsidRPr="00B40033">
        <w:rPr>
          <w:sz w:val="20"/>
          <w:lang w:val="sl-SI"/>
        </w:rPr>
        <w:t>Radical</w:t>
      </w:r>
      <w:proofErr w:type="spellEnd"/>
      <w:r w:rsidRPr="00B40033">
        <w:rPr>
          <w:sz w:val="20"/>
          <w:lang w:val="sl-SI"/>
        </w:rPr>
        <w:t xml:space="preserve"> </w:t>
      </w:r>
      <w:proofErr w:type="spellStart"/>
      <w:r w:rsidRPr="00B40033">
        <w:rPr>
          <w:sz w:val="20"/>
          <w:lang w:val="sl-SI"/>
        </w:rPr>
        <w:t>Acceptance</w:t>
      </w:r>
      <w:proofErr w:type="spellEnd"/>
      <w:r w:rsidRPr="00B40033">
        <w:rPr>
          <w:sz w:val="20"/>
          <w:lang w:val="sl-SI"/>
        </w:rPr>
        <w:t xml:space="preserve"> — podrobnejša razlaga protokola RAIN (poglavje 11).</w:t>
      </w:r>
    </w:p>
    <w:p w14:paraId="5DEB5FB0" w14:textId="77777777" w:rsidR="00F94C82" w:rsidRPr="00B40033" w:rsidRDefault="00911973">
      <w:pPr>
        <w:pStyle w:val="Oznaenseznam"/>
        <w:spacing w:after="40"/>
        <w:rPr>
          <w:lang w:val="sl-SI"/>
        </w:rPr>
      </w:pPr>
      <w:r w:rsidRPr="00B40033">
        <w:rPr>
          <w:sz w:val="20"/>
          <w:lang w:val="sl-SI"/>
        </w:rPr>
        <w:t xml:space="preserve">Kristin </w:t>
      </w:r>
      <w:proofErr w:type="spellStart"/>
      <w:r w:rsidRPr="00B40033">
        <w:rPr>
          <w:sz w:val="20"/>
          <w:lang w:val="sl-SI"/>
        </w:rPr>
        <w:t>Neff</w:t>
      </w:r>
      <w:proofErr w:type="spellEnd"/>
      <w:r w:rsidRPr="00B40033">
        <w:rPr>
          <w:sz w:val="20"/>
          <w:lang w:val="sl-SI"/>
        </w:rPr>
        <w:t xml:space="preserve">, </w:t>
      </w:r>
      <w:proofErr w:type="spellStart"/>
      <w:r w:rsidRPr="00B40033">
        <w:rPr>
          <w:sz w:val="20"/>
          <w:lang w:val="sl-SI"/>
        </w:rPr>
        <w:t>Self-Compassion</w:t>
      </w:r>
      <w:proofErr w:type="spellEnd"/>
      <w:r w:rsidRPr="00B40033">
        <w:rPr>
          <w:sz w:val="20"/>
          <w:lang w:val="sl-SI"/>
        </w:rPr>
        <w:t xml:space="preserve"> — razširitev orodja 11.7.</w:t>
      </w:r>
    </w:p>
    <w:p w14:paraId="29C2CF5C" w14:textId="77777777" w:rsidR="00F94C82" w:rsidRPr="00B40033" w:rsidRDefault="00911973">
      <w:pPr>
        <w:pStyle w:val="Oznaenseznam"/>
        <w:spacing w:after="40"/>
        <w:rPr>
          <w:lang w:val="sl-SI"/>
        </w:rPr>
      </w:pPr>
      <w:r w:rsidRPr="00B40033">
        <w:rPr>
          <w:sz w:val="20"/>
          <w:lang w:val="sl-SI"/>
        </w:rPr>
        <w:t xml:space="preserve">Eric Berne, </w:t>
      </w:r>
      <w:proofErr w:type="spellStart"/>
      <w:r w:rsidRPr="00B40033">
        <w:rPr>
          <w:sz w:val="20"/>
          <w:lang w:val="sl-SI"/>
        </w:rPr>
        <w:t>Games</w:t>
      </w:r>
      <w:proofErr w:type="spellEnd"/>
      <w:r w:rsidRPr="00B40033">
        <w:rPr>
          <w:sz w:val="20"/>
          <w:lang w:val="sl-SI"/>
        </w:rPr>
        <w:t xml:space="preserve"> </w:t>
      </w:r>
      <w:proofErr w:type="spellStart"/>
      <w:r w:rsidRPr="00B40033">
        <w:rPr>
          <w:sz w:val="20"/>
          <w:lang w:val="sl-SI"/>
        </w:rPr>
        <w:t>People</w:t>
      </w:r>
      <w:proofErr w:type="spellEnd"/>
      <w:r w:rsidRPr="00B40033">
        <w:rPr>
          <w:sz w:val="20"/>
          <w:lang w:val="sl-SI"/>
        </w:rPr>
        <w:t xml:space="preserve"> </w:t>
      </w:r>
      <w:proofErr w:type="spellStart"/>
      <w:r w:rsidRPr="00B40033">
        <w:rPr>
          <w:sz w:val="20"/>
          <w:lang w:val="sl-SI"/>
        </w:rPr>
        <w:t>Play</w:t>
      </w:r>
      <w:proofErr w:type="spellEnd"/>
      <w:r w:rsidRPr="00B40033">
        <w:rPr>
          <w:sz w:val="20"/>
          <w:lang w:val="sl-SI"/>
        </w:rPr>
        <w:t xml:space="preserve"> (1964) — psihološke igre; izhodišče za poglavje 9.</w:t>
      </w:r>
    </w:p>
    <w:p w14:paraId="3199CFE5" w14:textId="77777777" w:rsidR="00F94C82" w:rsidRPr="00B40033" w:rsidRDefault="00911973">
      <w:pPr>
        <w:pStyle w:val="Oznaenseznam"/>
        <w:spacing w:after="40"/>
        <w:rPr>
          <w:lang w:val="sl-SI"/>
        </w:rPr>
      </w:pPr>
      <w:r w:rsidRPr="00B40033">
        <w:rPr>
          <w:sz w:val="20"/>
          <w:lang w:val="sl-SI"/>
        </w:rPr>
        <w:t xml:space="preserve">Eric Berne, </w:t>
      </w:r>
      <w:proofErr w:type="spellStart"/>
      <w:r w:rsidRPr="00B40033">
        <w:rPr>
          <w:sz w:val="20"/>
          <w:lang w:val="sl-SI"/>
        </w:rPr>
        <w:t>What</w:t>
      </w:r>
      <w:proofErr w:type="spellEnd"/>
      <w:r w:rsidRPr="00B40033">
        <w:rPr>
          <w:sz w:val="20"/>
          <w:lang w:val="sl-SI"/>
        </w:rPr>
        <w:t xml:space="preserve"> Do </w:t>
      </w:r>
      <w:proofErr w:type="spellStart"/>
      <w:r w:rsidRPr="00B40033">
        <w:rPr>
          <w:sz w:val="20"/>
          <w:lang w:val="sl-SI"/>
        </w:rPr>
        <w:t>You</w:t>
      </w:r>
      <w:proofErr w:type="spellEnd"/>
      <w:r w:rsidRPr="00B40033">
        <w:rPr>
          <w:sz w:val="20"/>
          <w:lang w:val="sl-SI"/>
        </w:rPr>
        <w:t xml:space="preserve"> </w:t>
      </w:r>
      <w:proofErr w:type="spellStart"/>
      <w:r w:rsidRPr="00B40033">
        <w:rPr>
          <w:sz w:val="20"/>
          <w:lang w:val="sl-SI"/>
        </w:rPr>
        <w:t>Say</w:t>
      </w:r>
      <w:proofErr w:type="spellEnd"/>
      <w:r w:rsidRPr="00B40033">
        <w:rPr>
          <w:sz w:val="20"/>
          <w:lang w:val="sl-SI"/>
        </w:rPr>
        <w:t xml:space="preserve"> </w:t>
      </w:r>
      <w:proofErr w:type="spellStart"/>
      <w:r w:rsidRPr="00B40033">
        <w:rPr>
          <w:sz w:val="20"/>
          <w:lang w:val="sl-SI"/>
        </w:rPr>
        <w:t>After</w:t>
      </w:r>
      <w:proofErr w:type="spellEnd"/>
      <w:r w:rsidRPr="00B40033">
        <w:rPr>
          <w:sz w:val="20"/>
          <w:lang w:val="sl-SI"/>
        </w:rPr>
        <w:t xml:space="preserve"> </w:t>
      </w:r>
      <w:proofErr w:type="spellStart"/>
      <w:r w:rsidRPr="00B40033">
        <w:rPr>
          <w:sz w:val="20"/>
          <w:lang w:val="sl-SI"/>
        </w:rPr>
        <w:t>You</w:t>
      </w:r>
      <w:proofErr w:type="spellEnd"/>
      <w:r w:rsidRPr="00B40033">
        <w:rPr>
          <w:sz w:val="20"/>
          <w:lang w:val="sl-SI"/>
        </w:rPr>
        <w:t xml:space="preserve"> </w:t>
      </w:r>
      <w:proofErr w:type="spellStart"/>
      <w:r w:rsidRPr="00B40033">
        <w:rPr>
          <w:sz w:val="20"/>
          <w:lang w:val="sl-SI"/>
        </w:rPr>
        <w:t>Say</w:t>
      </w:r>
      <w:proofErr w:type="spellEnd"/>
      <w:r w:rsidRPr="00B40033">
        <w:rPr>
          <w:sz w:val="20"/>
          <w:lang w:val="sl-SI"/>
        </w:rPr>
        <w:t xml:space="preserve"> </w:t>
      </w:r>
      <w:proofErr w:type="spellStart"/>
      <w:r w:rsidRPr="00B40033">
        <w:rPr>
          <w:sz w:val="20"/>
          <w:lang w:val="sl-SI"/>
        </w:rPr>
        <w:t>Hello</w:t>
      </w:r>
      <w:proofErr w:type="spellEnd"/>
      <w:r w:rsidRPr="00B40033">
        <w:rPr>
          <w:sz w:val="20"/>
          <w:lang w:val="sl-SI"/>
        </w:rPr>
        <w:t>? (1972) — življenjski skript; izhodišče za poglavje 1.</w:t>
      </w:r>
    </w:p>
    <w:p w14:paraId="74C94500" w14:textId="77777777" w:rsidR="00F94C82" w:rsidRPr="00B40033" w:rsidRDefault="00911973">
      <w:pPr>
        <w:pStyle w:val="Oznaenseznam"/>
        <w:spacing w:after="40"/>
        <w:rPr>
          <w:lang w:val="sl-SI"/>
        </w:rPr>
      </w:pPr>
      <w:r w:rsidRPr="00B40033">
        <w:rPr>
          <w:sz w:val="20"/>
          <w:lang w:val="sl-SI"/>
        </w:rPr>
        <w:t xml:space="preserve">Mary in Robert </w:t>
      </w:r>
      <w:proofErr w:type="spellStart"/>
      <w:r w:rsidRPr="00B40033">
        <w:rPr>
          <w:sz w:val="20"/>
          <w:lang w:val="sl-SI"/>
        </w:rPr>
        <w:t>Goulding</w:t>
      </w:r>
      <w:proofErr w:type="spellEnd"/>
      <w:r w:rsidRPr="00B40033">
        <w:rPr>
          <w:sz w:val="20"/>
          <w:lang w:val="sl-SI"/>
        </w:rPr>
        <w:t xml:space="preserve">, </w:t>
      </w:r>
      <w:proofErr w:type="spellStart"/>
      <w:r w:rsidRPr="00B40033">
        <w:rPr>
          <w:sz w:val="20"/>
          <w:lang w:val="sl-SI"/>
        </w:rPr>
        <w:t>Changing</w:t>
      </w:r>
      <w:proofErr w:type="spellEnd"/>
      <w:r w:rsidRPr="00B40033">
        <w:rPr>
          <w:sz w:val="20"/>
          <w:lang w:val="sl-SI"/>
        </w:rPr>
        <w:t xml:space="preserve"> </w:t>
      </w:r>
      <w:proofErr w:type="spellStart"/>
      <w:r w:rsidRPr="00B40033">
        <w:rPr>
          <w:sz w:val="20"/>
          <w:lang w:val="sl-SI"/>
        </w:rPr>
        <w:t>Lives</w:t>
      </w:r>
      <w:proofErr w:type="spellEnd"/>
      <w:r w:rsidRPr="00B40033">
        <w:rPr>
          <w:sz w:val="20"/>
          <w:lang w:val="sl-SI"/>
        </w:rPr>
        <w:t xml:space="preserve"> </w:t>
      </w:r>
      <w:proofErr w:type="spellStart"/>
      <w:r w:rsidRPr="00B40033">
        <w:rPr>
          <w:sz w:val="20"/>
          <w:lang w:val="sl-SI"/>
        </w:rPr>
        <w:t>Through</w:t>
      </w:r>
      <w:proofErr w:type="spellEnd"/>
      <w:r w:rsidRPr="00B40033">
        <w:rPr>
          <w:sz w:val="20"/>
          <w:lang w:val="sl-SI"/>
        </w:rPr>
        <w:t xml:space="preserve"> </w:t>
      </w:r>
      <w:proofErr w:type="spellStart"/>
      <w:r w:rsidRPr="00B40033">
        <w:rPr>
          <w:sz w:val="20"/>
          <w:lang w:val="sl-SI"/>
        </w:rPr>
        <w:t>Redecision</w:t>
      </w:r>
      <w:proofErr w:type="spellEnd"/>
      <w:r w:rsidRPr="00B40033">
        <w:rPr>
          <w:sz w:val="20"/>
          <w:lang w:val="sl-SI"/>
        </w:rPr>
        <w:t xml:space="preserve"> </w:t>
      </w:r>
      <w:proofErr w:type="spellStart"/>
      <w:r w:rsidRPr="00B40033">
        <w:rPr>
          <w:sz w:val="20"/>
          <w:lang w:val="sl-SI"/>
        </w:rPr>
        <w:t>Therapy</w:t>
      </w:r>
      <w:proofErr w:type="spellEnd"/>
      <w:r w:rsidRPr="00B40033">
        <w:rPr>
          <w:sz w:val="20"/>
          <w:lang w:val="sl-SI"/>
        </w:rPr>
        <w:t xml:space="preserve"> (1979) — prepovedi in ponovna odločitev.</w:t>
      </w:r>
    </w:p>
    <w:p w14:paraId="686915C5" w14:textId="77777777" w:rsidR="00F94C82" w:rsidRPr="00B40033" w:rsidRDefault="00911973">
      <w:pPr>
        <w:pStyle w:val="Oznaenseznam"/>
        <w:spacing w:after="40"/>
        <w:rPr>
          <w:lang w:val="sl-SI"/>
        </w:rPr>
      </w:pPr>
      <w:r w:rsidRPr="00B40033">
        <w:rPr>
          <w:sz w:val="20"/>
          <w:lang w:val="sl-SI"/>
        </w:rPr>
        <w:t xml:space="preserve">Ian Stewart, </w:t>
      </w:r>
      <w:proofErr w:type="spellStart"/>
      <w:r w:rsidRPr="00B40033">
        <w:rPr>
          <w:sz w:val="20"/>
          <w:lang w:val="sl-SI"/>
        </w:rPr>
        <w:t>Vann</w:t>
      </w:r>
      <w:proofErr w:type="spellEnd"/>
      <w:r w:rsidRPr="00B40033">
        <w:rPr>
          <w:sz w:val="20"/>
          <w:lang w:val="sl-SI"/>
        </w:rPr>
        <w:t xml:space="preserve"> </w:t>
      </w:r>
      <w:proofErr w:type="spellStart"/>
      <w:r w:rsidRPr="00B40033">
        <w:rPr>
          <w:sz w:val="20"/>
          <w:lang w:val="sl-SI"/>
        </w:rPr>
        <w:t>Joines</w:t>
      </w:r>
      <w:proofErr w:type="spellEnd"/>
      <w:r w:rsidRPr="00B40033">
        <w:rPr>
          <w:sz w:val="20"/>
          <w:lang w:val="sl-SI"/>
        </w:rPr>
        <w:t xml:space="preserve">, TA </w:t>
      </w:r>
      <w:proofErr w:type="spellStart"/>
      <w:r w:rsidRPr="00B40033">
        <w:rPr>
          <w:sz w:val="20"/>
          <w:lang w:val="sl-SI"/>
        </w:rPr>
        <w:t>Today</w:t>
      </w:r>
      <w:proofErr w:type="spellEnd"/>
      <w:r w:rsidRPr="00B40033">
        <w:rPr>
          <w:sz w:val="20"/>
          <w:lang w:val="sl-SI"/>
        </w:rPr>
        <w:t xml:space="preserve"> (2. izd., 2012) — pregleden uvod v transakcijsko analizo.</w:t>
      </w:r>
    </w:p>
    <w:p w14:paraId="227521AD" w14:textId="77777777" w:rsidR="00F94C82" w:rsidRPr="00B40033" w:rsidRDefault="00911973">
      <w:pPr>
        <w:pStyle w:val="Oznaenseznam"/>
        <w:spacing w:after="40"/>
        <w:rPr>
          <w:lang w:val="sl-SI"/>
        </w:rPr>
      </w:pPr>
      <w:proofErr w:type="spellStart"/>
      <w:r w:rsidRPr="00B40033">
        <w:rPr>
          <w:sz w:val="20"/>
          <w:lang w:val="sl-SI"/>
        </w:rPr>
        <w:t>Russ</w:t>
      </w:r>
      <w:proofErr w:type="spellEnd"/>
      <w:r w:rsidRPr="00B40033">
        <w:rPr>
          <w:sz w:val="20"/>
          <w:lang w:val="sl-SI"/>
        </w:rPr>
        <w:t xml:space="preserve"> Harris, </w:t>
      </w:r>
      <w:proofErr w:type="spellStart"/>
      <w:r w:rsidRPr="00B40033">
        <w:rPr>
          <w:sz w:val="20"/>
          <w:lang w:val="sl-SI"/>
        </w:rPr>
        <w:t>The</w:t>
      </w:r>
      <w:proofErr w:type="spellEnd"/>
      <w:r w:rsidRPr="00B40033">
        <w:rPr>
          <w:sz w:val="20"/>
          <w:lang w:val="sl-SI"/>
        </w:rPr>
        <w:t xml:space="preserve"> </w:t>
      </w:r>
      <w:proofErr w:type="spellStart"/>
      <w:r w:rsidRPr="00B40033">
        <w:rPr>
          <w:sz w:val="20"/>
          <w:lang w:val="sl-SI"/>
        </w:rPr>
        <w:t>Happiness</w:t>
      </w:r>
      <w:proofErr w:type="spellEnd"/>
      <w:r w:rsidRPr="00B40033">
        <w:rPr>
          <w:sz w:val="20"/>
          <w:lang w:val="sl-SI"/>
        </w:rPr>
        <w:t xml:space="preserve"> Trap — dostopna različica pristopov ACT, vključno z delom na vrednotah.</w:t>
      </w:r>
    </w:p>
    <w:p w14:paraId="0299AE09" w14:textId="77777777" w:rsidR="00F94C82" w:rsidRPr="00B40033" w:rsidRDefault="00911973">
      <w:pPr>
        <w:rPr>
          <w:lang w:val="sl-SI"/>
        </w:rPr>
      </w:pPr>
      <w:r w:rsidRPr="00B40033">
        <w:rPr>
          <w:b/>
          <w:lang w:val="sl-SI"/>
        </w:rPr>
        <w:t>Transakcijska analiza (izhodišča predavanja ŽIVIM.ZARES in poglavij 1, 9, 10):</w:t>
      </w:r>
    </w:p>
    <w:p w14:paraId="5CB64DFC" w14:textId="77777777" w:rsidR="00F94C82" w:rsidRPr="00B40033" w:rsidRDefault="00911973">
      <w:pPr>
        <w:pStyle w:val="Oznaenseznam"/>
        <w:spacing w:after="40"/>
        <w:rPr>
          <w:lang w:val="sl-SI"/>
        </w:rPr>
      </w:pPr>
      <w:r w:rsidRPr="00B40033">
        <w:rPr>
          <w:sz w:val="20"/>
          <w:lang w:val="sl-SI"/>
        </w:rPr>
        <w:t xml:space="preserve">Berne, E. (1964), </w:t>
      </w:r>
      <w:proofErr w:type="spellStart"/>
      <w:r w:rsidRPr="00B40033">
        <w:rPr>
          <w:sz w:val="20"/>
          <w:lang w:val="sl-SI"/>
        </w:rPr>
        <w:t>Games</w:t>
      </w:r>
      <w:proofErr w:type="spellEnd"/>
      <w:r w:rsidRPr="00B40033">
        <w:rPr>
          <w:sz w:val="20"/>
          <w:lang w:val="sl-SI"/>
        </w:rPr>
        <w:t xml:space="preserve"> </w:t>
      </w:r>
      <w:proofErr w:type="spellStart"/>
      <w:r w:rsidRPr="00B40033">
        <w:rPr>
          <w:sz w:val="20"/>
          <w:lang w:val="sl-SI"/>
        </w:rPr>
        <w:t>People</w:t>
      </w:r>
      <w:proofErr w:type="spellEnd"/>
      <w:r w:rsidRPr="00B40033">
        <w:rPr>
          <w:sz w:val="20"/>
          <w:lang w:val="sl-SI"/>
        </w:rPr>
        <w:t xml:space="preserve"> </w:t>
      </w:r>
      <w:proofErr w:type="spellStart"/>
      <w:r w:rsidRPr="00B40033">
        <w:rPr>
          <w:sz w:val="20"/>
          <w:lang w:val="sl-SI"/>
        </w:rPr>
        <w:t>Play</w:t>
      </w:r>
      <w:proofErr w:type="spellEnd"/>
      <w:r w:rsidRPr="00B40033">
        <w:rPr>
          <w:sz w:val="20"/>
          <w:lang w:val="sl-SI"/>
        </w:rPr>
        <w:t xml:space="preserve">, </w:t>
      </w:r>
      <w:proofErr w:type="spellStart"/>
      <w:r w:rsidRPr="00B40033">
        <w:rPr>
          <w:sz w:val="20"/>
          <w:lang w:val="sl-SI"/>
        </w:rPr>
        <w:t>Grove</w:t>
      </w:r>
      <w:proofErr w:type="spellEnd"/>
      <w:r w:rsidRPr="00B40033">
        <w:rPr>
          <w:sz w:val="20"/>
          <w:lang w:val="sl-SI"/>
        </w:rPr>
        <w:t xml:space="preserve"> </w:t>
      </w:r>
      <w:proofErr w:type="spellStart"/>
      <w:r w:rsidRPr="00B40033">
        <w:rPr>
          <w:sz w:val="20"/>
          <w:lang w:val="sl-SI"/>
        </w:rPr>
        <w:t>Press</w:t>
      </w:r>
      <w:proofErr w:type="spellEnd"/>
      <w:r w:rsidRPr="00B40033">
        <w:rPr>
          <w:sz w:val="20"/>
          <w:lang w:val="sl-SI"/>
        </w:rPr>
        <w:t xml:space="preserve"> — psihološke igre in avtonomija (zavedanje, spontanost, intimnost): </w:t>
      </w:r>
      <w:hyperlink r:id="rId27">
        <w:r w:rsidR="00F94C82" w:rsidRPr="00B40033">
          <w:rPr>
            <w:color w:val="01696F"/>
            <w:sz w:val="20"/>
            <w:u w:val="single"/>
            <w:lang w:val="sl-SI"/>
          </w:rPr>
          <w:t>povzetek (</w:t>
        </w:r>
        <w:proofErr w:type="spellStart"/>
        <w:r w:rsidR="00F94C82" w:rsidRPr="00B40033">
          <w:rPr>
            <w:color w:val="01696F"/>
            <w:sz w:val="20"/>
            <w:u w:val="single"/>
            <w:lang w:val="sl-SI"/>
          </w:rPr>
          <w:t>The</w:t>
        </w:r>
        <w:proofErr w:type="spellEnd"/>
        <w:r w:rsidR="00F94C82" w:rsidRPr="00B40033">
          <w:rPr>
            <w:color w:val="01696F"/>
            <w:sz w:val="20"/>
            <w:u w:val="single"/>
            <w:lang w:val="sl-SI"/>
          </w:rPr>
          <w:t xml:space="preserve"> </w:t>
        </w:r>
        <w:proofErr w:type="spellStart"/>
        <w:r w:rsidR="00F94C82" w:rsidRPr="00B40033">
          <w:rPr>
            <w:color w:val="01696F"/>
            <w:sz w:val="20"/>
            <w:u w:val="single"/>
            <w:lang w:val="sl-SI"/>
          </w:rPr>
          <w:t>Marginalian</w:t>
        </w:r>
        <w:proofErr w:type="spellEnd"/>
        <w:r w:rsidR="00F94C82" w:rsidRPr="00B40033">
          <w:rPr>
            <w:color w:val="01696F"/>
            <w:sz w:val="20"/>
            <w:u w:val="single"/>
            <w:lang w:val="sl-SI"/>
          </w:rPr>
          <w:t>)</w:t>
        </w:r>
      </w:hyperlink>
    </w:p>
    <w:p w14:paraId="58DA97A9" w14:textId="77777777" w:rsidR="00F94C82" w:rsidRPr="00B40033" w:rsidRDefault="00911973">
      <w:pPr>
        <w:pStyle w:val="Oznaenseznam"/>
        <w:spacing w:after="40"/>
        <w:rPr>
          <w:lang w:val="sl-SI"/>
        </w:rPr>
      </w:pPr>
      <w:proofErr w:type="spellStart"/>
      <w:r w:rsidRPr="00B40033">
        <w:rPr>
          <w:sz w:val="20"/>
          <w:lang w:val="sl-SI"/>
        </w:rPr>
        <w:t>Goulding</w:t>
      </w:r>
      <w:proofErr w:type="spellEnd"/>
      <w:r w:rsidRPr="00B40033">
        <w:rPr>
          <w:sz w:val="20"/>
          <w:lang w:val="sl-SI"/>
        </w:rPr>
        <w:t xml:space="preserve">, M. M., </w:t>
      </w:r>
      <w:proofErr w:type="spellStart"/>
      <w:r w:rsidRPr="00B40033">
        <w:rPr>
          <w:sz w:val="20"/>
          <w:lang w:val="sl-SI"/>
        </w:rPr>
        <w:t>Goulding</w:t>
      </w:r>
      <w:proofErr w:type="spellEnd"/>
      <w:r w:rsidRPr="00B40033">
        <w:rPr>
          <w:sz w:val="20"/>
          <w:lang w:val="sl-SI"/>
        </w:rPr>
        <w:t xml:space="preserve">, R. L. (1979), </w:t>
      </w:r>
      <w:proofErr w:type="spellStart"/>
      <w:r w:rsidRPr="00B40033">
        <w:rPr>
          <w:sz w:val="20"/>
          <w:lang w:val="sl-SI"/>
        </w:rPr>
        <w:t>Changing</w:t>
      </w:r>
      <w:proofErr w:type="spellEnd"/>
      <w:r w:rsidRPr="00B40033">
        <w:rPr>
          <w:sz w:val="20"/>
          <w:lang w:val="sl-SI"/>
        </w:rPr>
        <w:t xml:space="preserve"> </w:t>
      </w:r>
      <w:proofErr w:type="spellStart"/>
      <w:r w:rsidRPr="00B40033">
        <w:rPr>
          <w:sz w:val="20"/>
          <w:lang w:val="sl-SI"/>
        </w:rPr>
        <w:t>Lives</w:t>
      </w:r>
      <w:proofErr w:type="spellEnd"/>
      <w:r w:rsidRPr="00B40033">
        <w:rPr>
          <w:sz w:val="20"/>
          <w:lang w:val="sl-SI"/>
        </w:rPr>
        <w:t xml:space="preserve"> </w:t>
      </w:r>
      <w:proofErr w:type="spellStart"/>
      <w:r w:rsidRPr="00B40033">
        <w:rPr>
          <w:sz w:val="20"/>
          <w:lang w:val="sl-SI"/>
        </w:rPr>
        <w:t>Through</w:t>
      </w:r>
      <w:proofErr w:type="spellEnd"/>
      <w:r w:rsidRPr="00B40033">
        <w:rPr>
          <w:sz w:val="20"/>
          <w:lang w:val="sl-SI"/>
        </w:rPr>
        <w:t xml:space="preserve"> </w:t>
      </w:r>
      <w:proofErr w:type="spellStart"/>
      <w:r w:rsidRPr="00B40033">
        <w:rPr>
          <w:sz w:val="20"/>
          <w:lang w:val="sl-SI"/>
        </w:rPr>
        <w:t>Redecision</w:t>
      </w:r>
      <w:proofErr w:type="spellEnd"/>
      <w:r w:rsidRPr="00B40033">
        <w:rPr>
          <w:sz w:val="20"/>
          <w:lang w:val="sl-SI"/>
        </w:rPr>
        <w:t xml:space="preserve"> </w:t>
      </w:r>
      <w:proofErr w:type="spellStart"/>
      <w:r w:rsidRPr="00B40033">
        <w:rPr>
          <w:sz w:val="20"/>
          <w:lang w:val="sl-SI"/>
        </w:rPr>
        <w:t>Therapy</w:t>
      </w:r>
      <w:proofErr w:type="spellEnd"/>
      <w:r w:rsidRPr="00B40033">
        <w:rPr>
          <w:sz w:val="20"/>
          <w:lang w:val="sl-SI"/>
        </w:rPr>
        <w:t xml:space="preserve">, </w:t>
      </w:r>
      <w:proofErr w:type="spellStart"/>
      <w:r w:rsidRPr="00B40033">
        <w:rPr>
          <w:sz w:val="20"/>
          <w:lang w:val="sl-SI"/>
        </w:rPr>
        <w:t>Brunner</w:t>
      </w:r>
      <w:proofErr w:type="spellEnd"/>
      <w:r w:rsidRPr="00B40033">
        <w:rPr>
          <w:sz w:val="20"/>
          <w:lang w:val="sl-SI"/>
        </w:rPr>
        <w:t>/</w:t>
      </w:r>
      <w:proofErr w:type="spellStart"/>
      <w:r w:rsidRPr="00B40033">
        <w:rPr>
          <w:sz w:val="20"/>
          <w:lang w:val="sl-SI"/>
        </w:rPr>
        <w:t>Mazel</w:t>
      </w:r>
      <w:proofErr w:type="spellEnd"/>
      <w:r w:rsidRPr="00B40033">
        <w:rPr>
          <w:sz w:val="20"/>
          <w:lang w:val="sl-SI"/>
        </w:rPr>
        <w:t xml:space="preserve"> — dvanajst prepovedi in ponovna odločitev: </w:t>
      </w:r>
      <w:hyperlink r:id="rId28">
        <w:r w:rsidR="00F94C82" w:rsidRPr="00B40033">
          <w:rPr>
            <w:color w:val="01696F"/>
            <w:sz w:val="20"/>
            <w:u w:val="single"/>
            <w:lang w:val="sl-SI"/>
          </w:rPr>
          <w:t>archive.org</w:t>
        </w:r>
      </w:hyperlink>
    </w:p>
    <w:p w14:paraId="54F91A71" w14:textId="77777777" w:rsidR="00F94C82" w:rsidRPr="00B40033" w:rsidRDefault="00911973">
      <w:pPr>
        <w:pStyle w:val="Oznaenseznam"/>
        <w:spacing w:after="40"/>
        <w:rPr>
          <w:lang w:val="sl-SI"/>
        </w:rPr>
      </w:pPr>
      <w:proofErr w:type="spellStart"/>
      <w:r w:rsidRPr="00B40033">
        <w:rPr>
          <w:sz w:val="20"/>
          <w:lang w:val="sl-SI"/>
        </w:rPr>
        <w:t>Kahler</w:t>
      </w:r>
      <w:proofErr w:type="spellEnd"/>
      <w:r w:rsidRPr="00B40033">
        <w:rPr>
          <w:sz w:val="20"/>
          <w:lang w:val="sl-SI"/>
        </w:rPr>
        <w:t>, T. (1975), »</w:t>
      </w:r>
      <w:proofErr w:type="spellStart"/>
      <w:r w:rsidRPr="00B40033">
        <w:rPr>
          <w:sz w:val="20"/>
          <w:lang w:val="sl-SI"/>
        </w:rPr>
        <w:t>Drivers</w:t>
      </w:r>
      <w:proofErr w:type="spellEnd"/>
      <w:r w:rsidRPr="00B40033">
        <w:rPr>
          <w:sz w:val="20"/>
          <w:lang w:val="sl-SI"/>
        </w:rPr>
        <w:t xml:space="preserve">: </w:t>
      </w:r>
      <w:proofErr w:type="spellStart"/>
      <w:r w:rsidRPr="00B40033">
        <w:rPr>
          <w:sz w:val="20"/>
          <w:lang w:val="sl-SI"/>
        </w:rPr>
        <w:t>The</w:t>
      </w:r>
      <w:proofErr w:type="spellEnd"/>
      <w:r w:rsidRPr="00B40033">
        <w:rPr>
          <w:sz w:val="20"/>
          <w:lang w:val="sl-SI"/>
        </w:rPr>
        <w:t xml:space="preserve"> </w:t>
      </w:r>
      <w:proofErr w:type="spellStart"/>
      <w:r w:rsidRPr="00B40033">
        <w:rPr>
          <w:sz w:val="20"/>
          <w:lang w:val="sl-SI"/>
        </w:rPr>
        <w:t>Key</w:t>
      </w:r>
      <w:proofErr w:type="spellEnd"/>
      <w:r w:rsidRPr="00B40033">
        <w:rPr>
          <w:sz w:val="20"/>
          <w:lang w:val="sl-SI"/>
        </w:rPr>
        <w:t xml:space="preserve"> to </w:t>
      </w:r>
      <w:proofErr w:type="spellStart"/>
      <w:r w:rsidRPr="00B40033">
        <w:rPr>
          <w:sz w:val="20"/>
          <w:lang w:val="sl-SI"/>
        </w:rPr>
        <w:t>the</w:t>
      </w:r>
      <w:proofErr w:type="spellEnd"/>
      <w:r w:rsidRPr="00B40033">
        <w:rPr>
          <w:sz w:val="20"/>
          <w:lang w:val="sl-SI"/>
        </w:rPr>
        <w:t xml:space="preserve"> </w:t>
      </w:r>
      <w:proofErr w:type="spellStart"/>
      <w:r w:rsidRPr="00B40033">
        <w:rPr>
          <w:sz w:val="20"/>
          <w:lang w:val="sl-SI"/>
        </w:rPr>
        <w:t>Process</w:t>
      </w:r>
      <w:proofErr w:type="spellEnd"/>
      <w:r w:rsidRPr="00B40033">
        <w:rPr>
          <w:sz w:val="20"/>
          <w:lang w:val="sl-SI"/>
        </w:rPr>
        <w:t xml:space="preserve"> </w:t>
      </w:r>
      <w:proofErr w:type="spellStart"/>
      <w:r w:rsidRPr="00B40033">
        <w:rPr>
          <w:sz w:val="20"/>
          <w:lang w:val="sl-SI"/>
        </w:rPr>
        <w:t>of</w:t>
      </w:r>
      <w:proofErr w:type="spellEnd"/>
      <w:r w:rsidRPr="00B40033">
        <w:rPr>
          <w:sz w:val="20"/>
          <w:lang w:val="sl-SI"/>
        </w:rPr>
        <w:t xml:space="preserve"> </w:t>
      </w:r>
      <w:proofErr w:type="spellStart"/>
      <w:r w:rsidRPr="00B40033">
        <w:rPr>
          <w:sz w:val="20"/>
          <w:lang w:val="sl-SI"/>
        </w:rPr>
        <w:t>Scripts</w:t>
      </w:r>
      <w:proofErr w:type="spellEnd"/>
      <w:r w:rsidRPr="00B40033">
        <w:rPr>
          <w:sz w:val="20"/>
          <w:lang w:val="sl-SI"/>
        </w:rPr>
        <w:t xml:space="preserve">«, </w:t>
      </w:r>
      <w:proofErr w:type="spellStart"/>
      <w:r w:rsidRPr="00B40033">
        <w:rPr>
          <w:sz w:val="20"/>
          <w:lang w:val="sl-SI"/>
        </w:rPr>
        <w:t>Transactional</w:t>
      </w:r>
      <w:proofErr w:type="spellEnd"/>
      <w:r w:rsidRPr="00B40033">
        <w:rPr>
          <w:sz w:val="20"/>
          <w:lang w:val="sl-SI"/>
        </w:rPr>
        <w:t xml:space="preserve"> </w:t>
      </w:r>
      <w:proofErr w:type="spellStart"/>
      <w:r w:rsidRPr="00B40033">
        <w:rPr>
          <w:sz w:val="20"/>
          <w:lang w:val="sl-SI"/>
        </w:rPr>
        <w:t>Analysis</w:t>
      </w:r>
      <w:proofErr w:type="spellEnd"/>
      <w:r w:rsidRPr="00B40033">
        <w:rPr>
          <w:sz w:val="20"/>
          <w:lang w:val="sl-SI"/>
        </w:rPr>
        <w:t xml:space="preserve"> </w:t>
      </w:r>
      <w:proofErr w:type="spellStart"/>
      <w:r w:rsidRPr="00B40033">
        <w:rPr>
          <w:sz w:val="20"/>
          <w:lang w:val="sl-SI"/>
        </w:rPr>
        <w:t>Journal</w:t>
      </w:r>
      <w:proofErr w:type="spellEnd"/>
      <w:r w:rsidRPr="00B40033">
        <w:rPr>
          <w:sz w:val="20"/>
          <w:lang w:val="sl-SI"/>
        </w:rPr>
        <w:t xml:space="preserve"> 5(3): 280–284: </w:t>
      </w:r>
      <w:hyperlink r:id="rId29">
        <w:r w:rsidR="00F94C82" w:rsidRPr="00B40033">
          <w:rPr>
            <w:color w:val="01696F"/>
            <w:sz w:val="20"/>
            <w:u w:val="single"/>
            <w:lang w:val="sl-SI"/>
          </w:rPr>
          <w:t>tandfonline.com</w:t>
        </w:r>
      </w:hyperlink>
    </w:p>
    <w:p w14:paraId="7378380A" w14:textId="77777777" w:rsidR="00F94C82" w:rsidRPr="00B40033" w:rsidRDefault="00911973">
      <w:pPr>
        <w:pStyle w:val="Oznaenseznam"/>
        <w:spacing w:after="40"/>
        <w:rPr>
          <w:lang w:val="sl-SI"/>
        </w:rPr>
      </w:pPr>
      <w:proofErr w:type="spellStart"/>
      <w:r w:rsidRPr="00B40033">
        <w:rPr>
          <w:sz w:val="20"/>
          <w:lang w:val="sl-SI"/>
        </w:rPr>
        <w:t>Karpman</w:t>
      </w:r>
      <w:proofErr w:type="spellEnd"/>
      <w:r w:rsidRPr="00B40033">
        <w:rPr>
          <w:sz w:val="20"/>
          <w:lang w:val="sl-SI"/>
        </w:rPr>
        <w:t>, S. (1968), »</w:t>
      </w:r>
      <w:proofErr w:type="spellStart"/>
      <w:r w:rsidRPr="00B40033">
        <w:rPr>
          <w:sz w:val="20"/>
          <w:lang w:val="sl-SI"/>
        </w:rPr>
        <w:t>Fairy</w:t>
      </w:r>
      <w:proofErr w:type="spellEnd"/>
      <w:r w:rsidRPr="00B40033">
        <w:rPr>
          <w:sz w:val="20"/>
          <w:lang w:val="sl-SI"/>
        </w:rPr>
        <w:t xml:space="preserve"> Tales </w:t>
      </w:r>
      <w:proofErr w:type="spellStart"/>
      <w:r w:rsidRPr="00B40033">
        <w:rPr>
          <w:sz w:val="20"/>
          <w:lang w:val="sl-SI"/>
        </w:rPr>
        <w:t>and</w:t>
      </w:r>
      <w:proofErr w:type="spellEnd"/>
      <w:r w:rsidRPr="00B40033">
        <w:rPr>
          <w:sz w:val="20"/>
          <w:lang w:val="sl-SI"/>
        </w:rPr>
        <w:t xml:space="preserve"> </w:t>
      </w:r>
      <w:proofErr w:type="spellStart"/>
      <w:r w:rsidRPr="00B40033">
        <w:rPr>
          <w:sz w:val="20"/>
          <w:lang w:val="sl-SI"/>
        </w:rPr>
        <w:t>Script</w:t>
      </w:r>
      <w:proofErr w:type="spellEnd"/>
      <w:r w:rsidRPr="00B40033">
        <w:rPr>
          <w:sz w:val="20"/>
          <w:lang w:val="sl-SI"/>
        </w:rPr>
        <w:t xml:space="preserve"> Drama </w:t>
      </w:r>
      <w:proofErr w:type="spellStart"/>
      <w:r w:rsidRPr="00B40033">
        <w:rPr>
          <w:sz w:val="20"/>
          <w:lang w:val="sl-SI"/>
        </w:rPr>
        <w:t>Analysis</w:t>
      </w:r>
      <w:proofErr w:type="spellEnd"/>
      <w:r w:rsidRPr="00B40033">
        <w:rPr>
          <w:sz w:val="20"/>
          <w:lang w:val="sl-SI"/>
        </w:rPr>
        <w:t xml:space="preserve">«, </w:t>
      </w:r>
      <w:proofErr w:type="spellStart"/>
      <w:r w:rsidRPr="00B40033">
        <w:rPr>
          <w:sz w:val="20"/>
          <w:lang w:val="sl-SI"/>
        </w:rPr>
        <w:t>Transactional</w:t>
      </w:r>
      <w:proofErr w:type="spellEnd"/>
      <w:r w:rsidRPr="00B40033">
        <w:rPr>
          <w:sz w:val="20"/>
          <w:lang w:val="sl-SI"/>
        </w:rPr>
        <w:t xml:space="preserve"> </w:t>
      </w:r>
      <w:proofErr w:type="spellStart"/>
      <w:r w:rsidRPr="00B40033">
        <w:rPr>
          <w:sz w:val="20"/>
          <w:lang w:val="sl-SI"/>
        </w:rPr>
        <w:t>Analysis</w:t>
      </w:r>
      <w:proofErr w:type="spellEnd"/>
      <w:r w:rsidRPr="00B40033">
        <w:rPr>
          <w:sz w:val="20"/>
          <w:lang w:val="sl-SI"/>
        </w:rPr>
        <w:t xml:space="preserve"> </w:t>
      </w:r>
      <w:proofErr w:type="spellStart"/>
      <w:r w:rsidRPr="00B40033">
        <w:rPr>
          <w:sz w:val="20"/>
          <w:lang w:val="sl-SI"/>
        </w:rPr>
        <w:t>Bulletin</w:t>
      </w:r>
      <w:proofErr w:type="spellEnd"/>
      <w:r w:rsidRPr="00B40033">
        <w:rPr>
          <w:sz w:val="20"/>
          <w:lang w:val="sl-SI"/>
        </w:rPr>
        <w:t xml:space="preserve"> 7(26): 39–43: </w:t>
      </w:r>
      <w:hyperlink r:id="rId30">
        <w:r w:rsidR="00F94C82" w:rsidRPr="00B40033">
          <w:rPr>
            <w:color w:val="01696F"/>
            <w:sz w:val="20"/>
            <w:u w:val="single"/>
            <w:lang w:val="sl-SI"/>
          </w:rPr>
          <w:t>karpmandramatriangle.com</w:t>
        </w:r>
      </w:hyperlink>
    </w:p>
    <w:p w14:paraId="660AD36A" w14:textId="77777777" w:rsidR="00F94C82" w:rsidRPr="00B40033" w:rsidRDefault="00911973">
      <w:pPr>
        <w:pStyle w:val="Oznaenseznam"/>
        <w:spacing w:after="40"/>
        <w:rPr>
          <w:lang w:val="sl-SI"/>
        </w:rPr>
      </w:pPr>
      <w:proofErr w:type="spellStart"/>
      <w:r w:rsidRPr="00B40033">
        <w:rPr>
          <w:sz w:val="20"/>
          <w:lang w:val="sl-SI"/>
        </w:rPr>
        <w:t>Crossman</w:t>
      </w:r>
      <w:proofErr w:type="spellEnd"/>
      <w:r w:rsidRPr="00B40033">
        <w:rPr>
          <w:sz w:val="20"/>
          <w:lang w:val="sl-SI"/>
        </w:rPr>
        <w:t>, P. (1966), »</w:t>
      </w:r>
      <w:proofErr w:type="spellStart"/>
      <w:r w:rsidRPr="00B40033">
        <w:rPr>
          <w:sz w:val="20"/>
          <w:lang w:val="sl-SI"/>
        </w:rPr>
        <w:t>Permission</w:t>
      </w:r>
      <w:proofErr w:type="spellEnd"/>
      <w:r w:rsidRPr="00B40033">
        <w:rPr>
          <w:sz w:val="20"/>
          <w:lang w:val="sl-SI"/>
        </w:rPr>
        <w:t xml:space="preserve"> </w:t>
      </w:r>
      <w:proofErr w:type="spellStart"/>
      <w:r w:rsidRPr="00B40033">
        <w:rPr>
          <w:sz w:val="20"/>
          <w:lang w:val="sl-SI"/>
        </w:rPr>
        <w:t>and</w:t>
      </w:r>
      <w:proofErr w:type="spellEnd"/>
      <w:r w:rsidRPr="00B40033">
        <w:rPr>
          <w:sz w:val="20"/>
          <w:lang w:val="sl-SI"/>
        </w:rPr>
        <w:t xml:space="preserve"> </w:t>
      </w:r>
      <w:proofErr w:type="spellStart"/>
      <w:r w:rsidRPr="00B40033">
        <w:rPr>
          <w:sz w:val="20"/>
          <w:lang w:val="sl-SI"/>
        </w:rPr>
        <w:t>Protection</w:t>
      </w:r>
      <w:proofErr w:type="spellEnd"/>
      <w:r w:rsidRPr="00B40033">
        <w:rPr>
          <w:sz w:val="20"/>
          <w:lang w:val="sl-SI"/>
        </w:rPr>
        <w:t xml:space="preserve">«, </w:t>
      </w:r>
      <w:proofErr w:type="spellStart"/>
      <w:r w:rsidRPr="00B40033">
        <w:rPr>
          <w:sz w:val="20"/>
          <w:lang w:val="sl-SI"/>
        </w:rPr>
        <w:t>Transactional</w:t>
      </w:r>
      <w:proofErr w:type="spellEnd"/>
      <w:r w:rsidRPr="00B40033">
        <w:rPr>
          <w:sz w:val="20"/>
          <w:lang w:val="sl-SI"/>
        </w:rPr>
        <w:t xml:space="preserve"> </w:t>
      </w:r>
      <w:proofErr w:type="spellStart"/>
      <w:r w:rsidRPr="00B40033">
        <w:rPr>
          <w:sz w:val="20"/>
          <w:lang w:val="sl-SI"/>
        </w:rPr>
        <w:t>Analysis</w:t>
      </w:r>
      <w:proofErr w:type="spellEnd"/>
      <w:r w:rsidRPr="00B40033">
        <w:rPr>
          <w:sz w:val="20"/>
          <w:lang w:val="sl-SI"/>
        </w:rPr>
        <w:t xml:space="preserve"> </w:t>
      </w:r>
      <w:proofErr w:type="spellStart"/>
      <w:r w:rsidRPr="00B40033">
        <w:rPr>
          <w:sz w:val="20"/>
          <w:lang w:val="sl-SI"/>
        </w:rPr>
        <w:t>Bulletin</w:t>
      </w:r>
      <w:proofErr w:type="spellEnd"/>
      <w:r w:rsidRPr="00B40033">
        <w:rPr>
          <w:sz w:val="20"/>
          <w:lang w:val="sl-SI"/>
        </w:rPr>
        <w:t xml:space="preserve"> 5(19): 152–154 (povzeto po eseju J. </w:t>
      </w:r>
      <w:proofErr w:type="spellStart"/>
      <w:r w:rsidRPr="00B40033">
        <w:rPr>
          <w:sz w:val="20"/>
          <w:lang w:val="sl-SI"/>
        </w:rPr>
        <w:t>Hay</w:t>
      </w:r>
      <w:proofErr w:type="spellEnd"/>
      <w:r w:rsidRPr="00B40033">
        <w:rPr>
          <w:sz w:val="20"/>
          <w:lang w:val="sl-SI"/>
        </w:rPr>
        <w:t xml:space="preserve"> o dovoljenjih): </w:t>
      </w:r>
      <w:hyperlink r:id="rId31">
        <w:r w:rsidR="00F94C82" w:rsidRPr="00B40033">
          <w:rPr>
            <w:color w:val="01696F"/>
            <w:sz w:val="20"/>
            <w:u w:val="single"/>
            <w:lang w:val="sl-SI"/>
          </w:rPr>
          <w:t>juliehay.org</w:t>
        </w:r>
      </w:hyperlink>
    </w:p>
    <w:p w14:paraId="485D660B" w14:textId="77777777" w:rsidR="00F94C82" w:rsidRPr="00B40033" w:rsidRDefault="00911973">
      <w:pPr>
        <w:pStyle w:val="Oznaenseznam"/>
        <w:spacing w:after="40"/>
        <w:rPr>
          <w:lang w:val="sl-SI"/>
        </w:rPr>
      </w:pPr>
      <w:r w:rsidRPr="00B40033">
        <w:rPr>
          <w:sz w:val="20"/>
          <w:lang w:val="sl-SI"/>
        </w:rPr>
        <w:t xml:space="preserve">Stewart, I., </w:t>
      </w:r>
      <w:proofErr w:type="spellStart"/>
      <w:r w:rsidRPr="00B40033">
        <w:rPr>
          <w:sz w:val="20"/>
          <w:lang w:val="sl-SI"/>
        </w:rPr>
        <w:t>Joines</w:t>
      </w:r>
      <w:proofErr w:type="spellEnd"/>
      <w:r w:rsidRPr="00B40033">
        <w:rPr>
          <w:sz w:val="20"/>
          <w:lang w:val="sl-SI"/>
        </w:rPr>
        <w:t xml:space="preserve">, V. (2012), TA </w:t>
      </w:r>
      <w:proofErr w:type="spellStart"/>
      <w:r w:rsidRPr="00B40033">
        <w:rPr>
          <w:sz w:val="20"/>
          <w:lang w:val="sl-SI"/>
        </w:rPr>
        <w:t>Today</w:t>
      </w:r>
      <w:proofErr w:type="spellEnd"/>
      <w:r w:rsidRPr="00B40033">
        <w:rPr>
          <w:sz w:val="20"/>
          <w:lang w:val="sl-SI"/>
        </w:rPr>
        <w:t xml:space="preserve">: A New </w:t>
      </w:r>
      <w:proofErr w:type="spellStart"/>
      <w:r w:rsidRPr="00B40033">
        <w:rPr>
          <w:sz w:val="20"/>
          <w:lang w:val="sl-SI"/>
        </w:rPr>
        <w:t>Introduction</w:t>
      </w:r>
      <w:proofErr w:type="spellEnd"/>
      <w:r w:rsidRPr="00B40033">
        <w:rPr>
          <w:sz w:val="20"/>
          <w:lang w:val="sl-SI"/>
        </w:rPr>
        <w:t xml:space="preserve"> to </w:t>
      </w:r>
      <w:proofErr w:type="spellStart"/>
      <w:r w:rsidRPr="00B40033">
        <w:rPr>
          <w:sz w:val="20"/>
          <w:lang w:val="sl-SI"/>
        </w:rPr>
        <w:t>Transactional</w:t>
      </w:r>
      <w:proofErr w:type="spellEnd"/>
      <w:r w:rsidRPr="00B40033">
        <w:rPr>
          <w:sz w:val="20"/>
          <w:lang w:val="sl-SI"/>
        </w:rPr>
        <w:t xml:space="preserve"> </w:t>
      </w:r>
      <w:proofErr w:type="spellStart"/>
      <w:r w:rsidRPr="00B40033">
        <w:rPr>
          <w:sz w:val="20"/>
          <w:lang w:val="sl-SI"/>
        </w:rPr>
        <w:t>Analysis</w:t>
      </w:r>
      <w:proofErr w:type="spellEnd"/>
      <w:r w:rsidRPr="00B40033">
        <w:rPr>
          <w:sz w:val="20"/>
          <w:lang w:val="sl-SI"/>
        </w:rPr>
        <w:t xml:space="preserve">, 2. izd., </w:t>
      </w:r>
      <w:proofErr w:type="spellStart"/>
      <w:r w:rsidRPr="00B40033">
        <w:rPr>
          <w:sz w:val="20"/>
          <w:lang w:val="sl-SI"/>
        </w:rPr>
        <w:t>Lifespace</w:t>
      </w:r>
      <w:proofErr w:type="spellEnd"/>
      <w:r w:rsidRPr="00B40033">
        <w:rPr>
          <w:sz w:val="20"/>
          <w:lang w:val="sl-SI"/>
        </w:rPr>
        <w:t xml:space="preserve">: </w:t>
      </w:r>
      <w:hyperlink r:id="rId32">
        <w:r w:rsidR="00F94C82" w:rsidRPr="00B40033">
          <w:rPr>
            <w:color w:val="01696F"/>
            <w:sz w:val="20"/>
            <w:u w:val="single"/>
            <w:lang w:val="sl-SI"/>
          </w:rPr>
          <w:t xml:space="preserve">Google </w:t>
        </w:r>
        <w:proofErr w:type="spellStart"/>
        <w:r w:rsidR="00F94C82" w:rsidRPr="00B40033">
          <w:rPr>
            <w:color w:val="01696F"/>
            <w:sz w:val="20"/>
            <w:u w:val="single"/>
            <w:lang w:val="sl-SI"/>
          </w:rPr>
          <w:t>Books</w:t>
        </w:r>
        <w:proofErr w:type="spellEnd"/>
      </w:hyperlink>
    </w:p>
    <w:p w14:paraId="42209A59" w14:textId="77777777" w:rsidR="00F94C82" w:rsidRPr="00B40033" w:rsidRDefault="00911973">
      <w:pPr>
        <w:rPr>
          <w:lang w:val="sl-SI"/>
        </w:rPr>
      </w:pPr>
      <w:r w:rsidRPr="00B40033">
        <w:rPr>
          <w:b/>
          <w:lang w:val="sl-SI"/>
        </w:rPr>
        <w:t>Raziskovalni viri in preverjanja:</w:t>
      </w:r>
    </w:p>
    <w:p w14:paraId="3AB3FBA3" w14:textId="77777777" w:rsidR="00F94C82" w:rsidRPr="00B40033" w:rsidRDefault="00911973">
      <w:pPr>
        <w:pStyle w:val="Oznaenseznam"/>
        <w:spacing w:after="40"/>
        <w:rPr>
          <w:lang w:val="sl-SI"/>
        </w:rPr>
      </w:pPr>
      <w:r w:rsidRPr="00B40033">
        <w:rPr>
          <w:sz w:val="20"/>
          <w:lang w:val="sl-SI"/>
        </w:rPr>
        <w:t xml:space="preserve">Viktor Frankl Institute — tri poti do smisla (ustvarjalna, doživljajska, odnosna do trpljenja): </w:t>
      </w:r>
      <w:hyperlink r:id="rId33">
        <w:r w:rsidR="00F94C82" w:rsidRPr="00B40033">
          <w:rPr>
            <w:color w:val="01696F"/>
            <w:sz w:val="20"/>
            <w:u w:val="single"/>
            <w:lang w:val="sl-SI"/>
          </w:rPr>
          <w:t>viktorfranklinstitute.org</w:t>
        </w:r>
      </w:hyperlink>
    </w:p>
    <w:p w14:paraId="25C982A5" w14:textId="77777777" w:rsidR="00F94C82" w:rsidRPr="00B40033" w:rsidRDefault="00911973">
      <w:pPr>
        <w:pStyle w:val="Oznaenseznam"/>
        <w:spacing w:after="40"/>
        <w:rPr>
          <w:lang w:val="sl-SI"/>
        </w:rPr>
      </w:pPr>
      <w:r w:rsidRPr="00B40033">
        <w:rPr>
          <w:sz w:val="20"/>
          <w:lang w:val="sl-SI"/>
        </w:rPr>
        <w:t>Lieberman, M. D. idr. (2007), »</w:t>
      </w:r>
      <w:proofErr w:type="spellStart"/>
      <w:r w:rsidRPr="00B40033">
        <w:rPr>
          <w:sz w:val="20"/>
          <w:lang w:val="sl-SI"/>
        </w:rPr>
        <w:t>Putting</w:t>
      </w:r>
      <w:proofErr w:type="spellEnd"/>
      <w:r w:rsidRPr="00B40033">
        <w:rPr>
          <w:sz w:val="20"/>
          <w:lang w:val="sl-SI"/>
        </w:rPr>
        <w:t xml:space="preserve"> </w:t>
      </w:r>
      <w:proofErr w:type="spellStart"/>
      <w:r w:rsidRPr="00B40033">
        <w:rPr>
          <w:sz w:val="20"/>
          <w:lang w:val="sl-SI"/>
        </w:rPr>
        <w:t>Feelings</w:t>
      </w:r>
      <w:proofErr w:type="spellEnd"/>
      <w:r w:rsidRPr="00B40033">
        <w:rPr>
          <w:sz w:val="20"/>
          <w:lang w:val="sl-SI"/>
        </w:rPr>
        <w:t xml:space="preserve"> </w:t>
      </w:r>
      <w:proofErr w:type="spellStart"/>
      <w:r w:rsidRPr="00B40033">
        <w:rPr>
          <w:sz w:val="20"/>
          <w:lang w:val="sl-SI"/>
        </w:rPr>
        <w:t>Into</w:t>
      </w:r>
      <w:proofErr w:type="spellEnd"/>
      <w:r w:rsidRPr="00B40033">
        <w:rPr>
          <w:sz w:val="20"/>
          <w:lang w:val="sl-SI"/>
        </w:rPr>
        <w:t xml:space="preserve"> </w:t>
      </w:r>
      <w:proofErr w:type="spellStart"/>
      <w:r w:rsidRPr="00B40033">
        <w:rPr>
          <w:sz w:val="20"/>
          <w:lang w:val="sl-SI"/>
        </w:rPr>
        <w:t>Words</w:t>
      </w:r>
      <w:proofErr w:type="spellEnd"/>
      <w:r w:rsidRPr="00B40033">
        <w:rPr>
          <w:sz w:val="20"/>
          <w:lang w:val="sl-SI"/>
        </w:rPr>
        <w:t xml:space="preserve">: </w:t>
      </w:r>
      <w:proofErr w:type="spellStart"/>
      <w:r w:rsidRPr="00B40033">
        <w:rPr>
          <w:sz w:val="20"/>
          <w:lang w:val="sl-SI"/>
        </w:rPr>
        <w:t>Affect</w:t>
      </w:r>
      <w:proofErr w:type="spellEnd"/>
      <w:r w:rsidRPr="00B40033">
        <w:rPr>
          <w:sz w:val="20"/>
          <w:lang w:val="sl-SI"/>
        </w:rPr>
        <w:t xml:space="preserve"> </w:t>
      </w:r>
      <w:proofErr w:type="spellStart"/>
      <w:r w:rsidRPr="00B40033">
        <w:rPr>
          <w:sz w:val="20"/>
          <w:lang w:val="sl-SI"/>
        </w:rPr>
        <w:t>Labeling</w:t>
      </w:r>
      <w:proofErr w:type="spellEnd"/>
      <w:r w:rsidRPr="00B40033">
        <w:rPr>
          <w:sz w:val="20"/>
          <w:lang w:val="sl-SI"/>
        </w:rPr>
        <w:t xml:space="preserve"> </w:t>
      </w:r>
      <w:proofErr w:type="spellStart"/>
      <w:r w:rsidRPr="00B40033">
        <w:rPr>
          <w:sz w:val="20"/>
          <w:lang w:val="sl-SI"/>
        </w:rPr>
        <w:t>Disrupts</w:t>
      </w:r>
      <w:proofErr w:type="spellEnd"/>
      <w:r w:rsidRPr="00B40033">
        <w:rPr>
          <w:sz w:val="20"/>
          <w:lang w:val="sl-SI"/>
        </w:rPr>
        <w:t xml:space="preserve"> </w:t>
      </w:r>
      <w:proofErr w:type="spellStart"/>
      <w:r w:rsidRPr="00B40033">
        <w:rPr>
          <w:sz w:val="20"/>
          <w:lang w:val="sl-SI"/>
        </w:rPr>
        <w:t>Amygdala</w:t>
      </w:r>
      <w:proofErr w:type="spellEnd"/>
      <w:r w:rsidRPr="00B40033">
        <w:rPr>
          <w:sz w:val="20"/>
          <w:lang w:val="sl-SI"/>
        </w:rPr>
        <w:t xml:space="preserve"> </w:t>
      </w:r>
      <w:proofErr w:type="spellStart"/>
      <w:r w:rsidRPr="00B40033">
        <w:rPr>
          <w:sz w:val="20"/>
          <w:lang w:val="sl-SI"/>
        </w:rPr>
        <w:t>Activity</w:t>
      </w:r>
      <w:proofErr w:type="spellEnd"/>
      <w:r w:rsidRPr="00B40033">
        <w:rPr>
          <w:sz w:val="20"/>
          <w:lang w:val="sl-SI"/>
        </w:rPr>
        <w:t xml:space="preserve"> in </w:t>
      </w:r>
      <w:proofErr w:type="spellStart"/>
      <w:r w:rsidRPr="00B40033">
        <w:rPr>
          <w:sz w:val="20"/>
          <w:lang w:val="sl-SI"/>
        </w:rPr>
        <w:t>Response</w:t>
      </w:r>
      <w:proofErr w:type="spellEnd"/>
      <w:r w:rsidRPr="00B40033">
        <w:rPr>
          <w:sz w:val="20"/>
          <w:lang w:val="sl-SI"/>
        </w:rPr>
        <w:t xml:space="preserve"> to </w:t>
      </w:r>
      <w:proofErr w:type="spellStart"/>
      <w:r w:rsidRPr="00B40033">
        <w:rPr>
          <w:sz w:val="20"/>
          <w:lang w:val="sl-SI"/>
        </w:rPr>
        <w:t>Affective</w:t>
      </w:r>
      <w:proofErr w:type="spellEnd"/>
      <w:r w:rsidRPr="00B40033">
        <w:rPr>
          <w:sz w:val="20"/>
          <w:lang w:val="sl-SI"/>
        </w:rPr>
        <w:t xml:space="preserve"> Stimuli«, </w:t>
      </w:r>
      <w:proofErr w:type="spellStart"/>
      <w:r w:rsidRPr="00B40033">
        <w:rPr>
          <w:sz w:val="20"/>
          <w:lang w:val="sl-SI"/>
        </w:rPr>
        <w:t>Psychological</w:t>
      </w:r>
      <w:proofErr w:type="spellEnd"/>
      <w:r w:rsidRPr="00B40033">
        <w:rPr>
          <w:sz w:val="20"/>
          <w:lang w:val="sl-SI"/>
        </w:rPr>
        <w:t xml:space="preserve"> Science 18(5): 421–428: </w:t>
      </w:r>
      <w:hyperlink r:id="rId34">
        <w:r w:rsidR="00F94C82" w:rsidRPr="00B40033">
          <w:rPr>
            <w:color w:val="01696F"/>
            <w:sz w:val="20"/>
            <w:u w:val="single"/>
            <w:lang w:val="sl-SI"/>
          </w:rPr>
          <w:t>PDF (UCLA)</w:t>
        </w:r>
      </w:hyperlink>
    </w:p>
    <w:p w14:paraId="3EA5B308" w14:textId="77777777" w:rsidR="00F94C82" w:rsidRPr="00B40033" w:rsidRDefault="00911973">
      <w:pPr>
        <w:pStyle w:val="Oznaenseznam"/>
        <w:spacing w:after="40"/>
        <w:rPr>
          <w:lang w:val="sl-SI"/>
        </w:rPr>
      </w:pPr>
      <w:proofErr w:type="spellStart"/>
      <w:r w:rsidRPr="00B40033">
        <w:rPr>
          <w:sz w:val="20"/>
          <w:lang w:val="sl-SI"/>
        </w:rPr>
        <w:t>Kashdan</w:t>
      </w:r>
      <w:proofErr w:type="spellEnd"/>
      <w:r w:rsidRPr="00B40033">
        <w:rPr>
          <w:sz w:val="20"/>
          <w:lang w:val="sl-SI"/>
        </w:rPr>
        <w:t xml:space="preserve">, T. B., </w:t>
      </w:r>
      <w:proofErr w:type="spellStart"/>
      <w:r w:rsidRPr="00B40033">
        <w:rPr>
          <w:sz w:val="20"/>
          <w:lang w:val="sl-SI"/>
        </w:rPr>
        <w:t>Barrett</w:t>
      </w:r>
      <w:proofErr w:type="spellEnd"/>
      <w:r w:rsidRPr="00B40033">
        <w:rPr>
          <w:sz w:val="20"/>
          <w:lang w:val="sl-SI"/>
        </w:rPr>
        <w:t xml:space="preserve">, L. F., </w:t>
      </w:r>
      <w:proofErr w:type="spellStart"/>
      <w:r w:rsidRPr="00B40033">
        <w:rPr>
          <w:sz w:val="20"/>
          <w:lang w:val="sl-SI"/>
        </w:rPr>
        <w:t>McKnight</w:t>
      </w:r>
      <w:proofErr w:type="spellEnd"/>
      <w:r w:rsidRPr="00B40033">
        <w:rPr>
          <w:sz w:val="20"/>
          <w:lang w:val="sl-SI"/>
        </w:rPr>
        <w:t>, P. E. (2015), »</w:t>
      </w:r>
      <w:proofErr w:type="spellStart"/>
      <w:r w:rsidRPr="00B40033">
        <w:rPr>
          <w:sz w:val="20"/>
          <w:lang w:val="sl-SI"/>
        </w:rPr>
        <w:t>Unpacking</w:t>
      </w:r>
      <w:proofErr w:type="spellEnd"/>
      <w:r w:rsidRPr="00B40033">
        <w:rPr>
          <w:sz w:val="20"/>
          <w:lang w:val="sl-SI"/>
        </w:rPr>
        <w:t xml:space="preserve"> </w:t>
      </w:r>
      <w:proofErr w:type="spellStart"/>
      <w:r w:rsidRPr="00B40033">
        <w:rPr>
          <w:sz w:val="20"/>
          <w:lang w:val="sl-SI"/>
        </w:rPr>
        <w:t>Emotion</w:t>
      </w:r>
      <w:proofErr w:type="spellEnd"/>
      <w:r w:rsidRPr="00B40033">
        <w:rPr>
          <w:sz w:val="20"/>
          <w:lang w:val="sl-SI"/>
        </w:rPr>
        <w:t xml:space="preserve"> </w:t>
      </w:r>
      <w:proofErr w:type="spellStart"/>
      <w:r w:rsidRPr="00B40033">
        <w:rPr>
          <w:sz w:val="20"/>
          <w:lang w:val="sl-SI"/>
        </w:rPr>
        <w:t>Differentiation</w:t>
      </w:r>
      <w:proofErr w:type="spellEnd"/>
      <w:r w:rsidRPr="00B40033">
        <w:rPr>
          <w:sz w:val="20"/>
          <w:lang w:val="sl-SI"/>
        </w:rPr>
        <w:t xml:space="preserve">«, </w:t>
      </w:r>
      <w:proofErr w:type="spellStart"/>
      <w:r w:rsidRPr="00B40033">
        <w:rPr>
          <w:sz w:val="20"/>
          <w:lang w:val="sl-SI"/>
        </w:rPr>
        <w:t>Current</w:t>
      </w:r>
      <w:proofErr w:type="spellEnd"/>
      <w:r w:rsidRPr="00B40033">
        <w:rPr>
          <w:sz w:val="20"/>
          <w:lang w:val="sl-SI"/>
        </w:rPr>
        <w:t xml:space="preserve"> </w:t>
      </w:r>
      <w:proofErr w:type="spellStart"/>
      <w:r w:rsidRPr="00B40033">
        <w:rPr>
          <w:sz w:val="20"/>
          <w:lang w:val="sl-SI"/>
        </w:rPr>
        <w:t>Directions</w:t>
      </w:r>
      <w:proofErr w:type="spellEnd"/>
      <w:r w:rsidRPr="00B40033">
        <w:rPr>
          <w:sz w:val="20"/>
          <w:lang w:val="sl-SI"/>
        </w:rPr>
        <w:t xml:space="preserve"> in </w:t>
      </w:r>
      <w:proofErr w:type="spellStart"/>
      <w:r w:rsidRPr="00B40033">
        <w:rPr>
          <w:sz w:val="20"/>
          <w:lang w:val="sl-SI"/>
        </w:rPr>
        <w:t>Psychological</w:t>
      </w:r>
      <w:proofErr w:type="spellEnd"/>
      <w:r w:rsidRPr="00B40033">
        <w:rPr>
          <w:sz w:val="20"/>
          <w:lang w:val="sl-SI"/>
        </w:rPr>
        <w:t xml:space="preserve"> Science 24(1): 10–16: </w:t>
      </w:r>
      <w:hyperlink r:id="rId35">
        <w:r w:rsidR="00F94C82" w:rsidRPr="00B40033">
          <w:rPr>
            <w:color w:val="01696F"/>
            <w:sz w:val="20"/>
            <w:u w:val="single"/>
            <w:lang w:val="sl-SI"/>
          </w:rPr>
          <w:t>psychologicalscience.org</w:t>
        </w:r>
      </w:hyperlink>
    </w:p>
    <w:p w14:paraId="75D2117F" w14:textId="77777777" w:rsidR="00F94C82" w:rsidRPr="00B40033" w:rsidRDefault="00911973">
      <w:pPr>
        <w:pStyle w:val="Oznaenseznam"/>
        <w:spacing w:after="40"/>
        <w:rPr>
          <w:lang w:val="sl-SI"/>
        </w:rPr>
      </w:pPr>
      <w:r w:rsidRPr="00B40033">
        <w:rPr>
          <w:sz w:val="20"/>
          <w:lang w:val="sl-SI"/>
        </w:rPr>
        <w:t>Gross, J. J. (2002), »</w:t>
      </w:r>
      <w:proofErr w:type="spellStart"/>
      <w:r w:rsidRPr="00B40033">
        <w:rPr>
          <w:sz w:val="20"/>
          <w:lang w:val="sl-SI"/>
        </w:rPr>
        <w:t>Emotion</w:t>
      </w:r>
      <w:proofErr w:type="spellEnd"/>
      <w:r w:rsidRPr="00B40033">
        <w:rPr>
          <w:sz w:val="20"/>
          <w:lang w:val="sl-SI"/>
        </w:rPr>
        <w:t xml:space="preserve"> </w:t>
      </w:r>
      <w:proofErr w:type="spellStart"/>
      <w:r w:rsidRPr="00B40033">
        <w:rPr>
          <w:sz w:val="20"/>
          <w:lang w:val="sl-SI"/>
        </w:rPr>
        <w:t>Regulation</w:t>
      </w:r>
      <w:proofErr w:type="spellEnd"/>
      <w:r w:rsidRPr="00B40033">
        <w:rPr>
          <w:sz w:val="20"/>
          <w:lang w:val="sl-SI"/>
        </w:rPr>
        <w:t xml:space="preserve">: </w:t>
      </w:r>
      <w:proofErr w:type="spellStart"/>
      <w:r w:rsidRPr="00B40033">
        <w:rPr>
          <w:sz w:val="20"/>
          <w:lang w:val="sl-SI"/>
        </w:rPr>
        <w:t>Affective</w:t>
      </w:r>
      <w:proofErr w:type="spellEnd"/>
      <w:r w:rsidRPr="00B40033">
        <w:rPr>
          <w:sz w:val="20"/>
          <w:lang w:val="sl-SI"/>
        </w:rPr>
        <w:t xml:space="preserve">, </w:t>
      </w:r>
      <w:proofErr w:type="spellStart"/>
      <w:r w:rsidRPr="00B40033">
        <w:rPr>
          <w:sz w:val="20"/>
          <w:lang w:val="sl-SI"/>
        </w:rPr>
        <w:t>Cognitive</w:t>
      </w:r>
      <w:proofErr w:type="spellEnd"/>
      <w:r w:rsidRPr="00B40033">
        <w:rPr>
          <w:sz w:val="20"/>
          <w:lang w:val="sl-SI"/>
        </w:rPr>
        <w:t xml:space="preserve">, </w:t>
      </w:r>
      <w:proofErr w:type="spellStart"/>
      <w:r w:rsidRPr="00B40033">
        <w:rPr>
          <w:sz w:val="20"/>
          <w:lang w:val="sl-SI"/>
        </w:rPr>
        <w:t>and</w:t>
      </w:r>
      <w:proofErr w:type="spellEnd"/>
      <w:r w:rsidRPr="00B40033">
        <w:rPr>
          <w:sz w:val="20"/>
          <w:lang w:val="sl-SI"/>
        </w:rPr>
        <w:t xml:space="preserve"> Social </w:t>
      </w:r>
      <w:proofErr w:type="spellStart"/>
      <w:r w:rsidRPr="00B40033">
        <w:rPr>
          <w:sz w:val="20"/>
          <w:lang w:val="sl-SI"/>
        </w:rPr>
        <w:t>Consequences</w:t>
      </w:r>
      <w:proofErr w:type="spellEnd"/>
      <w:r w:rsidRPr="00B40033">
        <w:rPr>
          <w:sz w:val="20"/>
          <w:lang w:val="sl-SI"/>
        </w:rPr>
        <w:t xml:space="preserve">«, </w:t>
      </w:r>
      <w:proofErr w:type="spellStart"/>
      <w:r w:rsidRPr="00B40033">
        <w:rPr>
          <w:sz w:val="20"/>
          <w:lang w:val="sl-SI"/>
        </w:rPr>
        <w:t>Psychophysiology</w:t>
      </w:r>
      <w:proofErr w:type="spellEnd"/>
      <w:r w:rsidRPr="00B40033">
        <w:rPr>
          <w:sz w:val="20"/>
          <w:lang w:val="sl-SI"/>
        </w:rPr>
        <w:t xml:space="preserve"> 39(3): 281–291: </w:t>
      </w:r>
      <w:hyperlink r:id="rId36">
        <w:proofErr w:type="spellStart"/>
        <w:r w:rsidR="00F94C82" w:rsidRPr="00B40033">
          <w:rPr>
            <w:color w:val="01696F"/>
            <w:sz w:val="20"/>
            <w:u w:val="single"/>
            <w:lang w:val="sl-SI"/>
          </w:rPr>
          <w:t>Wiley</w:t>
        </w:r>
        <w:proofErr w:type="spellEnd"/>
      </w:hyperlink>
    </w:p>
    <w:p w14:paraId="16F61BF1" w14:textId="77777777" w:rsidR="00F94C82" w:rsidRPr="00B40033" w:rsidRDefault="00911973">
      <w:pPr>
        <w:pStyle w:val="Oznaenseznam"/>
        <w:spacing w:after="40"/>
        <w:rPr>
          <w:lang w:val="sl-SI"/>
        </w:rPr>
      </w:pPr>
      <w:proofErr w:type="spellStart"/>
      <w:r w:rsidRPr="00B40033">
        <w:rPr>
          <w:sz w:val="20"/>
          <w:lang w:val="sl-SI"/>
        </w:rPr>
        <w:t>Csikszentmihalyi</w:t>
      </w:r>
      <w:proofErr w:type="spellEnd"/>
      <w:r w:rsidRPr="00B40033">
        <w:rPr>
          <w:sz w:val="20"/>
          <w:lang w:val="sl-SI"/>
        </w:rPr>
        <w:t xml:space="preserve">, M. (1990), </w:t>
      </w:r>
      <w:proofErr w:type="spellStart"/>
      <w:r w:rsidRPr="00B40033">
        <w:rPr>
          <w:sz w:val="20"/>
          <w:lang w:val="sl-SI"/>
        </w:rPr>
        <w:t>Flow</w:t>
      </w:r>
      <w:proofErr w:type="spellEnd"/>
      <w:r w:rsidRPr="00B40033">
        <w:rPr>
          <w:sz w:val="20"/>
          <w:lang w:val="sl-SI"/>
        </w:rPr>
        <w:t xml:space="preserve">: </w:t>
      </w:r>
      <w:proofErr w:type="spellStart"/>
      <w:r w:rsidRPr="00B40033">
        <w:rPr>
          <w:sz w:val="20"/>
          <w:lang w:val="sl-SI"/>
        </w:rPr>
        <w:t>The</w:t>
      </w:r>
      <w:proofErr w:type="spellEnd"/>
      <w:r w:rsidRPr="00B40033">
        <w:rPr>
          <w:sz w:val="20"/>
          <w:lang w:val="sl-SI"/>
        </w:rPr>
        <w:t xml:space="preserve"> </w:t>
      </w:r>
      <w:proofErr w:type="spellStart"/>
      <w:r w:rsidRPr="00B40033">
        <w:rPr>
          <w:sz w:val="20"/>
          <w:lang w:val="sl-SI"/>
        </w:rPr>
        <w:t>Psychology</w:t>
      </w:r>
      <w:proofErr w:type="spellEnd"/>
      <w:r w:rsidRPr="00B40033">
        <w:rPr>
          <w:sz w:val="20"/>
          <w:lang w:val="sl-SI"/>
        </w:rPr>
        <w:t xml:space="preserve"> </w:t>
      </w:r>
      <w:proofErr w:type="spellStart"/>
      <w:r w:rsidRPr="00B40033">
        <w:rPr>
          <w:sz w:val="20"/>
          <w:lang w:val="sl-SI"/>
        </w:rPr>
        <w:t>of</w:t>
      </w:r>
      <w:proofErr w:type="spellEnd"/>
      <w:r w:rsidRPr="00B40033">
        <w:rPr>
          <w:sz w:val="20"/>
          <w:lang w:val="sl-SI"/>
        </w:rPr>
        <w:t xml:space="preserve"> </w:t>
      </w:r>
      <w:proofErr w:type="spellStart"/>
      <w:r w:rsidRPr="00B40033">
        <w:rPr>
          <w:sz w:val="20"/>
          <w:lang w:val="sl-SI"/>
        </w:rPr>
        <w:t>Optimal</w:t>
      </w:r>
      <w:proofErr w:type="spellEnd"/>
      <w:r w:rsidRPr="00B40033">
        <w:rPr>
          <w:sz w:val="20"/>
          <w:lang w:val="sl-SI"/>
        </w:rPr>
        <w:t xml:space="preserve"> </w:t>
      </w:r>
      <w:proofErr w:type="spellStart"/>
      <w:r w:rsidRPr="00B40033">
        <w:rPr>
          <w:sz w:val="20"/>
          <w:lang w:val="sl-SI"/>
        </w:rPr>
        <w:t>Experience</w:t>
      </w:r>
      <w:proofErr w:type="spellEnd"/>
      <w:r w:rsidRPr="00B40033">
        <w:rPr>
          <w:sz w:val="20"/>
          <w:lang w:val="sl-SI"/>
        </w:rPr>
        <w:t xml:space="preserve">, </w:t>
      </w:r>
      <w:proofErr w:type="spellStart"/>
      <w:r w:rsidRPr="00B40033">
        <w:rPr>
          <w:sz w:val="20"/>
          <w:lang w:val="sl-SI"/>
        </w:rPr>
        <w:t>Harper</w:t>
      </w:r>
      <w:proofErr w:type="spellEnd"/>
      <w:r w:rsidRPr="00B40033">
        <w:rPr>
          <w:sz w:val="20"/>
          <w:lang w:val="sl-SI"/>
        </w:rPr>
        <w:t xml:space="preserve"> &amp; </w:t>
      </w:r>
      <w:proofErr w:type="spellStart"/>
      <w:r w:rsidRPr="00B40033">
        <w:rPr>
          <w:sz w:val="20"/>
          <w:lang w:val="sl-SI"/>
        </w:rPr>
        <w:t>Row</w:t>
      </w:r>
      <w:proofErr w:type="spellEnd"/>
      <w:r w:rsidRPr="00B40033">
        <w:rPr>
          <w:sz w:val="20"/>
          <w:lang w:val="sl-SI"/>
        </w:rPr>
        <w:t xml:space="preserve">: </w:t>
      </w:r>
      <w:hyperlink r:id="rId37">
        <w:r w:rsidR="00F94C82" w:rsidRPr="00B40033">
          <w:rPr>
            <w:color w:val="01696F"/>
            <w:sz w:val="20"/>
            <w:u w:val="single"/>
            <w:lang w:val="sl-SI"/>
          </w:rPr>
          <w:t>archive.org</w:t>
        </w:r>
      </w:hyperlink>
    </w:p>
    <w:p w14:paraId="7A9AA81E" w14:textId="77777777" w:rsidR="00F94C82" w:rsidRPr="00B40033" w:rsidRDefault="00911973">
      <w:pPr>
        <w:pStyle w:val="Oznaenseznam"/>
        <w:spacing w:after="40"/>
        <w:rPr>
          <w:lang w:val="sl-SI"/>
        </w:rPr>
      </w:pPr>
      <w:r w:rsidRPr="00B40033">
        <w:rPr>
          <w:sz w:val="20"/>
          <w:lang w:val="sl-SI"/>
        </w:rPr>
        <w:t xml:space="preserve">Tara </w:t>
      </w:r>
      <w:proofErr w:type="spellStart"/>
      <w:r w:rsidRPr="00B40033">
        <w:rPr>
          <w:sz w:val="20"/>
          <w:lang w:val="sl-SI"/>
        </w:rPr>
        <w:t>Brach</w:t>
      </w:r>
      <w:proofErr w:type="spellEnd"/>
      <w:r w:rsidRPr="00B40033">
        <w:rPr>
          <w:sz w:val="20"/>
          <w:lang w:val="sl-SI"/>
        </w:rPr>
        <w:t xml:space="preserve"> — uradna stran protokola RAIN: </w:t>
      </w:r>
      <w:hyperlink r:id="rId38">
        <w:r w:rsidR="00F94C82" w:rsidRPr="00B40033">
          <w:rPr>
            <w:color w:val="01696F"/>
            <w:sz w:val="20"/>
            <w:u w:val="single"/>
            <w:lang w:val="sl-SI"/>
          </w:rPr>
          <w:t>tarabrach.com</w:t>
        </w:r>
      </w:hyperlink>
    </w:p>
    <w:p w14:paraId="1A307040" w14:textId="77777777" w:rsidR="00F94C82" w:rsidRPr="00B40033" w:rsidRDefault="00911973">
      <w:pPr>
        <w:pStyle w:val="Oznaenseznam"/>
        <w:spacing w:after="40"/>
        <w:rPr>
          <w:lang w:val="sl-SI"/>
        </w:rPr>
      </w:pPr>
      <w:r w:rsidRPr="00B40033">
        <w:rPr>
          <w:sz w:val="20"/>
          <w:lang w:val="sl-SI"/>
        </w:rPr>
        <w:t>Pregled raziskav čustvene natančnosti in uravnavanja čustev (</w:t>
      </w:r>
      <w:proofErr w:type="spellStart"/>
      <w:r w:rsidRPr="00B40033">
        <w:rPr>
          <w:sz w:val="20"/>
          <w:lang w:val="sl-SI"/>
        </w:rPr>
        <w:t>Frontiers</w:t>
      </w:r>
      <w:proofErr w:type="spellEnd"/>
      <w:r w:rsidRPr="00B40033">
        <w:rPr>
          <w:sz w:val="20"/>
          <w:lang w:val="sl-SI"/>
        </w:rPr>
        <w:t xml:space="preserve"> in </w:t>
      </w:r>
      <w:proofErr w:type="spellStart"/>
      <w:r w:rsidRPr="00B40033">
        <w:rPr>
          <w:sz w:val="20"/>
          <w:lang w:val="sl-SI"/>
        </w:rPr>
        <w:t>Psychology</w:t>
      </w:r>
      <w:proofErr w:type="spellEnd"/>
      <w:r w:rsidRPr="00B40033">
        <w:rPr>
          <w:sz w:val="20"/>
          <w:lang w:val="sl-SI"/>
        </w:rPr>
        <w:t xml:space="preserve">, 2022): </w:t>
      </w:r>
      <w:hyperlink r:id="rId39">
        <w:r w:rsidR="00F94C82" w:rsidRPr="00B40033">
          <w:rPr>
            <w:color w:val="01696F"/>
            <w:sz w:val="20"/>
            <w:u w:val="single"/>
            <w:lang w:val="sl-SI"/>
          </w:rPr>
          <w:t>PMC</w:t>
        </w:r>
      </w:hyperlink>
    </w:p>
    <w:p w14:paraId="4F4F09B6" w14:textId="77777777" w:rsidR="00F94C82" w:rsidRPr="00B40033" w:rsidRDefault="00911973">
      <w:pPr>
        <w:pStyle w:val="Oznaenseznam"/>
        <w:spacing w:after="40"/>
        <w:rPr>
          <w:lang w:val="sl-SI"/>
        </w:rPr>
      </w:pPr>
      <w:proofErr w:type="spellStart"/>
      <w:r w:rsidRPr="00B40033">
        <w:rPr>
          <w:sz w:val="20"/>
          <w:lang w:val="sl-SI"/>
        </w:rPr>
        <w:t>Fredrickson</w:t>
      </w:r>
      <w:proofErr w:type="spellEnd"/>
      <w:r w:rsidRPr="00B40033">
        <w:rPr>
          <w:sz w:val="20"/>
          <w:lang w:val="sl-SI"/>
        </w:rPr>
        <w:t>, B. L. (2001), »</w:t>
      </w:r>
      <w:proofErr w:type="spellStart"/>
      <w:r w:rsidRPr="00B40033">
        <w:rPr>
          <w:sz w:val="20"/>
          <w:lang w:val="sl-SI"/>
        </w:rPr>
        <w:t>The</w:t>
      </w:r>
      <w:proofErr w:type="spellEnd"/>
      <w:r w:rsidRPr="00B40033">
        <w:rPr>
          <w:sz w:val="20"/>
          <w:lang w:val="sl-SI"/>
        </w:rPr>
        <w:t xml:space="preserve"> Role </w:t>
      </w:r>
      <w:proofErr w:type="spellStart"/>
      <w:r w:rsidRPr="00B40033">
        <w:rPr>
          <w:sz w:val="20"/>
          <w:lang w:val="sl-SI"/>
        </w:rPr>
        <w:t>of</w:t>
      </w:r>
      <w:proofErr w:type="spellEnd"/>
      <w:r w:rsidRPr="00B40033">
        <w:rPr>
          <w:sz w:val="20"/>
          <w:lang w:val="sl-SI"/>
        </w:rPr>
        <w:t xml:space="preserve"> </w:t>
      </w:r>
      <w:proofErr w:type="spellStart"/>
      <w:r w:rsidRPr="00B40033">
        <w:rPr>
          <w:sz w:val="20"/>
          <w:lang w:val="sl-SI"/>
        </w:rPr>
        <w:t>Positive</w:t>
      </w:r>
      <w:proofErr w:type="spellEnd"/>
      <w:r w:rsidRPr="00B40033">
        <w:rPr>
          <w:sz w:val="20"/>
          <w:lang w:val="sl-SI"/>
        </w:rPr>
        <w:t xml:space="preserve"> </w:t>
      </w:r>
      <w:proofErr w:type="spellStart"/>
      <w:r w:rsidRPr="00B40033">
        <w:rPr>
          <w:sz w:val="20"/>
          <w:lang w:val="sl-SI"/>
        </w:rPr>
        <w:t>Emotions</w:t>
      </w:r>
      <w:proofErr w:type="spellEnd"/>
      <w:r w:rsidRPr="00B40033">
        <w:rPr>
          <w:sz w:val="20"/>
          <w:lang w:val="sl-SI"/>
        </w:rPr>
        <w:t xml:space="preserve"> in </w:t>
      </w:r>
      <w:proofErr w:type="spellStart"/>
      <w:r w:rsidRPr="00B40033">
        <w:rPr>
          <w:sz w:val="20"/>
          <w:lang w:val="sl-SI"/>
        </w:rPr>
        <w:t>Positive</w:t>
      </w:r>
      <w:proofErr w:type="spellEnd"/>
      <w:r w:rsidRPr="00B40033">
        <w:rPr>
          <w:sz w:val="20"/>
          <w:lang w:val="sl-SI"/>
        </w:rPr>
        <w:t xml:space="preserve"> </w:t>
      </w:r>
      <w:proofErr w:type="spellStart"/>
      <w:r w:rsidRPr="00B40033">
        <w:rPr>
          <w:sz w:val="20"/>
          <w:lang w:val="sl-SI"/>
        </w:rPr>
        <w:t>Psychology</w:t>
      </w:r>
      <w:proofErr w:type="spellEnd"/>
      <w:r w:rsidRPr="00B40033">
        <w:rPr>
          <w:sz w:val="20"/>
          <w:lang w:val="sl-SI"/>
        </w:rPr>
        <w:t xml:space="preserve">: </w:t>
      </w:r>
      <w:proofErr w:type="spellStart"/>
      <w:r w:rsidRPr="00B40033">
        <w:rPr>
          <w:sz w:val="20"/>
          <w:lang w:val="sl-SI"/>
        </w:rPr>
        <w:t>The</w:t>
      </w:r>
      <w:proofErr w:type="spellEnd"/>
      <w:r w:rsidRPr="00B40033">
        <w:rPr>
          <w:sz w:val="20"/>
          <w:lang w:val="sl-SI"/>
        </w:rPr>
        <w:t xml:space="preserve"> </w:t>
      </w:r>
      <w:proofErr w:type="spellStart"/>
      <w:r w:rsidRPr="00B40033">
        <w:rPr>
          <w:sz w:val="20"/>
          <w:lang w:val="sl-SI"/>
        </w:rPr>
        <w:t>Broaden-and-Build</w:t>
      </w:r>
      <w:proofErr w:type="spellEnd"/>
      <w:r w:rsidRPr="00B40033">
        <w:rPr>
          <w:sz w:val="20"/>
          <w:lang w:val="sl-SI"/>
        </w:rPr>
        <w:t xml:space="preserve"> </w:t>
      </w:r>
      <w:proofErr w:type="spellStart"/>
      <w:r w:rsidRPr="00B40033">
        <w:rPr>
          <w:sz w:val="20"/>
          <w:lang w:val="sl-SI"/>
        </w:rPr>
        <w:t>Theory</w:t>
      </w:r>
      <w:proofErr w:type="spellEnd"/>
      <w:r w:rsidRPr="00B40033">
        <w:rPr>
          <w:sz w:val="20"/>
          <w:lang w:val="sl-SI"/>
        </w:rPr>
        <w:t xml:space="preserve"> </w:t>
      </w:r>
      <w:proofErr w:type="spellStart"/>
      <w:r w:rsidRPr="00B40033">
        <w:rPr>
          <w:sz w:val="20"/>
          <w:lang w:val="sl-SI"/>
        </w:rPr>
        <w:t>of</w:t>
      </w:r>
      <w:proofErr w:type="spellEnd"/>
      <w:r w:rsidRPr="00B40033">
        <w:rPr>
          <w:sz w:val="20"/>
          <w:lang w:val="sl-SI"/>
        </w:rPr>
        <w:t xml:space="preserve"> </w:t>
      </w:r>
      <w:proofErr w:type="spellStart"/>
      <w:r w:rsidRPr="00B40033">
        <w:rPr>
          <w:sz w:val="20"/>
          <w:lang w:val="sl-SI"/>
        </w:rPr>
        <w:t>Positive</w:t>
      </w:r>
      <w:proofErr w:type="spellEnd"/>
      <w:r w:rsidRPr="00B40033">
        <w:rPr>
          <w:sz w:val="20"/>
          <w:lang w:val="sl-SI"/>
        </w:rPr>
        <w:t xml:space="preserve"> </w:t>
      </w:r>
      <w:proofErr w:type="spellStart"/>
      <w:r w:rsidRPr="00B40033">
        <w:rPr>
          <w:sz w:val="20"/>
          <w:lang w:val="sl-SI"/>
        </w:rPr>
        <w:t>Emotions</w:t>
      </w:r>
      <w:proofErr w:type="spellEnd"/>
      <w:r w:rsidRPr="00B40033">
        <w:rPr>
          <w:sz w:val="20"/>
          <w:lang w:val="sl-SI"/>
        </w:rPr>
        <w:t xml:space="preserve">«, </w:t>
      </w:r>
      <w:proofErr w:type="spellStart"/>
      <w:r w:rsidRPr="00B40033">
        <w:rPr>
          <w:sz w:val="20"/>
          <w:lang w:val="sl-SI"/>
        </w:rPr>
        <w:t>American</w:t>
      </w:r>
      <w:proofErr w:type="spellEnd"/>
      <w:r w:rsidRPr="00B40033">
        <w:rPr>
          <w:sz w:val="20"/>
          <w:lang w:val="sl-SI"/>
        </w:rPr>
        <w:t xml:space="preserve"> </w:t>
      </w:r>
      <w:proofErr w:type="spellStart"/>
      <w:r w:rsidRPr="00B40033">
        <w:rPr>
          <w:sz w:val="20"/>
          <w:lang w:val="sl-SI"/>
        </w:rPr>
        <w:t>Psychologist</w:t>
      </w:r>
      <w:proofErr w:type="spellEnd"/>
      <w:r w:rsidRPr="00B40033">
        <w:rPr>
          <w:sz w:val="20"/>
          <w:lang w:val="sl-SI"/>
        </w:rPr>
        <w:t xml:space="preserve"> 56(3): 218–226: </w:t>
      </w:r>
      <w:hyperlink r:id="rId40">
        <w:r w:rsidR="00F94C82" w:rsidRPr="00B40033">
          <w:rPr>
            <w:color w:val="01696F"/>
            <w:sz w:val="20"/>
            <w:u w:val="single"/>
            <w:lang w:val="sl-SI"/>
          </w:rPr>
          <w:t xml:space="preserve">APA </w:t>
        </w:r>
        <w:proofErr w:type="spellStart"/>
        <w:r w:rsidR="00F94C82" w:rsidRPr="00B40033">
          <w:rPr>
            <w:color w:val="01696F"/>
            <w:sz w:val="20"/>
            <w:u w:val="single"/>
            <w:lang w:val="sl-SI"/>
          </w:rPr>
          <w:t>PsycNet</w:t>
        </w:r>
        <w:proofErr w:type="spellEnd"/>
      </w:hyperlink>
    </w:p>
    <w:p w14:paraId="26346961" w14:textId="77777777" w:rsidR="00F94C82" w:rsidRPr="00B40033" w:rsidRDefault="00911973">
      <w:pPr>
        <w:pStyle w:val="Oznaenseznam"/>
        <w:spacing w:after="40"/>
        <w:rPr>
          <w:lang w:val="sl-SI"/>
        </w:rPr>
      </w:pPr>
      <w:proofErr w:type="spellStart"/>
      <w:r w:rsidRPr="00B40033">
        <w:rPr>
          <w:sz w:val="20"/>
          <w:lang w:val="sl-SI"/>
        </w:rPr>
        <w:t>Price</w:t>
      </w:r>
      <w:proofErr w:type="spellEnd"/>
      <w:r w:rsidRPr="00B40033">
        <w:rPr>
          <w:sz w:val="20"/>
          <w:lang w:val="sl-SI"/>
        </w:rPr>
        <w:t xml:space="preserve">, C. J., </w:t>
      </w:r>
      <w:proofErr w:type="spellStart"/>
      <w:r w:rsidRPr="00B40033">
        <w:rPr>
          <w:sz w:val="20"/>
          <w:lang w:val="sl-SI"/>
        </w:rPr>
        <w:t>Hooven</w:t>
      </w:r>
      <w:proofErr w:type="spellEnd"/>
      <w:r w:rsidRPr="00B40033">
        <w:rPr>
          <w:sz w:val="20"/>
          <w:lang w:val="sl-SI"/>
        </w:rPr>
        <w:t>, C. (2018), »</w:t>
      </w:r>
      <w:proofErr w:type="spellStart"/>
      <w:r w:rsidRPr="00B40033">
        <w:rPr>
          <w:sz w:val="20"/>
          <w:lang w:val="sl-SI"/>
        </w:rPr>
        <w:t>Interoceptive</w:t>
      </w:r>
      <w:proofErr w:type="spellEnd"/>
      <w:r w:rsidRPr="00B40033">
        <w:rPr>
          <w:sz w:val="20"/>
          <w:lang w:val="sl-SI"/>
        </w:rPr>
        <w:t xml:space="preserve"> </w:t>
      </w:r>
      <w:proofErr w:type="spellStart"/>
      <w:r w:rsidRPr="00B40033">
        <w:rPr>
          <w:sz w:val="20"/>
          <w:lang w:val="sl-SI"/>
        </w:rPr>
        <w:t>Awareness</w:t>
      </w:r>
      <w:proofErr w:type="spellEnd"/>
      <w:r w:rsidRPr="00B40033">
        <w:rPr>
          <w:sz w:val="20"/>
          <w:lang w:val="sl-SI"/>
        </w:rPr>
        <w:t xml:space="preserve"> </w:t>
      </w:r>
      <w:proofErr w:type="spellStart"/>
      <w:r w:rsidRPr="00B40033">
        <w:rPr>
          <w:sz w:val="20"/>
          <w:lang w:val="sl-SI"/>
        </w:rPr>
        <w:t>Skills</w:t>
      </w:r>
      <w:proofErr w:type="spellEnd"/>
      <w:r w:rsidRPr="00B40033">
        <w:rPr>
          <w:sz w:val="20"/>
          <w:lang w:val="sl-SI"/>
        </w:rPr>
        <w:t xml:space="preserve"> </w:t>
      </w:r>
      <w:proofErr w:type="spellStart"/>
      <w:r w:rsidRPr="00B40033">
        <w:rPr>
          <w:sz w:val="20"/>
          <w:lang w:val="sl-SI"/>
        </w:rPr>
        <w:t>for</w:t>
      </w:r>
      <w:proofErr w:type="spellEnd"/>
      <w:r w:rsidRPr="00B40033">
        <w:rPr>
          <w:sz w:val="20"/>
          <w:lang w:val="sl-SI"/>
        </w:rPr>
        <w:t xml:space="preserve"> </w:t>
      </w:r>
      <w:proofErr w:type="spellStart"/>
      <w:r w:rsidRPr="00B40033">
        <w:rPr>
          <w:sz w:val="20"/>
          <w:lang w:val="sl-SI"/>
        </w:rPr>
        <w:t>Emotion</w:t>
      </w:r>
      <w:proofErr w:type="spellEnd"/>
      <w:r w:rsidRPr="00B40033">
        <w:rPr>
          <w:sz w:val="20"/>
          <w:lang w:val="sl-SI"/>
        </w:rPr>
        <w:t xml:space="preserve"> </w:t>
      </w:r>
      <w:proofErr w:type="spellStart"/>
      <w:r w:rsidRPr="00B40033">
        <w:rPr>
          <w:sz w:val="20"/>
          <w:lang w:val="sl-SI"/>
        </w:rPr>
        <w:t>Regulation</w:t>
      </w:r>
      <w:proofErr w:type="spellEnd"/>
      <w:r w:rsidRPr="00B40033">
        <w:rPr>
          <w:sz w:val="20"/>
          <w:lang w:val="sl-SI"/>
        </w:rPr>
        <w:t xml:space="preserve">«, </w:t>
      </w:r>
      <w:proofErr w:type="spellStart"/>
      <w:r w:rsidRPr="00B40033">
        <w:rPr>
          <w:sz w:val="20"/>
          <w:lang w:val="sl-SI"/>
        </w:rPr>
        <w:t>Frontiers</w:t>
      </w:r>
      <w:proofErr w:type="spellEnd"/>
      <w:r w:rsidRPr="00B40033">
        <w:rPr>
          <w:sz w:val="20"/>
          <w:lang w:val="sl-SI"/>
        </w:rPr>
        <w:t xml:space="preserve"> in </w:t>
      </w:r>
      <w:proofErr w:type="spellStart"/>
      <w:r w:rsidRPr="00B40033">
        <w:rPr>
          <w:sz w:val="20"/>
          <w:lang w:val="sl-SI"/>
        </w:rPr>
        <w:t>Psychology</w:t>
      </w:r>
      <w:proofErr w:type="spellEnd"/>
      <w:r w:rsidRPr="00B40033">
        <w:rPr>
          <w:sz w:val="20"/>
          <w:lang w:val="sl-SI"/>
        </w:rPr>
        <w:t xml:space="preserve"> 9: 798: </w:t>
      </w:r>
      <w:hyperlink r:id="rId41">
        <w:r w:rsidR="00F94C82" w:rsidRPr="00B40033">
          <w:rPr>
            <w:color w:val="01696F"/>
            <w:sz w:val="20"/>
            <w:u w:val="single"/>
            <w:lang w:val="sl-SI"/>
          </w:rPr>
          <w:t>frontiersin.org</w:t>
        </w:r>
      </w:hyperlink>
    </w:p>
    <w:p w14:paraId="43BB750C" w14:textId="77777777" w:rsidR="00F94C82" w:rsidRPr="00B40033" w:rsidRDefault="00911973">
      <w:pPr>
        <w:pStyle w:val="Oznaenseznam"/>
        <w:spacing w:after="40"/>
        <w:rPr>
          <w:lang w:val="sl-SI"/>
        </w:rPr>
      </w:pPr>
      <w:r w:rsidRPr="00B40033">
        <w:rPr>
          <w:sz w:val="20"/>
          <w:lang w:val="sl-SI"/>
        </w:rPr>
        <w:t xml:space="preserve">Sturm, V. E., </w:t>
      </w:r>
      <w:proofErr w:type="spellStart"/>
      <w:r w:rsidRPr="00B40033">
        <w:rPr>
          <w:sz w:val="20"/>
          <w:lang w:val="sl-SI"/>
        </w:rPr>
        <w:t>Keltner</w:t>
      </w:r>
      <w:proofErr w:type="spellEnd"/>
      <w:r w:rsidRPr="00B40033">
        <w:rPr>
          <w:sz w:val="20"/>
          <w:lang w:val="sl-SI"/>
        </w:rPr>
        <w:t>, D. idr. (2020), raziskava »</w:t>
      </w:r>
      <w:proofErr w:type="spellStart"/>
      <w:r w:rsidRPr="00B40033">
        <w:rPr>
          <w:sz w:val="20"/>
          <w:lang w:val="sl-SI"/>
        </w:rPr>
        <w:t>awe</w:t>
      </w:r>
      <w:proofErr w:type="spellEnd"/>
      <w:r w:rsidRPr="00B40033">
        <w:rPr>
          <w:sz w:val="20"/>
          <w:lang w:val="sl-SI"/>
        </w:rPr>
        <w:t xml:space="preserve"> </w:t>
      </w:r>
      <w:proofErr w:type="spellStart"/>
      <w:r w:rsidRPr="00B40033">
        <w:rPr>
          <w:sz w:val="20"/>
          <w:lang w:val="sl-SI"/>
        </w:rPr>
        <w:t>walk</w:t>
      </w:r>
      <w:proofErr w:type="spellEnd"/>
      <w:r w:rsidRPr="00B40033">
        <w:rPr>
          <w:sz w:val="20"/>
          <w:lang w:val="sl-SI"/>
        </w:rPr>
        <w:t xml:space="preserve">« sprehodov, objavljena v reviji </w:t>
      </w:r>
      <w:proofErr w:type="spellStart"/>
      <w:r w:rsidRPr="00B40033">
        <w:rPr>
          <w:sz w:val="20"/>
          <w:lang w:val="sl-SI"/>
        </w:rPr>
        <w:t>Emotion</w:t>
      </w:r>
      <w:proofErr w:type="spellEnd"/>
      <w:r w:rsidRPr="00B40033">
        <w:rPr>
          <w:sz w:val="20"/>
          <w:lang w:val="sl-SI"/>
        </w:rPr>
        <w:t xml:space="preserve"> (povzetek UCSF): </w:t>
      </w:r>
      <w:hyperlink r:id="rId42">
        <w:r w:rsidR="00F94C82" w:rsidRPr="00B40033">
          <w:rPr>
            <w:color w:val="01696F"/>
            <w:sz w:val="20"/>
            <w:u w:val="single"/>
            <w:lang w:val="sl-SI"/>
          </w:rPr>
          <w:t>ucsf.edu</w:t>
        </w:r>
      </w:hyperlink>
    </w:p>
    <w:p w14:paraId="78981858" w14:textId="2F14E1C8" w:rsidR="00F94C82" w:rsidRPr="00B40033" w:rsidRDefault="00AF64A9" w:rsidP="00C8104E">
      <w:pPr>
        <w:jc w:val="both"/>
        <w:rPr>
          <w:lang w:val="sl-SI"/>
        </w:rPr>
      </w:pPr>
      <w:r w:rsidRPr="00B40033">
        <w:rPr>
          <w:lang w:val="sl-SI"/>
        </w:rPr>
        <w:lastRenderedPageBreak/>
        <w:t>Besedilo</w:t>
      </w:r>
      <w:r w:rsidR="0016037A">
        <w:rPr>
          <w:lang w:val="sl-SI"/>
        </w:rPr>
        <w:t xml:space="preserve"> je napisano</w:t>
      </w:r>
      <w:r w:rsidRPr="00B40033">
        <w:rPr>
          <w:lang w:val="sl-SI"/>
        </w:rPr>
        <w:t xml:space="preserve"> </w:t>
      </w:r>
      <w:r w:rsidR="00911973" w:rsidRPr="00B40033">
        <w:rPr>
          <w:lang w:val="sl-SI"/>
        </w:rPr>
        <w:t xml:space="preserve">kot izobraževalni in razvojni priročnik. Ni medicinski nasvet in ni nadomestilo za terapijo. Če potrebuješ podporo, se obrni na zaupanja vrednega </w:t>
      </w:r>
      <w:r w:rsidRPr="00B40033">
        <w:rPr>
          <w:lang w:val="sl-SI"/>
        </w:rPr>
        <w:t>strokovnjaka.</w:t>
      </w:r>
      <w:r w:rsidR="00911973" w:rsidRPr="00B40033">
        <w:rPr>
          <w:lang w:val="sl-SI"/>
        </w:rPr>
        <w:t xml:space="preserve"> Priročnik je zasnovan za osebno rabo in delo v parih ali skupinah. Kopiranje za lastne namene je dovoljeno.</w:t>
      </w:r>
    </w:p>
    <w:sectPr w:rsidR="00F94C82" w:rsidRPr="00B40033" w:rsidSect="00034616">
      <w:headerReference w:type="default" r:id="rId43"/>
      <w:footerReference w:type="default" r:id="rId44"/>
      <w:pgSz w:w="11906" w:h="16838"/>
      <w:pgMar w:top="1134" w:right="1134" w:bottom="1077" w:left="1247"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62DEF" w14:textId="77777777" w:rsidR="00451635" w:rsidRDefault="00451635">
      <w:pPr>
        <w:spacing w:after="0" w:line="240" w:lineRule="auto"/>
      </w:pPr>
      <w:r>
        <w:separator/>
      </w:r>
    </w:p>
  </w:endnote>
  <w:endnote w:type="continuationSeparator" w:id="0">
    <w:p w14:paraId="1A0E9A5C" w14:textId="77777777" w:rsidR="00451635" w:rsidRDefault="00451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2DDFB" w14:textId="074E53DA" w:rsidR="00F94C82" w:rsidRDefault="00911973">
    <w:pPr>
      <w:pStyle w:val="Noga"/>
      <w:jc w:val="right"/>
    </w:pPr>
    <w:r>
      <w:rPr>
        <w:color w:val="796B61"/>
        <w:sz w:val="18"/>
      </w:rPr>
      <w:t xml:space="preserve">ŽIVIM.ZARES   ·   </w:t>
    </w:r>
    <w:r w:rsidR="00F94C82">
      <w:fldChar w:fldCharType="begin"/>
    </w:r>
    <w:r w:rsidR="00F94C82">
      <w:instrText>PAGE</w:instrText>
    </w:r>
    <w:r w:rsidR="00F94C82">
      <w:fldChar w:fldCharType="separate"/>
    </w:r>
    <w:r w:rsidR="00C64360">
      <w:rPr>
        <w:noProof/>
      </w:rPr>
      <w:t>2</w:t>
    </w:r>
    <w:r w:rsidR="00F94C8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3959A" w14:textId="77777777" w:rsidR="00451635" w:rsidRDefault="00451635">
      <w:pPr>
        <w:spacing w:after="0" w:line="240" w:lineRule="auto"/>
      </w:pPr>
      <w:r>
        <w:separator/>
      </w:r>
    </w:p>
  </w:footnote>
  <w:footnote w:type="continuationSeparator" w:id="0">
    <w:p w14:paraId="77A06F4C" w14:textId="77777777" w:rsidR="00451635" w:rsidRDefault="00451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C9EC" w14:textId="77777777" w:rsidR="00F94C82" w:rsidRPr="00343180" w:rsidRDefault="00911973">
    <w:pPr>
      <w:pStyle w:val="Glava"/>
      <w:rPr>
        <w:lang w:val="sl-SI"/>
      </w:rPr>
    </w:pPr>
    <w:r>
      <w:rPr>
        <w:color w:val="796B61"/>
        <w:sz w:val="18"/>
      </w:rPr>
      <w:t xml:space="preserve">ŽIVIM.ZARES  |  </w:t>
    </w:r>
    <w:proofErr w:type="spellStart"/>
    <w:r>
      <w:rPr>
        <w:color w:val="796B61"/>
        <w:sz w:val="18"/>
      </w:rPr>
      <w:t>Zavestna</w:t>
    </w:r>
    <w:proofErr w:type="spellEnd"/>
    <w:r>
      <w:rPr>
        <w:color w:val="796B61"/>
        <w:sz w:val="18"/>
      </w:rPr>
      <w:t xml:space="preserve"> </w:t>
    </w:r>
    <w:proofErr w:type="spellStart"/>
    <w:r>
      <w:rPr>
        <w:color w:val="796B61"/>
        <w:sz w:val="18"/>
      </w:rPr>
      <w:t>izbira</w:t>
    </w:r>
    <w:proofErr w:type="spellEnd"/>
    <w:r>
      <w:rPr>
        <w:color w:val="796B61"/>
        <w:sz w:val="18"/>
      </w:rPr>
      <w:t xml:space="preserve"> </w:t>
    </w:r>
    <w:proofErr w:type="spellStart"/>
    <w:r>
      <w:rPr>
        <w:color w:val="796B61"/>
        <w:sz w:val="18"/>
      </w:rPr>
      <w:t>počutja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FEC6AA58"/>
    <w:lvl w:ilvl="0">
      <w:start w:val="1"/>
      <w:numFmt w:val="bullet"/>
      <w:pStyle w:val="Oznaenseznam"/>
      <w:lvlText w:val=""/>
      <w:lvlJc w:val="left"/>
      <w:pPr>
        <w:tabs>
          <w:tab w:val="num" w:pos="360"/>
        </w:tabs>
        <w:ind w:left="360" w:hanging="360"/>
      </w:pPr>
      <w:rPr>
        <w:rFonts w:ascii="Symbol" w:hAnsi="Symbol" w:hint="default"/>
      </w:rPr>
    </w:lvl>
  </w:abstractNum>
  <w:num w:numId="1" w16cid:durableId="794447978">
    <w:abstractNumId w:val="8"/>
  </w:num>
  <w:num w:numId="2" w16cid:durableId="622690263">
    <w:abstractNumId w:val="6"/>
  </w:num>
  <w:num w:numId="3" w16cid:durableId="1249344635">
    <w:abstractNumId w:val="5"/>
  </w:num>
  <w:num w:numId="4" w16cid:durableId="1722945284">
    <w:abstractNumId w:val="4"/>
  </w:num>
  <w:num w:numId="5" w16cid:durableId="1798139324">
    <w:abstractNumId w:val="7"/>
  </w:num>
  <w:num w:numId="6" w16cid:durableId="1660845153">
    <w:abstractNumId w:val="3"/>
  </w:num>
  <w:num w:numId="7" w16cid:durableId="930545858">
    <w:abstractNumId w:val="2"/>
  </w:num>
  <w:num w:numId="8" w16cid:durableId="1354184693">
    <w:abstractNumId w:val="1"/>
  </w:num>
  <w:num w:numId="9" w16cid:durableId="1136099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5BA"/>
    <w:rsid w:val="00000670"/>
    <w:rsid w:val="00000AA5"/>
    <w:rsid w:val="00004FB5"/>
    <w:rsid w:val="000068C8"/>
    <w:rsid w:val="00011131"/>
    <w:rsid w:val="0001178B"/>
    <w:rsid w:val="00011E01"/>
    <w:rsid w:val="00014433"/>
    <w:rsid w:val="00014805"/>
    <w:rsid w:val="00022A59"/>
    <w:rsid w:val="00025AA3"/>
    <w:rsid w:val="00027223"/>
    <w:rsid w:val="00030575"/>
    <w:rsid w:val="000336E4"/>
    <w:rsid w:val="00033DF8"/>
    <w:rsid w:val="00034616"/>
    <w:rsid w:val="00037C46"/>
    <w:rsid w:val="000401DD"/>
    <w:rsid w:val="000442B2"/>
    <w:rsid w:val="000442F5"/>
    <w:rsid w:val="00050029"/>
    <w:rsid w:val="00051561"/>
    <w:rsid w:val="000519A9"/>
    <w:rsid w:val="000538DC"/>
    <w:rsid w:val="00054C25"/>
    <w:rsid w:val="00056CCC"/>
    <w:rsid w:val="00057102"/>
    <w:rsid w:val="0006063C"/>
    <w:rsid w:val="0006370F"/>
    <w:rsid w:val="00064085"/>
    <w:rsid w:val="000672DD"/>
    <w:rsid w:val="00067D89"/>
    <w:rsid w:val="0007049F"/>
    <w:rsid w:val="00085DB9"/>
    <w:rsid w:val="00090447"/>
    <w:rsid w:val="00090AF5"/>
    <w:rsid w:val="00091462"/>
    <w:rsid w:val="00092E7B"/>
    <w:rsid w:val="00095971"/>
    <w:rsid w:val="00096A07"/>
    <w:rsid w:val="000A141C"/>
    <w:rsid w:val="000A157B"/>
    <w:rsid w:val="000B2C5E"/>
    <w:rsid w:val="000B2ED0"/>
    <w:rsid w:val="000B3DCE"/>
    <w:rsid w:val="000B4F78"/>
    <w:rsid w:val="000B7298"/>
    <w:rsid w:val="000B7A2C"/>
    <w:rsid w:val="000C3AF8"/>
    <w:rsid w:val="000D2B8D"/>
    <w:rsid w:val="000D459A"/>
    <w:rsid w:val="000D7AEA"/>
    <w:rsid w:val="000E083B"/>
    <w:rsid w:val="000E23BE"/>
    <w:rsid w:val="000E3067"/>
    <w:rsid w:val="000E33AC"/>
    <w:rsid w:val="000E6478"/>
    <w:rsid w:val="000F4754"/>
    <w:rsid w:val="000F5634"/>
    <w:rsid w:val="00102677"/>
    <w:rsid w:val="00105174"/>
    <w:rsid w:val="0010613B"/>
    <w:rsid w:val="00106E32"/>
    <w:rsid w:val="0010792A"/>
    <w:rsid w:val="00112DF7"/>
    <w:rsid w:val="001138D1"/>
    <w:rsid w:val="00116D1D"/>
    <w:rsid w:val="001205D3"/>
    <w:rsid w:val="0012100B"/>
    <w:rsid w:val="00123D80"/>
    <w:rsid w:val="00123DD1"/>
    <w:rsid w:val="001320A6"/>
    <w:rsid w:val="00132B30"/>
    <w:rsid w:val="00137B8A"/>
    <w:rsid w:val="00137E70"/>
    <w:rsid w:val="00141939"/>
    <w:rsid w:val="00146E8C"/>
    <w:rsid w:val="00147948"/>
    <w:rsid w:val="0015074B"/>
    <w:rsid w:val="0015144E"/>
    <w:rsid w:val="00153292"/>
    <w:rsid w:val="00156F0B"/>
    <w:rsid w:val="0016037A"/>
    <w:rsid w:val="00162D98"/>
    <w:rsid w:val="001640C4"/>
    <w:rsid w:val="00164793"/>
    <w:rsid w:val="00166B74"/>
    <w:rsid w:val="001740FC"/>
    <w:rsid w:val="00174894"/>
    <w:rsid w:val="00175AE1"/>
    <w:rsid w:val="00176E1A"/>
    <w:rsid w:val="00180126"/>
    <w:rsid w:val="00180885"/>
    <w:rsid w:val="001820D2"/>
    <w:rsid w:val="00182F98"/>
    <w:rsid w:val="0018305B"/>
    <w:rsid w:val="00184721"/>
    <w:rsid w:val="00184AD4"/>
    <w:rsid w:val="00187069"/>
    <w:rsid w:val="00190697"/>
    <w:rsid w:val="001915BC"/>
    <w:rsid w:val="00192054"/>
    <w:rsid w:val="0019498D"/>
    <w:rsid w:val="001952BD"/>
    <w:rsid w:val="00195BE5"/>
    <w:rsid w:val="0019690A"/>
    <w:rsid w:val="001A1FB1"/>
    <w:rsid w:val="001A474D"/>
    <w:rsid w:val="001A5169"/>
    <w:rsid w:val="001B1BFA"/>
    <w:rsid w:val="001B635B"/>
    <w:rsid w:val="001C15AD"/>
    <w:rsid w:val="001D1933"/>
    <w:rsid w:val="001D25C0"/>
    <w:rsid w:val="001D38B5"/>
    <w:rsid w:val="001D5C5F"/>
    <w:rsid w:val="001F07FB"/>
    <w:rsid w:val="001F32E8"/>
    <w:rsid w:val="001F3CD1"/>
    <w:rsid w:val="001F46ED"/>
    <w:rsid w:val="001F46F6"/>
    <w:rsid w:val="002019BB"/>
    <w:rsid w:val="00205B55"/>
    <w:rsid w:val="00214587"/>
    <w:rsid w:val="00214E2C"/>
    <w:rsid w:val="002161BE"/>
    <w:rsid w:val="00226090"/>
    <w:rsid w:val="0022612B"/>
    <w:rsid w:val="00226A84"/>
    <w:rsid w:val="00227A86"/>
    <w:rsid w:val="002319C1"/>
    <w:rsid w:val="00233D0D"/>
    <w:rsid w:val="00234030"/>
    <w:rsid w:val="00235069"/>
    <w:rsid w:val="00235669"/>
    <w:rsid w:val="002446D7"/>
    <w:rsid w:val="00244C53"/>
    <w:rsid w:val="00246966"/>
    <w:rsid w:val="00246E75"/>
    <w:rsid w:val="0025073E"/>
    <w:rsid w:val="00255C39"/>
    <w:rsid w:val="00264C01"/>
    <w:rsid w:val="00265BDE"/>
    <w:rsid w:val="00265EAC"/>
    <w:rsid w:val="00266D36"/>
    <w:rsid w:val="002671D7"/>
    <w:rsid w:val="00267253"/>
    <w:rsid w:val="00267C24"/>
    <w:rsid w:val="002702E3"/>
    <w:rsid w:val="00273752"/>
    <w:rsid w:val="002752FC"/>
    <w:rsid w:val="00276979"/>
    <w:rsid w:val="00280894"/>
    <w:rsid w:val="00282B67"/>
    <w:rsid w:val="002855A2"/>
    <w:rsid w:val="0029285C"/>
    <w:rsid w:val="002953A8"/>
    <w:rsid w:val="0029639D"/>
    <w:rsid w:val="0029656A"/>
    <w:rsid w:val="002A0046"/>
    <w:rsid w:val="002A25E7"/>
    <w:rsid w:val="002A2793"/>
    <w:rsid w:val="002A3950"/>
    <w:rsid w:val="002A563B"/>
    <w:rsid w:val="002B0143"/>
    <w:rsid w:val="002B5033"/>
    <w:rsid w:val="002C164F"/>
    <w:rsid w:val="002C3853"/>
    <w:rsid w:val="002C4B4D"/>
    <w:rsid w:val="002C67AA"/>
    <w:rsid w:val="002D0141"/>
    <w:rsid w:val="002D17CD"/>
    <w:rsid w:val="002D1B57"/>
    <w:rsid w:val="002D41D9"/>
    <w:rsid w:val="002D4D64"/>
    <w:rsid w:val="002E0984"/>
    <w:rsid w:val="002E198E"/>
    <w:rsid w:val="002E2060"/>
    <w:rsid w:val="002E3FB9"/>
    <w:rsid w:val="002E7900"/>
    <w:rsid w:val="002F16AA"/>
    <w:rsid w:val="002F1C9F"/>
    <w:rsid w:val="002F2A93"/>
    <w:rsid w:val="002F445A"/>
    <w:rsid w:val="002F7B19"/>
    <w:rsid w:val="002F7C71"/>
    <w:rsid w:val="00301E94"/>
    <w:rsid w:val="003049A5"/>
    <w:rsid w:val="00313268"/>
    <w:rsid w:val="003135ED"/>
    <w:rsid w:val="00315936"/>
    <w:rsid w:val="00317832"/>
    <w:rsid w:val="00320F1A"/>
    <w:rsid w:val="003210F8"/>
    <w:rsid w:val="00326F90"/>
    <w:rsid w:val="00331AF2"/>
    <w:rsid w:val="003320D9"/>
    <w:rsid w:val="003339E7"/>
    <w:rsid w:val="00333CFF"/>
    <w:rsid w:val="003353FD"/>
    <w:rsid w:val="00337A4B"/>
    <w:rsid w:val="00340865"/>
    <w:rsid w:val="00340B5F"/>
    <w:rsid w:val="00342517"/>
    <w:rsid w:val="00343180"/>
    <w:rsid w:val="00343F51"/>
    <w:rsid w:val="00344EF6"/>
    <w:rsid w:val="00345A13"/>
    <w:rsid w:val="00350AC8"/>
    <w:rsid w:val="003519E9"/>
    <w:rsid w:val="00352DCC"/>
    <w:rsid w:val="00354936"/>
    <w:rsid w:val="00360A73"/>
    <w:rsid w:val="00361428"/>
    <w:rsid w:val="0036494C"/>
    <w:rsid w:val="00365FFB"/>
    <w:rsid w:val="00371166"/>
    <w:rsid w:val="003711CA"/>
    <w:rsid w:val="00374646"/>
    <w:rsid w:val="0037553E"/>
    <w:rsid w:val="00376F13"/>
    <w:rsid w:val="00383C16"/>
    <w:rsid w:val="00384FE4"/>
    <w:rsid w:val="00385B6C"/>
    <w:rsid w:val="00385DE0"/>
    <w:rsid w:val="00387DF8"/>
    <w:rsid w:val="00392A82"/>
    <w:rsid w:val="00394470"/>
    <w:rsid w:val="003964F6"/>
    <w:rsid w:val="00396A48"/>
    <w:rsid w:val="003A33C3"/>
    <w:rsid w:val="003A346F"/>
    <w:rsid w:val="003A57E2"/>
    <w:rsid w:val="003B0D8B"/>
    <w:rsid w:val="003B1948"/>
    <w:rsid w:val="003B3132"/>
    <w:rsid w:val="003B5884"/>
    <w:rsid w:val="003B5942"/>
    <w:rsid w:val="003B7C22"/>
    <w:rsid w:val="003B7CD2"/>
    <w:rsid w:val="003C2EB6"/>
    <w:rsid w:val="003D37F7"/>
    <w:rsid w:val="003E0474"/>
    <w:rsid w:val="003E371B"/>
    <w:rsid w:val="003E3805"/>
    <w:rsid w:val="003E4181"/>
    <w:rsid w:val="003E52A6"/>
    <w:rsid w:val="003F2C47"/>
    <w:rsid w:val="003F4A9B"/>
    <w:rsid w:val="003F6305"/>
    <w:rsid w:val="00412C80"/>
    <w:rsid w:val="004132B2"/>
    <w:rsid w:val="004136E5"/>
    <w:rsid w:val="004145B7"/>
    <w:rsid w:val="00430117"/>
    <w:rsid w:val="0043605B"/>
    <w:rsid w:val="0044329D"/>
    <w:rsid w:val="00444DDD"/>
    <w:rsid w:val="00447417"/>
    <w:rsid w:val="00451635"/>
    <w:rsid w:val="00452234"/>
    <w:rsid w:val="004528E3"/>
    <w:rsid w:val="00455393"/>
    <w:rsid w:val="0046139F"/>
    <w:rsid w:val="004618EA"/>
    <w:rsid w:val="00462DCE"/>
    <w:rsid w:val="00463815"/>
    <w:rsid w:val="004643CD"/>
    <w:rsid w:val="00465715"/>
    <w:rsid w:val="00465A86"/>
    <w:rsid w:val="00470B2A"/>
    <w:rsid w:val="00474371"/>
    <w:rsid w:val="00476320"/>
    <w:rsid w:val="004801F0"/>
    <w:rsid w:val="004805F4"/>
    <w:rsid w:val="00481C87"/>
    <w:rsid w:val="00485258"/>
    <w:rsid w:val="00485A39"/>
    <w:rsid w:val="00493653"/>
    <w:rsid w:val="0049467A"/>
    <w:rsid w:val="00494923"/>
    <w:rsid w:val="004955A6"/>
    <w:rsid w:val="004A6A90"/>
    <w:rsid w:val="004B242D"/>
    <w:rsid w:val="004B4FFA"/>
    <w:rsid w:val="004B503D"/>
    <w:rsid w:val="004C6106"/>
    <w:rsid w:val="004E14F7"/>
    <w:rsid w:val="004E1810"/>
    <w:rsid w:val="004E4353"/>
    <w:rsid w:val="004E6287"/>
    <w:rsid w:val="004F2082"/>
    <w:rsid w:val="004F25EF"/>
    <w:rsid w:val="004F335F"/>
    <w:rsid w:val="004F479E"/>
    <w:rsid w:val="0050064F"/>
    <w:rsid w:val="00500BBC"/>
    <w:rsid w:val="00504D0D"/>
    <w:rsid w:val="00507088"/>
    <w:rsid w:val="00511020"/>
    <w:rsid w:val="00511F54"/>
    <w:rsid w:val="00512267"/>
    <w:rsid w:val="005123EF"/>
    <w:rsid w:val="00512820"/>
    <w:rsid w:val="00512D57"/>
    <w:rsid w:val="00514DC5"/>
    <w:rsid w:val="00515AAE"/>
    <w:rsid w:val="005167CE"/>
    <w:rsid w:val="005173FE"/>
    <w:rsid w:val="00522FD8"/>
    <w:rsid w:val="00523B2B"/>
    <w:rsid w:val="00523DAB"/>
    <w:rsid w:val="0052444E"/>
    <w:rsid w:val="0052464A"/>
    <w:rsid w:val="00524DB5"/>
    <w:rsid w:val="005252E2"/>
    <w:rsid w:val="0052579B"/>
    <w:rsid w:val="005266DF"/>
    <w:rsid w:val="005361FC"/>
    <w:rsid w:val="00541C7A"/>
    <w:rsid w:val="00545988"/>
    <w:rsid w:val="005472C7"/>
    <w:rsid w:val="00552855"/>
    <w:rsid w:val="005530C0"/>
    <w:rsid w:val="00554227"/>
    <w:rsid w:val="00555A83"/>
    <w:rsid w:val="0055668C"/>
    <w:rsid w:val="00566298"/>
    <w:rsid w:val="00566373"/>
    <w:rsid w:val="005713CC"/>
    <w:rsid w:val="005728DA"/>
    <w:rsid w:val="00574A0F"/>
    <w:rsid w:val="005814AB"/>
    <w:rsid w:val="00581F84"/>
    <w:rsid w:val="00582207"/>
    <w:rsid w:val="00584748"/>
    <w:rsid w:val="0058520E"/>
    <w:rsid w:val="00585C7C"/>
    <w:rsid w:val="00594E55"/>
    <w:rsid w:val="005A53AB"/>
    <w:rsid w:val="005A7228"/>
    <w:rsid w:val="005A7422"/>
    <w:rsid w:val="005B07CC"/>
    <w:rsid w:val="005B2027"/>
    <w:rsid w:val="005B2ED7"/>
    <w:rsid w:val="005C247E"/>
    <w:rsid w:val="005C29D3"/>
    <w:rsid w:val="005C49D2"/>
    <w:rsid w:val="005C5D1C"/>
    <w:rsid w:val="005D43D2"/>
    <w:rsid w:val="005D5B61"/>
    <w:rsid w:val="005E41E2"/>
    <w:rsid w:val="005E5C57"/>
    <w:rsid w:val="005E7369"/>
    <w:rsid w:val="005F1042"/>
    <w:rsid w:val="005F17E3"/>
    <w:rsid w:val="005F236C"/>
    <w:rsid w:val="005F2994"/>
    <w:rsid w:val="00603C8B"/>
    <w:rsid w:val="0060456E"/>
    <w:rsid w:val="00605DE5"/>
    <w:rsid w:val="00621DE9"/>
    <w:rsid w:val="00625017"/>
    <w:rsid w:val="006313F1"/>
    <w:rsid w:val="00632E75"/>
    <w:rsid w:val="0063376C"/>
    <w:rsid w:val="006375A9"/>
    <w:rsid w:val="00640095"/>
    <w:rsid w:val="00644645"/>
    <w:rsid w:val="00645877"/>
    <w:rsid w:val="00653946"/>
    <w:rsid w:val="00661FEF"/>
    <w:rsid w:val="00670ABA"/>
    <w:rsid w:val="0067247A"/>
    <w:rsid w:val="0067267E"/>
    <w:rsid w:val="006730E1"/>
    <w:rsid w:val="00682826"/>
    <w:rsid w:val="00691558"/>
    <w:rsid w:val="00692425"/>
    <w:rsid w:val="00692485"/>
    <w:rsid w:val="00692E89"/>
    <w:rsid w:val="006A1510"/>
    <w:rsid w:val="006A22DC"/>
    <w:rsid w:val="006B0707"/>
    <w:rsid w:val="006B2BCF"/>
    <w:rsid w:val="006B306A"/>
    <w:rsid w:val="006B3456"/>
    <w:rsid w:val="006B34C2"/>
    <w:rsid w:val="006B4BD7"/>
    <w:rsid w:val="006B5CA3"/>
    <w:rsid w:val="006B79A9"/>
    <w:rsid w:val="006C21B3"/>
    <w:rsid w:val="006C43F8"/>
    <w:rsid w:val="006D47F0"/>
    <w:rsid w:val="006D565A"/>
    <w:rsid w:val="006D6A15"/>
    <w:rsid w:val="006E3312"/>
    <w:rsid w:val="006E737E"/>
    <w:rsid w:val="006E781A"/>
    <w:rsid w:val="006E7F19"/>
    <w:rsid w:val="006F101A"/>
    <w:rsid w:val="006F5938"/>
    <w:rsid w:val="006F6FCE"/>
    <w:rsid w:val="006F7DE2"/>
    <w:rsid w:val="007028C5"/>
    <w:rsid w:val="007054A2"/>
    <w:rsid w:val="00706481"/>
    <w:rsid w:val="00707CE4"/>
    <w:rsid w:val="00710FEC"/>
    <w:rsid w:val="00716226"/>
    <w:rsid w:val="007173F3"/>
    <w:rsid w:val="00720BAB"/>
    <w:rsid w:val="00722538"/>
    <w:rsid w:val="00726CC0"/>
    <w:rsid w:val="00730CA3"/>
    <w:rsid w:val="00731A96"/>
    <w:rsid w:val="00732014"/>
    <w:rsid w:val="00732181"/>
    <w:rsid w:val="007323D5"/>
    <w:rsid w:val="00733378"/>
    <w:rsid w:val="0073771F"/>
    <w:rsid w:val="007412FC"/>
    <w:rsid w:val="0074203C"/>
    <w:rsid w:val="00744AE6"/>
    <w:rsid w:val="007462B8"/>
    <w:rsid w:val="00752E8C"/>
    <w:rsid w:val="007577CD"/>
    <w:rsid w:val="00761A84"/>
    <w:rsid w:val="007648EA"/>
    <w:rsid w:val="00764A4F"/>
    <w:rsid w:val="00767F7D"/>
    <w:rsid w:val="00771847"/>
    <w:rsid w:val="00774FBD"/>
    <w:rsid w:val="00775853"/>
    <w:rsid w:val="007842D2"/>
    <w:rsid w:val="007853A4"/>
    <w:rsid w:val="007866B8"/>
    <w:rsid w:val="007869FA"/>
    <w:rsid w:val="00791D66"/>
    <w:rsid w:val="007A0365"/>
    <w:rsid w:val="007A15ED"/>
    <w:rsid w:val="007A16D0"/>
    <w:rsid w:val="007A1AED"/>
    <w:rsid w:val="007A2A90"/>
    <w:rsid w:val="007A37BE"/>
    <w:rsid w:val="007A58EB"/>
    <w:rsid w:val="007B3DA6"/>
    <w:rsid w:val="007B68B7"/>
    <w:rsid w:val="007B7CC8"/>
    <w:rsid w:val="007B7F62"/>
    <w:rsid w:val="007C0182"/>
    <w:rsid w:val="007C0C83"/>
    <w:rsid w:val="007D324A"/>
    <w:rsid w:val="007D34E9"/>
    <w:rsid w:val="007D46B0"/>
    <w:rsid w:val="007E0BC5"/>
    <w:rsid w:val="007E381C"/>
    <w:rsid w:val="007F2F19"/>
    <w:rsid w:val="007F3C9F"/>
    <w:rsid w:val="007F6B83"/>
    <w:rsid w:val="00800181"/>
    <w:rsid w:val="00800C1E"/>
    <w:rsid w:val="008010F5"/>
    <w:rsid w:val="00806432"/>
    <w:rsid w:val="00807DAE"/>
    <w:rsid w:val="0081169C"/>
    <w:rsid w:val="0081434F"/>
    <w:rsid w:val="0083020B"/>
    <w:rsid w:val="00834C6C"/>
    <w:rsid w:val="00842825"/>
    <w:rsid w:val="008435C0"/>
    <w:rsid w:val="0084454C"/>
    <w:rsid w:val="008449CA"/>
    <w:rsid w:val="00844BE6"/>
    <w:rsid w:val="008455CE"/>
    <w:rsid w:val="0084588A"/>
    <w:rsid w:val="008503C4"/>
    <w:rsid w:val="00850AF1"/>
    <w:rsid w:val="0085346D"/>
    <w:rsid w:val="00856E73"/>
    <w:rsid w:val="0085719C"/>
    <w:rsid w:val="00857718"/>
    <w:rsid w:val="00870E50"/>
    <w:rsid w:val="008713D9"/>
    <w:rsid w:val="00872310"/>
    <w:rsid w:val="008725AD"/>
    <w:rsid w:val="00874F8A"/>
    <w:rsid w:val="00877C99"/>
    <w:rsid w:val="00877F99"/>
    <w:rsid w:val="0088014B"/>
    <w:rsid w:val="00883E45"/>
    <w:rsid w:val="00886275"/>
    <w:rsid w:val="00893E4A"/>
    <w:rsid w:val="008941F7"/>
    <w:rsid w:val="008955B0"/>
    <w:rsid w:val="0089617F"/>
    <w:rsid w:val="00896F26"/>
    <w:rsid w:val="008974C8"/>
    <w:rsid w:val="00897E38"/>
    <w:rsid w:val="008A47AC"/>
    <w:rsid w:val="008A575E"/>
    <w:rsid w:val="008B0AB1"/>
    <w:rsid w:val="008B3297"/>
    <w:rsid w:val="008B4072"/>
    <w:rsid w:val="008B5DB0"/>
    <w:rsid w:val="008B6622"/>
    <w:rsid w:val="008B6BE5"/>
    <w:rsid w:val="008B7E5D"/>
    <w:rsid w:val="008C25E9"/>
    <w:rsid w:val="008C5686"/>
    <w:rsid w:val="008C66ED"/>
    <w:rsid w:val="008C79DB"/>
    <w:rsid w:val="008D2F68"/>
    <w:rsid w:val="008D436D"/>
    <w:rsid w:val="008E1409"/>
    <w:rsid w:val="008E3C2D"/>
    <w:rsid w:val="008E3C80"/>
    <w:rsid w:val="008E4B33"/>
    <w:rsid w:val="008E6294"/>
    <w:rsid w:val="008E6650"/>
    <w:rsid w:val="008F0A8F"/>
    <w:rsid w:val="008F6A80"/>
    <w:rsid w:val="00901D34"/>
    <w:rsid w:val="00903C48"/>
    <w:rsid w:val="00911973"/>
    <w:rsid w:val="00911AAC"/>
    <w:rsid w:val="00912FC7"/>
    <w:rsid w:val="00913BFD"/>
    <w:rsid w:val="00913D55"/>
    <w:rsid w:val="0091474D"/>
    <w:rsid w:val="00915F0C"/>
    <w:rsid w:val="00916183"/>
    <w:rsid w:val="009175A6"/>
    <w:rsid w:val="00917C9B"/>
    <w:rsid w:val="0092057A"/>
    <w:rsid w:val="00924E1D"/>
    <w:rsid w:val="00925506"/>
    <w:rsid w:val="00927ABB"/>
    <w:rsid w:val="00931EDD"/>
    <w:rsid w:val="0093246D"/>
    <w:rsid w:val="00940587"/>
    <w:rsid w:val="00952AC9"/>
    <w:rsid w:val="00957011"/>
    <w:rsid w:val="0095708C"/>
    <w:rsid w:val="0096287B"/>
    <w:rsid w:val="009663AA"/>
    <w:rsid w:val="00967B81"/>
    <w:rsid w:val="00975373"/>
    <w:rsid w:val="0097570E"/>
    <w:rsid w:val="00975E5F"/>
    <w:rsid w:val="009801E8"/>
    <w:rsid w:val="00990146"/>
    <w:rsid w:val="009A1EBE"/>
    <w:rsid w:val="009A3B29"/>
    <w:rsid w:val="009B0BC2"/>
    <w:rsid w:val="009B2832"/>
    <w:rsid w:val="009B3038"/>
    <w:rsid w:val="009B35DE"/>
    <w:rsid w:val="009C1890"/>
    <w:rsid w:val="009C3A5C"/>
    <w:rsid w:val="009C676D"/>
    <w:rsid w:val="009D1924"/>
    <w:rsid w:val="009D3A0F"/>
    <w:rsid w:val="009D4C23"/>
    <w:rsid w:val="009E013B"/>
    <w:rsid w:val="009E245E"/>
    <w:rsid w:val="009E4F46"/>
    <w:rsid w:val="009E5425"/>
    <w:rsid w:val="009E5ECF"/>
    <w:rsid w:val="009E5FA5"/>
    <w:rsid w:val="009F09DD"/>
    <w:rsid w:val="009F2707"/>
    <w:rsid w:val="009F3D14"/>
    <w:rsid w:val="009F3E33"/>
    <w:rsid w:val="009F491D"/>
    <w:rsid w:val="009F7BCD"/>
    <w:rsid w:val="00A003E6"/>
    <w:rsid w:val="00A02395"/>
    <w:rsid w:val="00A043C4"/>
    <w:rsid w:val="00A043FD"/>
    <w:rsid w:val="00A054F5"/>
    <w:rsid w:val="00A104C4"/>
    <w:rsid w:val="00A10CD6"/>
    <w:rsid w:val="00A1185A"/>
    <w:rsid w:val="00A12A1B"/>
    <w:rsid w:val="00A15237"/>
    <w:rsid w:val="00A3047A"/>
    <w:rsid w:val="00A34A8B"/>
    <w:rsid w:val="00A34AFB"/>
    <w:rsid w:val="00A34BC5"/>
    <w:rsid w:val="00A41069"/>
    <w:rsid w:val="00A41764"/>
    <w:rsid w:val="00A42A6E"/>
    <w:rsid w:val="00A5045B"/>
    <w:rsid w:val="00A55015"/>
    <w:rsid w:val="00A55D45"/>
    <w:rsid w:val="00A64EFC"/>
    <w:rsid w:val="00A65D3C"/>
    <w:rsid w:val="00A706ED"/>
    <w:rsid w:val="00A7135E"/>
    <w:rsid w:val="00A71E0F"/>
    <w:rsid w:val="00A75A87"/>
    <w:rsid w:val="00A8497F"/>
    <w:rsid w:val="00A93B6A"/>
    <w:rsid w:val="00A94591"/>
    <w:rsid w:val="00AA0671"/>
    <w:rsid w:val="00AA1D8D"/>
    <w:rsid w:val="00AB0797"/>
    <w:rsid w:val="00AB09BC"/>
    <w:rsid w:val="00AB380E"/>
    <w:rsid w:val="00AB560D"/>
    <w:rsid w:val="00AB7B10"/>
    <w:rsid w:val="00AC1493"/>
    <w:rsid w:val="00AC6BD4"/>
    <w:rsid w:val="00AD0E6F"/>
    <w:rsid w:val="00AD1F06"/>
    <w:rsid w:val="00AD757A"/>
    <w:rsid w:val="00AD77CB"/>
    <w:rsid w:val="00AE195B"/>
    <w:rsid w:val="00AE2C6E"/>
    <w:rsid w:val="00AE3705"/>
    <w:rsid w:val="00AE456B"/>
    <w:rsid w:val="00AF2BE1"/>
    <w:rsid w:val="00AF64A9"/>
    <w:rsid w:val="00AF6D43"/>
    <w:rsid w:val="00B00039"/>
    <w:rsid w:val="00B00347"/>
    <w:rsid w:val="00B13DB4"/>
    <w:rsid w:val="00B17FE6"/>
    <w:rsid w:val="00B20BAF"/>
    <w:rsid w:val="00B214B2"/>
    <w:rsid w:val="00B256A1"/>
    <w:rsid w:val="00B2789C"/>
    <w:rsid w:val="00B30B32"/>
    <w:rsid w:val="00B313AB"/>
    <w:rsid w:val="00B337F5"/>
    <w:rsid w:val="00B40033"/>
    <w:rsid w:val="00B426A5"/>
    <w:rsid w:val="00B463E2"/>
    <w:rsid w:val="00B47730"/>
    <w:rsid w:val="00B51559"/>
    <w:rsid w:val="00B72D5C"/>
    <w:rsid w:val="00B75BEE"/>
    <w:rsid w:val="00B80BD3"/>
    <w:rsid w:val="00B825BA"/>
    <w:rsid w:val="00B826AD"/>
    <w:rsid w:val="00B83A4B"/>
    <w:rsid w:val="00B8450D"/>
    <w:rsid w:val="00B84A29"/>
    <w:rsid w:val="00B86A3A"/>
    <w:rsid w:val="00B94102"/>
    <w:rsid w:val="00B958DD"/>
    <w:rsid w:val="00BA0990"/>
    <w:rsid w:val="00BA4124"/>
    <w:rsid w:val="00BA5AE2"/>
    <w:rsid w:val="00BA7AC9"/>
    <w:rsid w:val="00BB1A32"/>
    <w:rsid w:val="00BB4363"/>
    <w:rsid w:val="00BB68DD"/>
    <w:rsid w:val="00BB72E1"/>
    <w:rsid w:val="00BC0DFE"/>
    <w:rsid w:val="00BC201B"/>
    <w:rsid w:val="00BC2D79"/>
    <w:rsid w:val="00BC2E9F"/>
    <w:rsid w:val="00BC37BC"/>
    <w:rsid w:val="00BC6C97"/>
    <w:rsid w:val="00BC7D40"/>
    <w:rsid w:val="00BC7D81"/>
    <w:rsid w:val="00BD0E52"/>
    <w:rsid w:val="00BD435B"/>
    <w:rsid w:val="00BD7EC3"/>
    <w:rsid w:val="00BE1602"/>
    <w:rsid w:val="00BE4F23"/>
    <w:rsid w:val="00BF2837"/>
    <w:rsid w:val="00BF5114"/>
    <w:rsid w:val="00BF5C31"/>
    <w:rsid w:val="00C01785"/>
    <w:rsid w:val="00C018FA"/>
    <w:rsid w:val="00C025E1"/>
    <w:rsid w:val="00C042EF"/>
    <w:rsid w:val="00C05951"/>
    <w:rsid w:val="00C07308"/>
    <w:rsid w:val="00C11B89"/>
    <w:rsid w:val="00C12950"/>
    <w:rsid w:val="00C21FDF"/>
    <w:rsid w:val="00C24D1F"/>
    <w:rsid w:val="00C25B2C"/>
    <w:rsid w:val="00C32A72"/>
    <w:rsid w:val="00C3680F"/>
    <w:rsid w:val="00C42347"/>
    <w:rsid w:val="00C43708"/>
    <w:rsid w:val="00C46541"/>
    <w:rsid w:val="00C473A1"/>
    <w:rsid w:val="00C53693"/>
    <w:rsid w:val="00C53E0D"/>
    <w:rsid w:val="00C61CBD"/>
    <w:rsid w:val="00C61DD5"/>
    <w:rsid w:val="00C64360"/>
    <w:rsid w:val="00C75DC8"/>
    <w:rsid w:val="00C8104E"/>
    <w:rsid w:val="00C84F86"/>
    <w:rsid w:val="00C86296"/>
    <w:rsid w:val="00C872BA"/>
    <w:rsid w:val="00C875EC"/>
    <w:rsid w:val="00C90A25"/>
    <w:rsid w:val="00C91140"/>
    <w:rsid w:val="00C91F9D"/>
    <w:rsid w:val="00C935AE"/>
    <w:rsid w:val="00C955A6"/>
    <w:rsid w:val="00C969E4"/>
    <w:rsid w:val="00C97110"/>
    <w:rsid w:val="00CA418D"/>
    <w:rsid w:val="00CA6C69"/>
    <w:rsid w:val="00CA727C"/>
    <w:rsid w:val="00CB0664"/>
    <w:rsid w:val="00CB726E"/>
    <w:rsid w:val="00CC46ED"/>
    <w:rsid w:val="00CC5E12"/>
    <w:rsid w:val="00CD0F6C"/>
    <w:rsid w:val="00CD2CA3"/>
    <w:rsid w:val="00CD3FA8"/>
    <w:rsid w:val="00CE2913"/>
    <w:rsid w:val="00CE3C30"/>
    <w:rsid w:val="00CF00CD"/>
    <w:rsid w:val="00CF06F0"/>
    <w:rsid w:val="00CF0E5D"/>
    <w:rsid w:val="00CF0F20"/>
    <w:rsid w:val="00CF2C27"/>
    <w:rsid w:val="00CF3E2A"/>
    <w:rsid w:val="00D006F5"/>
    <w:rsid w:val="00D02101"/>
    <w:rsid w:val="00D0293C"/>
    <w:rsid w:val="00D110F4"/>
    <w:rsid w:val="00D1355A"/>
    <w:rsid w:val="00D13FB0"/>
    <w:rsid w:val="00D15B26"/>
    <w:rsid w:val="00D2037D"/>
    <w:rsid w:val="00D20386"/>
    <w:rsid w:val="00D23C95"/>
    <w:rsid w:val="00D2453B"/>
    <w:rsid w:val="00D24DA6"/>
    <w:rsid w:val="00D26D92"/>
    <w:rsid w:val="00D26DDF"/>
    <w:rsid w:val="00D37BC2"/>
    <w:rsid w:val="00D40E84"/>
    <w:rsid w:val="00D4358E"/>
    <w:rsid w:val="00D437BF"/>
    <w:rsid w:val="00D44282"/>
    <w:rsid w:val="00D47786"/>
    <w:rsid w:val="00D51F12"/>
    <w:rsid w:val="00D57FE6"/>
    <w:rsid w:val="00D61245"/>
    <w:rsid w:val="00D650E6"/>
    <w:rsid w:val="00D6694F"/>
    <w:rsid w:val="00D73DC3"/>
    <w:rsid w:val="00D757AE"/>
    <w:rsid w:val="00D772E8"/>
    <w:rsid w:val="00D80F56"/>
    <w:rsid w:val="00D812F2"/>
    <w:rsid w:val="00D85C83"/>
    <w:rsid w:val="00D86BCB"/>
    <w:rsid w:val="00D87CC0"/>
    <w:rsid w:val="00D91234"/>
    <w:rsid w:val="00D93035"/>
    <w:rsid w:val="00D97249"/>
    <w:rsid w:val="00D97533"/>
    <w:rsid w:val="00DA051F"/>
    <w:rsid w:val="00DA07DF"/>
    <w:rsid w:val="00DA4E01"/>
    <w:rsid w:val="00DB4004"/>
    <w:rsid w:val="00DC1FD7"/>
    <w:rsid w:val="00DD14BC"/>
    <w:rsid w:val="00DE08EA"/>
    <w:rsid w:val="00DE1D75"/>
    <w:rsid w:val="00DE5069"/>
    <w:rsid w:val="00DE6058"/>
    <w:rsid w:val="00DE6D41"/>
    <w:rsid w:val="00DE71BA"/>
    <w:rsid w:val="00DF1E9B"/>
    <w:rsid w:val="00DF20C0"/>
    <w:rsid w:val="00DF2B92"/>
    <w:rsid w:val="00DF2F89"/>
    <w:rsid w:val="00DF3886"/>
    <w:rsid w:val="00DF4477"/>
    <w:rsid w:val="00E056F7"/>
    <w:rsid w:val="00E07E29"/>
    <w:rsid w:val="00E110D6"/>
    <w:rsid w:val="00E1336C"/>
    <w:rsid w:val="00E17A6C"/>
    <w:rsid w:val="00E206B2"/>
    <w:rsid w:val="00E260B9"/>
    <w:rsid w:val="00E3268B"/>
    <w:rsid w:val="00E4019F"/>
    <w:rsid w:val="00E41E70"/>
    <w:rsid w:val="00E464F9"/>
    <w:rsid w:val="00E4692D"/>
    <w:rsid w:val="00E52307"/>
    <w:rsid w:val="00E56440"/>
    <w:rsid w:val="00E56D56"/>
    <w:rsid w:val="00E571D7"/>
    <w:rsid w:val="00E574F1"/>
    <w:rsid w:val="00E61EF5"/>
    <w:rsid w:val="00E64A5C"/>
    <w:rsid w:val="00E65B3A"/>
    <w:rsid w:val="00E67A28"/>
    <w:rsid w:val="00E713B5"/>
    <w:rsid w:val="00E80F55"/>
    <w:rsid w:val="00E80F93"/>
    <w:rsid w:val="00E86CAC"/>
    <w:rsid w:val="00E9365A"/>
    <w:rsid w:val="00E964AA"/>
    <w:rsid w:val="00E96C4C"/>
    <w:rsid w:val="00E96C5E"/>
    <w:rsid w:val="00EA03CA"/>
    <w:rsid w:val="00EA0726"/>
    <w:rsid w:val="00EA2B23"/>
    <w:rsid w:val="00EA63BC"/>
    <w:rsid w:val="00EB4504"/>
    <w:rsid w:val="00EC05BE"/>
    <w:rsid w:val="00EC4587"/>
    <w:rsid w:val="00EC61BB"/>
    <w:rsid w:val="00EC747E"/>
    <w:rsid w:val="00ED2E93"/>
    <w:rsid w:val="00ED3FB8"/>
    <w:rsid w:val="00ED4EC0"/>
    <w:rsid w:val="00ED589F"/>
    <w:rsid w:val="00EE14EC"/>
    <w:rsid w:val="00EE299A"/>
    <w:rsid w:val="00EE55B3"/>
    <w:rsid w:val="00EE7B10"/>
    <w:rsid w:val="00EF65BC"/>
    <w:rsid w:val="00F04B85"/>
    <w:rsid w:val="00F1297F"/>
    <w:rsid w:val="00F1456A"/>
    <w:rsid w:val="00F147F0"/>
    <w:rsid w:val="00F1566A"/>
    <w:rsid w:val="00F23FFB"/>
    <w:rsid w:val="00F25FB9"/>
    <w:rsid w:val="00F320F0"/>
    <w:rsid w:val="00F34DC1"/>
    <w:rsid w:val="00F41CF0"/>
    <w:rsid w:val="00F4225F"/>
    <w:rsid w:val="00F52C30"/>
    <w:rsid w:val="00F550F6"/>
    <w:rsid w:val="00F60183"/>
    <w:rsid w:val="00F61B4A"/>
    <w:rsid w:val="00F61C22"/>
    <w:rsid w:val="00F632F2"/>
    <w:rsid w:val="00F63B32"/>
    <w:rsid w:val="00F64DFF"/>
    <w:rsid w:val="00F67580"/>
    <w:rsid w:val="00F705C1"/>
    <w:rsid w:val="00F714B3"/>
    <w:rsid w:val="00F733B7"/>
    <w:rsid w:val="00F74316"/>
    <w:rsid w:val="00F754B3"/>
    <w:rsid w:val="00F77582"/>
    <w:rsid w:val="00F80A39"/>
    <w:rsid w:val="00F82757"/>
    <w:rsid w:val="00F82DB7"/>
    <w:rsid w:val="00F84223"/>
    <w:rsid w:val="00F87CFD"/>
    <w:rsid w:val="00F941B0"/>
    <w:rsid w:val="00F94858"/>
    <w:rsid w:val="00F94C82"/>
    <w:rsid w:val="00F96B95"/>
    <w:rsid w:val="00F970B1"/>
    <w:rsid w:val="00FA13E2"/>
    <w:rsid w:val="00FA1AB9"/>
    <w:rsid w:val="00FA6DF2"/>
    <w:rsid w:val="00FB4037"/>
    <w:rsid w:val="00FB53F4"/>
    <w:rsid w:val="00FB5697"/>
    <w:rsid w:val="00FB7E06"/>
    <w:rsid w:val="00FC1566"/>
    <w:rsid w:val="00FC21B3"/>
    <w:rsid w:val="00FC47AE"/>
    <w:rsid w:val="00FC5442"/>
    <w:rsid w:val="00FC693F"/>
    <w:rsid w:val="00FD00A5"/>
    <w:rsid w:val="00FD2F3C"/>
    <w:rsid w:val="00FD56B5"/>
    <w:rsid w:val="00FD6825"/>
    <w:rsid w:val="00FD6A1A"/>
    <w:rsid w:val="00FE07E3"/>
    <w:rsid w:val="00FE2C6A"/>
    <w:rsid w:val="00FE4D75"/>
    <w:rsid w:val="00FF2B37"/>
    <w:rsid w:val="00FF5062"/>
    <w:rsid w:val="00FF62FA"/>
    <w:rsid w:val="00FF6D54"/>
    <w:rsid w:val="00FF7169"/>
    <w:rsid w:val="00FF7846"/>
    <w:rsid w:val="00FF7C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32F858A-190C-4FCC-A6CA-3E46C413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120"/>
    </w:pPr>
    <w:rPr>
      <w:rFonts w:ascii="Calibri" w:eastAsia="Calibri" w:hAnsi="Calibri"/>
      <w:color w:val="34302D"/>
    </w:rPr>
  </w:style>
  <w:style w:type="paragraph" w:styleId="Naslov1">
    <w:name w:val="heading 1"/>
    <w:basedOn w:val="Navaden"/>
    <w:next w:val="Navaden"/>
    <w:link w:val="Naslov1Znak"/>
    <w:uiPriority w:val="9"/>
    <w:qFormat/>
    <w:rsid w:val="00FC693F"/>
    <w:pPr>
      <w:keepNext/>
      <w:keepLines/>
      <w:pageBreakBefore/>
      <w:spacing w:before="360" w:after="180"/>
      <w:outlineLvl w:val="0"/>
    </w:pPr>
    <w:rPr>
      <w:rFonts w:cs="Calibri"/>
      <w:b/>
      <w:bCs/>
      <w:color w:val="C46022"/>
      <w:sz w:val="44"/>
      <w:szCs w:val="28"/>
    </w:rPr>
  </w:style>
  <w:style w:type="paragraph" w:styleId="Naslov2">
    <w:name w:val="heading 2"/>
    <w:basedOn w:val="Navaden"/>
    <w:next w:val="Navaden"/>
    <w:link w:val="Naslov2Znak"/>
    <w:uiPriority w:val="9"/>
    <w:unhideWhenUsed/>
    <w:qFormat/>
    <w:rsid w:val="00FC693F"/>
    <w:pPr>
      <w:keepNext/>
      <w:keepLines/>
      <w:spacing w:before="240"/>
      <w:outlineLvl w:val="1"/>
    </w:pPr>
    <w:rPr>
      <w:rFonts w:cs="Calibri"/>
      <w:b/>
      <w:bCs/>
      <w:color w:val="C46022"/>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spacing w:after="80"/>
      <w:contextualSpacing/>
    </w:pPr>
  </w:style>
  <w:style w:type="paragraph" w:styleId="Oznaenseznam2">
    <w:name w:val="List Bullet 2"/>
    <w:basedOn w:val="Navaden"/>
    <w:uiPriority w:val="99"/>
    <w:unhideWhenUsed/>
    <w:rsid w:val="00326F90"/>
    <w:pPr>
      <w:numPr>
        <w:numId w:val="2"/>
      </w:numPr>
      <w:spacing w:after="80"/>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spacing w:after="60"/>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ind w:left="360"/>
      <w:contextualSpacing/>
    </w:pPr>
  </w:style>
  <w:style w:type="paragraph" w:styleId="Seznam-nadaljevanje2">
    <w:name w:val="List Continue 2"/>
    <w:basedOn w:val="Navaden"/>
    <w:uiPriority w:val="99"/>
    <w:unhideWhenUsed/>
    <w:rsid w:val="0029639D"/>
    <w:pPr>
      <w:ind w:left="720"/>
      <w:contextualSpacing/>
    </w:pPr>
  </w:style>
  <w:style w:type="paragraph" w:styleId="Seznam-nadaljevanje3">
    <w:name w:val="List Continue 3"/>
    <w:basedOn w:val="Navaden"/>
    <w:uiPriority w:val="99"/>
    <w:unhideWhenUsed/>
    <w:rsid w:val="0029639D"/>
    <w:pPr>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zija">
    <w:name w:val="Revision"/>
    <w:hidden/>
    <w:uiPriority w:val="99"/>
    <w:semiHidden/>
    <w:rsid w:val="008C25E9"/>
    <w:pPr>
      <w:spacing w:after="0" w:line="240" w:lineRule="auto"/>
    </w:pPr>
    <w:rPr>
      <w:rFonts w:ascii="Calibri" w:eastAsia="Calibri" w:hAnsi="Calibri"/>
      <w:color w:val="28251D"/>
    </w:rPr>
  </w:style>
  <w:style w:type="character" w:styleId="Hiperpovezava">
    <w:name w:val="Hyperlink"/>
    <w:basedOn w:val="Privzetapisavaodstavka"/>
    <w:uiPriority w:val="99"/>
    <w:unhideWhenUsed/>
    <w:rsid w:val="00661FEF"/>
    <w:rPr>
      <w:color w:val="0000FF" w:themeColor="hyperlink"/>
      <w:u w:val="single"/>
    </w:rPr>
  </w:style>
  <w:style w:type="character" w:styleId="Nerazreenaomemba">
    <w:name w:val="Unresolved Mention"/>
    <w:basedOn w:val="Privzetapisavaodstavka"/>
    <w:uiPriority w:val="99"/>
    <w:semiHidden/>
    <w:unhideWhenUsed/>
    <w:rsid w:val="00661F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uliehay.org/wp-content/uploads/2020/01/permissions_-_an_essay.pdf" TargetMode="External"/><Relationship Id="rId18" Type="http://schemas.openxmlformats.org/officeDocument/2006/relationships/hyperlink" Target="https://archive.org/details/flowpsychologyof00csik" TargetMode="External"/><Relationship Id="rId26" Type="http://schemas.openxmlformats.org/officeDocument/2006/relationships/hyperlink" Target="https://onlinelibrary.wiley.com/doi/full/10.1017/S0048577201393198" TargetMode="External"/><Relationship Id="rId39" Type="http://schemas.openxmlformats.org/officeDocument/2006/relationships/hyperlink" Target="https://pmc.ncbi.nlm.nih.gov/articles/PMC9714615/" TargetMode="External"/><Relationship Id="rId21" Type="http://schemas.openxmlformats.org/officeDocument/2006/relationships/hyperlink" Target="https://psycnet.apa.org/record/2001-00465-003" TargetMode="External"/><Relationship Id="rId34" Type="http://schemas.openxmlformats.org/officeDocument/2006/relationships/hyperlink" Target="https://sanlab.psych.ucla.edu/wp-content/uploads/sites/31/2016/03/Lieberman_2007_PsychScience.pdf" TargetMode="External"/><Relationship Id="rId42" Type="http://schemas.openxmlformats.org/officeDocument/2006/relationships/hyperlink" Target="https://www.ucsf.edu/news/2020/09/418551/awe-walks-boost-emotional-well-be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viktorfranklinstitute.org/about-logotherapy/" TargetMode="External"/><Relationship Id="rId29" Type="http://schemas.openxmlformats.org/officeDocument/2006/relationships/hyperlink" Target="https://www.tandfonline.com/doi/abs/10.1177/0362153775005003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hive.org/details/changinglivesthr0000goul" TargetMode="External"/><Relationship Id="rId24" Type="http://schemas.openxmlformats.org/officeDocument/2006/relationships/hyperlink" Target="https://www.themarginalian.org/2022/07/12/eric-berne-games-people-play/" TargetMode="External"/><Relationship Id="rId32" Type="http://schemas.openxmlformats.org/officeDocument/2006/relationships/hyperlink" Target="https://books.google.com/books/about/TA_Today.html?id=0cY2uAAACAAJ" TargetMode="External"/><Relationship Id="rId37" Type="http://schemas.openxmlformats.org/officeDocument/2006/relationships/hyperlink" Target="https://archive.org/details/flowpsychologyof00csik" TargetMode="External"/><Relationship Id="rId40" Type="http://schemas.openxmlformats.org/officeDocument/2006/relationships/hyperlink" Target="https://psycnet.apa.org/record/2001-00465-003"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rontiersin.org/journals/psychology/articles/10.3389/fpsyg.2018.00798/full" TargetMode="External"/><Relationship Id="rId23" Type="http://schemas.openxmlformats.org/officeDocument/2006/relationships/hyperlink" Target="https://karpmandramatriangle.com/dt_article_only.html" TargetMode="External"/><Relationship Id="rId28" Type="http://schemas.openxmlformats.org/officeDocument/2006/relationships/hyperlink" Target="https://archive.org/details/changinglivesthr0000goul" TargetMode="External"/><Relationship Id="rId36" Type="http://schemas.openxmlformats.org/officeDocument/2006/relationships/hyperlink" Target="https://onlinelibrary.wiley.com/doi/full/10.1017/S0048577201393198" TargetMode="External"/><Relationship Id="rId10" Type="http://schemas.openxmlformats.org/officeDocument/2006/relationships/hyperlink" Target="https://www.themarginalian.org/2022/07/12/eric-berne-games-people-play/" TargetMode="External"/><Relationship Id="rId19" Type="http://schemas.openxmlformats.org/officeDocument/2006/relationships/hyperlink" Target="https://www.psychologicalscience.org/journals/current-directions/0963721414550708/" TargetMode="External"/><Relationship Id="rId31" Type="http://schemas.openxmlformats.org/officeDocument/2006/relationships/hyperlink" Target="https://juliehay.org/wp-content/uploads/2020/01/permissions_-_an_essay.pdf"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nijz.si/zivljenjski-slog/dusevno-zdravje/pomoc-v-dusevni-stiski/" TargetMode="External"/><Relationship Id="rId22" Type="http://schemas.openxmlformats.org/officeDocument/2006/relationships/hyperlink" Target="https://www.themarginalian.org/2022/07/12/eric-berne-games-people-play/" TargetMode="External"/><Relationship Id="rId27" Type="http://schemas.openxmlformats.org/officeDocument/2006/relationships/hyperlink" Target="https://www.themarginalian.org/2022/07/12/eric-berne-games-people-play/" TargetMode="External"/><Relationship Id="rId30" Type="http://schemas.openxmlformats.org/officeDocument/2006/relationships/hyperlink" Target="https://karpmandramatriangle.com/dt_article_only.html" TargetMode="External"/><Relationship Id="rId35" Type="http://schemas.openxmlformats.org/officeDocument/2006/relationships/hyperlink" Target="https://www.psychologicalscience.org/journals/current-directions/0963721414550708/" TargetMode="External"/><Relationship Id="rId43" Type="http://schemas.openxmlformats.org/officeDocument/2006/relationships/header" Target="header1.xml"/><Relationship Id="rId8" Type="http://schemas.openxmlformats.org/officeDocument/2006/relationships/hyperlink" Target="mailto:zlatko.bojanovic@lcms.si" TargetMode="External"/><Relationship Id="rId3" Type="http://schemas.openxmlformats.org/officeDocument/2006/relationships/styles" Target="styles.xml"/><Relationship Id="rId12" Type="http://schemas.openxmlformats.org/officeDocument/2006/relationships/hyperlink" Target="https://www.tandfonline.com/doi/abs/10.1177/036215377500500318" TargetMode="External"/><Relationship Id="rId17" Type="http://schemas.openxmlformats.org/officeDocument/2006/relationships/hyperlink" Target="https://www.ucsf.edu/news/2020/09/418551/awe-walks-boost-emotional-well-being" TargetMode="External"/><Relationship Id="rId25" Type="http://schemas.openxmlformats.org/officeDocument/2006/relationships/hyperlink" Target="https://www.tarabrach.com/rain/" TargetMode="External"/><Relationship Id="rId33" Type="http://schemas.openxmlformats.org/officeDocument/2006/relationships/hyperlink" Target="https://www.viktorfranklinstitute.org/about-logotherapy/" TargetMode="External"/><Relationship Id="rId38" Type="http://schemas.openxmlformats.org/officeDocument/2006/relationships/hyperlink" Target="https://www.tarabrach.com/rain/" TargetMode="External"/><Relationship Id="rId46" Type="http://schemas.openxmlformats.org/officeDocument/2006/relationships/theme" Target="theme/theme1.xml"/><Relationship Id="rId20" Type="http://schemas.openxmlformats.org/officeDocument/2006/relationships/hyperlink" Target="https://sanlab.psych.ucla.edu/wp-content/uploads/sites/31/2016/03/Lieberman_2007_PsychScience.pdf" TargetMode="External"/><Relationship Id="rId41" Type="http://schemas.openxmlformats.org/officeDocument/2006/relationships/hyperlink" Target="https://www.frontiersin.org/journals/psychology/articles/10.3389/fpsyg.2018.00798/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33</Pages>
  <Words>9513</Words>
  <Characters>54229</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Zavestna izbira počutja — priročnik in delovni list</dc:title>
  <dc:subject/>
  <dc:creator>Perplexity Computer</dc:creator>
  <cp:keywords/>
  <dc:description>generated by python-docx</dc:description>
  <cp:lastModifiedBy>Zlatko Bojanovic</cp:lastModifiedBy>
  <cp:revision>869</cp:revision>
  <dcterms:created xsi:type="dcterms:W3CDTF">2013-12-23T23:15:00Z</dcterms:created>
  <dcterms:modified xsi:type="dcterms:W3CDTF">2026-11-05T09:29:00Z</dcterms:modified>
  <cp:category/>
</cp:coreProperties>
</file>